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Ра</w:t>
      </w:r>
    </w:p>
    <w:p>
      <w:r>
        <w:br/>
        <w:t xml:space="preserve"> Божевільна поема-балада&lt;br /&gt;</w:t>
        <w:br/>
        <w:t>Україно — мій сон&lt;br /&gt;</w:t>
        <w:br/>
        <w:t>І одвічна Голгофо,&lt;br /&gt;</w:t>
        <w:br/>
        <w:t>Мій жорстокий полон&lt;br /&gt;</w:t>
        <w:br/>
        <w:t>І душі катастрофа!</w:t>
      </w:r>
    </w:p>
    <w:p>
      <w:r>
        <w:br/>
        <w:t>Нагромадження дум —&lt;br /&gt;</w:t>
        <w:br/>
        <w:t>Все до Тебе, до Тебе!&lt;br /&gt;</w:t>
        <w:br/>
        <w:t>Горехвилями сум&lt;br /&gt;</w:t>
        <w:br/>
        <w:t>Хлюпа в зоряне небо.</w:t>
      </w:r>
    </w:p>
    <w:p>
      <w:r>
        <w:br/>
        <w:t>Пуповина щомить&lt;br /&gt;</w:t>
        <w:br/>
        <w:t>Душить шию, мов путо,&lt;br /&gt;</w:t>
        <w:br/>
        <w:t>А по ній струменить&lt;br /&gt;</w:t>
        <w:br/>
        <w:t>Вже не кров, а отрута.</w:t>
      </w:r>
    </w:p>
    <w:p>
      <w:r>
        <w:br/>
        <w:t>Знемагає душа&lt;br /&gt;</w:t>
        <w:br/>
        <w:t>Від чужого потоку&lt;br /&gt;</w:t>
        <w:br/>
        <w:t>І летить-вируша&lt;br /&gt;</w:t>
        <w:br/>
        <w:t>у неміряні роки,</w:t>
      </w:r>
    </w:p>
    <w:p>
      <w:r>
        <w:br/>
        <w:t>Щоб у казці знайти&lt;br /&gt;</w:t>
        <w:br/>
        <w:t>Материнське воління,&lt;br /&gt;</w:t>
        <w:br/>
        <w:t>І шляхи до мети&lt;br /&gt;</w:t>
        <w:br/>
        <w:t>І своє воскресіння…&lt;br /&gt;</w:t>
        <w:br/>
        <w:t>……………………………..&lt;br /&gt;</w:t>
        <w:br/>
        <w:t>Україна!&lt;br /&gt;</w:t>
        <w:br/>
        <w:t>Країна.&lt;br /&gt;</w:t>
        <w:br/>
        <w:t>Раїна…&lt;br /&gt;</w:t>
        <w:br/>
        <w:t>Руїна?&lt;br /&gt;</w:t>
        <w:br/>
        <w:t>Кра! Кра!&lt;br /&gt;</w:t>
        <w:br/>
        <w:t>Дивна мара.&lt;br /&gt;</w:t>
        <w:br/>
        <w:t>Щось вона хоче, вічно клекоче!&lt;br /&gt;</w:t>
        <w:br/>
        <w:t>Не воскресає,&lt;br /&gt;</w:t>
        <w:br/>
        <w:t>І не вмира!</w:t>
      </w:r>
    </w:p>
    <w:p>
      <w:r>
        <w:br/>
        <w:t>Що там у серці?&lt;br /&gt;</w:t>
        <w:br/>
        <w:t>Пива відерце?&lt;br /&gt;</w:t>
        <w:br/>
        <w:t>Куб самогонний та сирівець?&lt;br /&gt;</w:t>
        <w:br/>
        <w:t>Може, дрімає там серед гаю&lt;br /&gt;</w:t>
        <w:br/>
        <w:t>Ще небувалий у світі співець?&lt;br /&gt;</w:t>
        <w:br/>
        <w:t>Кра, кра!&lt;br /&gt;</w:t>
        <w:br/>
        <w:t>Чорна мара!&lt;br /&gt;</w:t>
        <w:br/>
        <w:t>Груба кора усе покрива.&lt;br /&gt;</w:t>
        <w:br/>
        <w:t>Дика, химерна, страшна машкара!&lt;br /&gt;</w:t>
        <w:br/>
        <w:t>Що там за нею — дим чи дива?&lt;br /&gt;</w:t>
        <w:br/>
        <w:t>……………………………………………..&lt;br /&gt;</w:t>
        <w:br/>
        <w:t>Україно украдена,&lt;br /&gt;</w:t>
        <w:br/>
        <w:t>Дочко зоряна Ладина!&lt;br /&gt;</w:t>
        <w:br/>
        <w:t>Чи ти чиясь окраїна,&lt;br /&gt;</w:t>
        <w:br/>
        <w:t>Чи ти щось окраяне,&lt;br /&gt;</w:t>
        <w:br/>
        <w:t>Чи ти Божа Вита,&lt;br /&gt;</w:t>
        <w:br/>
        <w:t>З Правіку Ним укрита,&lt;br /&gt;</w:t>
        <w:br/>
        <w:t>Зміями повита,&lt;br /&gt;</w:t>
        <w:br/>
        <w:t>Віковим градом побита?!&lt;br /&gt;</w:t>
        <w:br/>
        <w:t>О, скажи мені, правди Знавець,&lt;br /&gt;</w:t>
        <w:br/>
        <w:t>Чи звелися ми вже нанівець,&lt;br /&gt;</w:t>
        <w:br/>
        <w:t>І Вкраїни терновий вінець —&lt;br /&gt;</w:t>
        <w:br/>
        <w:t>То початок ачи кінець?&lt;br /&gt;</w:t>
        <w:br/>
        <w:t>І докірливий Голос я чую:&lt;br /&gt;</w:t>
        <w:br/>
        <w:t>— Де ти хочеш Правду знайти?&lt;br /&gt;</w:t>
        <w:br/>
        <w:t>Як у зернятку квітка ночує —&lt;br /&gt;</w:t>
        <w:br/>
        <w:t>Так і Вкраїна — це ти!&lt;br /&gt;</w:t>
        <w:br/>
        <w:t>Як метелик у гусені дише,&lt;br /&gt;</w:t>
        <w:br/>
        <w:t>Як у хмарі — грядуща гроза,&lt;br /&gt;</w:t>
        <w:br/>
        <w:t>Так у громі твоєму і в тиші&lt;br /&gt;</w:t>
        <w:br/>
        <w:t>України сльоза!&lt;br /&gt;</w:t>
        <w:br/>
        <w:t>Не питай, не питай ні у кого —&lt;br /&gt;</w:t>
        <w:br/>
        <w:t>Звідки ми, і куди і коли…&lt;br /&gt;</w:t>
        <w:br/>
        <w:t>Всі дороги й пороги до Бога&lt;br /&gt;</w:t>
        <w:br/>
        <w:t>Через серце твоє пролягли!..&lt;br /&gt;</w:t>
        <w:br/>
        <w:t>………………………………………….</w:t>
      </w:r>
    </w:p>
    <w:p>
      <w:r>
        <w:br/>
        <w:t>Хозаризація!&lt;br /&gt;</w:t>
        <w:br/>
        <w:t>Візантізація!&lt;br /&gt;</w:t>
        <w:br/>
        <w:t>Татаризація!&lt;br /&gt;</w:t>
        <w:br/>
        <w:t>Полонізація!&lt;br /&gt;</w:t>
        <w:br/>
        <w:t>Германізація!&lt;br /&gt;</w:t>
        <w:br/>
        <w:t>Русифікація!</w:t>
      </w:r>
    </w:p>
    <w:p>
      <w:r>
        <w:br/>
        <w:t>Що це таке? Що це таке?&lt;br /&gt;</w:t>
        <w:br/>
        <w:t>Слово гидке, слово липке…&lt;br /&gt;</w:t>
        <w:br/>
        <w:t>Ніби народ — нерозумна дитина,&lt;br /&gt;</w:t>
        <w:br/>
        <w:t>В руках хитромудрого скульптора глина.&lt;br /&gt;</w:t>
        <w:br/>
        <w:t>Тут ось натиснув — і ми вже хозари!&lt;br /&gt;</w:t>
        <w:br/>
        <w:t>Крикнув суворо — і ми вже татари!&lt;br /&gt;</w:t>
        <w:br/>
        <w:t>Тут — гайдамаки. І раптом — поляки!&lt;br /&gt;</w:t>
        <w:br/>
        <w:t>Все, що завгодно — бійці і гуляки,&lt;br /&gt;</w:t>
        <w:br/>
        <w:t>Буйні п’яниці&lt;br /&gt;</w:t>
        <w:br/>
        <w:t>І холопи ниці,&lt;br /&gt;</w:t>
        <w:br/>
        <w:t>І кобзарі,&lt;br /&gt;</w:t>
        <w:br/>
        <w:t>І гевали-мазниці…&lt;br /&gt;</w:t>
        <w:br/>
        <w:t>………………………….&lt;br /&gt;</w:t>
        <w:br/>
        <w:t>Все це так, все це так!&lt;br /&gt;</w:t>
        <w:br/>
        <w:t>Продавались за п’ятак,&lt;br /&gt;</w:t>
        <w:br/>
        <w:t>За пірнач, за булаву&lt;br /&gt;</w:t>
        <w:br/>
        <w:t>Клали буйну голову!&lt;br /&gt;</w:t>
        <w:br/>
        <w:t>В Трапезунти, у Скутари&lt;br /&gt;</w:t>
        <w:br/>
        <w:t>Перли козаків отари&lt;br /&gt;</w:t>
        <w:br/>
        <w:t>На грабунок, на убій,&lt;br /&gt;</w:t>
        <w:br/>
        <w:t>На розправу, на розбій!&lt;br /&gt;</w:t>
        <w:br/>
        <w:t>Не верталися заброди&lt;br /&gt;</w:t>
        <w:br/>
        <w:t>На вкраїнські тихі води,&lt;br /&gt;</w:t>
        <w:br/>
        <w:t>Все безжально проковтнули&lt;br /&gt;</w:t>
        <w:br/>
        <w:t>Ті оспівані походи!..&lt;br /&gt;</w:t>
        <w:br/>
        <w:t>І тоді, як Чорне Море&lt;br /&gt;</w:t>
        <w:br/>
        <w:t>Поглинало козаків,&lt;br /&gt;</w:t>
        <w:br/>
        <w:t>Чужоземні людомори&lt;br /&gt;</w:t>
        <w:br/>
        <w:t>Ґвалтували матерів.&lt;br /&gt;</w:t>
        <w:br/>
        <w:t>Поповзла по Україні&lt;br /&gt;</w:t>
        <w:br/>
        <w:t>Недорікувата тля,&lt;br /&gt;</w:t>
        <w:br/>
        <w:t>Корчмарями, шахраями&lt;br /&gt;</w:t>
        <w:br/>
        <w:t>Переповнилась земля…&lt;br /&gt;</w:t>
        <w:br/>
        <w:t>Де давно було чи ні?&lt;br /&gt;</w:t>
        <w:br/>
        <w:t>Це було — чи сниться?&lt;br /&gt;</w:t>
        <w:br/>
        <w:t>Кров розбавлена в вині…&lt;br /&gt;</w:t>
        <w:br/>
        <w:t>Кров же — не водиця?&lt;br /&gt;</w:t>
        <w:br/>
        <w:t>Ех, якби була вода —&lt;br /&gt;</w:t>
        <w:br/>
        <w:t>Чиста та кринична, —&lt;br /&gt;</w:t>
        <w:br/>
        <w:t>Обминула б нас біда…&lt;br /&gt;</w:t>
        <w:br/>
        <w:t>Ця… що — електрична…&lt;br /&gt;</w:t>
        <w:br/>
        <w:t>……………………………………..&lt;br /&gt;</w:t>
        <w:br/>
        <w:t>Ну а все таки… ну а все таки…&lt;br /&gt;</w:t>
        <w:br/>
        <w:t>Хто ми — кріпаки ачи козаки?&lt;br /&gt;</w:t>
        <w:br/>
        <w:t>Може, козаки — то лише казки,&lt;br /&gt;</w:t>
        <w:br/>
        <w:t>Що їх всі готові слухать залюбки?&lt;br /&gt;</w:t>
        <w:br/>
        <w:t>Ну, звичайно, так! Все уже було.&lt;br /&gt;</w:t>
        <w:br/>
        <w:t>У фольклорні труни складено кістки.&lt;br /&gt;</w:t>
        <w:br/>
        <w:t>Науковим биллям густо поросло&lt;br /&gt;</w:t>
        <w:br/>
        <w:t>Там, де будували зоряні містки.&lt;br /&gt;</w:t>
        <w:br/>
        <w:t>Вже на отаманів складено досьє,&lt;br /&gt;</w:t>
        <w:br/>
        <w:t>І могила кожна в зоранім кільці,&lt;br /&gt;</w:t>
        <w:br/>
        <w:t>І на кожне явище й випадок десь є.&lt;br /&gt;</w:t>
        <w:br/>
        <w:t>Вичерпне пояснення в певнім папірці.&lt;br /&gt;</w:t>
        <w:br/>
        <w:t>Ось чому в сучасних кріпо-козаків&lt;br /&gt;</w:t>
        <w:br/>
        <w:t>Та русифікація висне на губах…&lt;br /&gt;</w:t>
        <w:br/>
        <w:t>Ось чому пустою пилюгою слів&lt;br /&gt;</w:t>
        <w:br/>
        <w:t>Обрій затуманило, перекрило шлях…&lt;br /&gt;</w:t>
        <w:br/>
        <w:t>……………………………………………………….&lt;br /&gt;</w:t>
        <w:br/>
        <w:t>Я дивуюсь і сміюсь:&lt;br /&gt;</w:t>
        <w:br/>
        <w:t>— Русифікувати Русь?&lt;br /&gt;</w:t>
        <w:br/>
        <w:t>Диваки, диваки.&lt;br /&gt;</w:t>
        <w:br/>
        <w:t>Ті, що слухають байки!&lt;br /&gt;</w:t>
        <w:br/>
        <w:t>Нема русифікації,&lt;br /&gt;</w:t>
        <w:br/>
        <w:t>А є лиш хохлозація!..&lt;br /&gt;</w:t>
        <w:br/>
        <w:t>……………………………….&lt;br /&gt;</w:t>
        <w:br/>
        <w:t>Ходить, ходить дід Бабай,&lt;br /&gt;</w:t>
        <w:br/>
        <w:t>Манить діток пальцем,&lt;br /&gt;</w:t>
        <w:br/>
        <w:t>Каже їм про божий рай,&lt;br /&gt;</w:t>
        <w:br/>
        <w:t>Де млинці зі смальцем,&lt;br /&gt;</w:t>
        <w:br/>
        <w:t>Де кисельні береги,&lt;br /&gt;</w:t>
        <w:br/>
        <w:t>Де молочні ріки,&lt;br /&gt;</w:t>
        <w:br/>
        <w:t>Де всі люди, як боги —&lt;br /&gt;</w:t>
        <w:br/>
        <w:t>Навіть недоріки.&lt;br /&gt;</w:t>
        <w:br/>
        <w:t>Гарна казка в Бабая —&lt;br /&gt;</w:t>
        <w:br/>
        <w:t>Дірочка від бублика!&lt;br /&gt;</w:t>
        <w:br/>
        <w:t>Зате в кожного своя&lt;br /&gt;</w:t>
        <w:br/>
        <w:t>Тра-та-та республіка!&lt;br /&gt;</w:t>
        <w:br/>
        <w:t>Цок-цок у лобок —&lt;br /&gt;</w:t>
        <w:br/>
        <w:t>Та в писану торбу!&lt;br /&gt;</w:t>
        <w:br/>
        <w:t>І несе Бабай у рай&lt;br /&gt;</w:t>
        <w:br/>
        <w:t>Всіх до свого торгу!&lt;br /&gt;</w:t>
        <w:br/>
        <w:t>Там для всіх містечко є&lt;br /&gt;</w:t>
        <w:br/>
        <w:t>В шашлику чи в супі:&lt;br /&gt;</w:t>
        <w:br/>
        <w:t>На зубах у Бабая —&lt;br /&gt;</w:t>
        <w:br/>
        <w:t>Зате в дружній купі!&lt;br /&gt;</w:t>
        <w:br/>
        <w:t>— Я себе не дам руси…&lt;br /&gt;</w:t>
        <w:br/>
        <w:t>І ногами дриґнув!&lt;br /&gt;</w:t>
        <w:br/>
        <w:t>Довгі вуса відпустив —&lt;br /&gt;</w:t>
        <w:br/>
        <w:t>Українцем ґиґнув!&lt;br /&gt;</w:t>
        <w:br/>
        <w:t>Цок-цок у лобок,&lt;br /&gt;</w:t>
        <w:br/>
        <w:t>Браття-українці!&lt;br /&gt;</w:t>
        <w:br/>
        <w:t>Сповнені ви тих байок&lt;br /&gt;</w:t>
        <w:br/>
        <w:t>Аж по самі вінця!&lt;br /&gt;</w:t>
        <w:br/>
        <w:t>…………………………&lt;br /&gt;</w:t>
        <w:br/>
        <w:t>Так нерозумно гудить навіщо&lt;br /&gt;</w:t>
        <w:br/>
        <w:t>Слово прадавнє, величне і віще?&lt;br /&gt;</w:t>
        <w:br/>
        <w:t>Русь, що окраяна, Русь, що розсіяна,&lt;br /&gt;</w:t>
        <w:br/>
        <w:t>Праісторичним дурманом засіяна,&lt;br /&gt;</w:t>
        <w:br/>
        <w:t>Встань, крізь тужаве каміння зрости!&lt;br /&gt;</w:t>
        <w:br/>
        <w:t>Небо, це ти! Воля — це ти!&lt;br /&gt;</w:t>
        <w:br/>
        <w:t>Сон прожени і минуле згадай,&lt;br /&gt;</w:t>
        <w:br/>
        <w:t>В серці у тебе твій суджений рай!&lt;br /&gt;</w:t>
        <w:br/>
        <w:t>………………………………………………….&lt;br /&gt;</w:t>
        <w:br/>
        <w:t>Була, була така пора,&lt;br /&gt;</w:t>
        <w:br/>
        <w:t>Коли русини — Ра — сини —&lt;br /&gt;</w:t>
        <w:br/>
        <w:t>Несли дарунки Батька Ра&lt;br /&gt;</w:t>
        <w:br/>
        <w:t>З душі своєї глибини.&lt;br /&gt;</w:t>
        <w:br/>
        <w:t>Ішли за гори, за моря,&lt;br /&gt;</w:t>
        <w:br/>
        <w:t>І піснею встеляли шлях.&lt;br /&gt;</w:t>
        <w:br/>
        <w:t>Туди, де сходила Зоря,&lt;br /&gt;</w:t>
        <w:br/>
        <w:t>Їх вів кумир одвічний — Птах!&lt;br /&gt;</w:t>
        <w:br/>
        <w:t>І рушились твердині зла,&lt;br /&gt;</w:t>
        <w:br/>
        <w:t>Єднались діти ворогів,&lt;br /&gt;</w:t>
        <w:br/>
        <w:t>І Доня Ладина несла&lt;br /&gt;</w:t>
        <w:br/>
        <w:t>Злагоду — мрію всіх віків.&lt;br /&gt;</w:t>
        <w:br/>
        <w:t>О титанічності пора,&lt;br /&gt;</w:t>
        <w:br/>
        <w:t>Епоха міфів золота!&lt;br /&gt;</w:t>
        <w:br/>
        <w:t>Про давню щедрість Батька Ра&lt;br /&gt;</w:t>
        <w:br/>
        <w:t>Шепочуть квіти і жита…&lt;br /&gt;</w:t>
        <w:br/>
        <w:t>Лиш ми не можемо згадать,&lt;br /&gt;</w:t>
        <w:br/>
        <w:t>Лиш ми не в силі віднайти,&lt;br /&gt;</w:t>
        <w:br/>
        <w:t>Щоб понад зла і ночі гать&lt;br /&gt;</w:t>
        <w:br/>
        <w:t>Ще раз прорватись до мети…&lt;br /&gt;</w:t>
        <w:br/>
        <w:t>…………………………………………..&lt;br /&gt;</w:t>
        <w:br/>
        <w:t>Ар’ї, райці чи ірійці, де ви?&lt;br /&gt;</w:t>
        <w:br/>
        <w:t>Лиш у мові пломенять сліди…&lt;br /&gt;</w:t>
        <w:br/>
        <w:t>Листя обтрусило буйне древо,&lt;br /&gt;</w:t>
        <w:br/>
        <w:t>А само пропало назавжди…&lt;br /&gt;</w:t>
        <w:br/>
        <w:t>Лада нині — лиш автомашина,&lt;br /&gt;</w:t>
        <w:br/>
        <w:t>Рама — лише перехрестя шиб.&lt;br /&gt;</w:t>
        <w:br/>
        <w:t>Так прийшла Правічна Україна&lt;br /&gt;</w:t>
        <w:br/>
        <w:t>В пекло потойбіччя шляхом хиб.&lt;br /&gt;</w:t>
        <w:br/>
        <w:t>Лади слово — лиш смішні коляди,&lt;br /&gt;</w:t>
        <w:br/>
        <w:t>Веди Рами — забобонів жмут…&lt;br /&gt;</w:t>
        <w:br/>
        <w:t>Де й коли розвіяв нашу радість&lt;br /&gt;</w:t>
        <w:br/>
        <w:t>Той страшний космічний зорекрут?&lt;br /&gt;</w:t>
        <w:br/>
        <w:t>……………………………………………………..&lt;br /&gt;</w:t>
        <w:br/>
        <w:t>Вкрили миром сонячні знамена&lt;br /&gt;</w:t>
        <w:br/>
        <w:t>Ніл далекий, здружену Ел-ладу…&lt;br /&gt;</w:t>
        <w:br/>
        <w:t>І була тоді вся Ойкумена —&lt;br /&gt;</w:t>
        <w:br/>
        <w:t>Око Мена, Око Діда й Лади.&lt;br /&gt;</w:t>
        <w:br/>
        <w:t>І раділа спільна Мати-Гея&lt;br /&gt;</w:t>
        <w:br/>
        <w:t>Творчості своїх дітей — Титанів,&lt;br /&gt;</w:t>
        <w:br/>
        <w:t>Ще Геракл не задушив Антея,&lt;br /&gt;</w:t>
        <w:br/>
        <w:t>Ще Зевес не зрадив Прометея,&lt;br /&gt;</w:t>
        <w:br/>
        <w:t>Не було Аїда під землею —&lt;br /&gt;</w:t>
        <w:br/>
        <w:t>Все було лиш піснею кохання…&lt;br /&gt;</w:t>
        <w:br/>
        <w:t>Все було до радості, до ладу,&lt;br /&gt;</w:t>
        <w:br/>
        <w:t>Ніби тиха ласка і Святовита,&lt;br /&gt;</w:t>
        <w:br/>
        <w:t>Доки не вповзла облудна зрада,&lt;br /&gt;</w:t>
        <w:br/>
        <w:t>Злом, обманом, хитрістю, повита…&lt;br /&gt;</w:t>
        <w:br/>
        <w:t>……………………………………………………&lt;br /&gt;</w:t>
        <w:br/>
        <w:t>Жили собі Дідо і Лада,&lt;br /&gt;</w:t>
        <w:br/>
        <w:t>І була в них курочка Рада,&lt;br /&gt;</w:t>
        <w:br/>
        <w:t>У весняні дні урочисті&lt;br /&gt;</w:t>
        <w:br/>
        <w:t>Курочка знесла яйце злотисте.&lt;br /&gt;</w:t>
        <w:br/>
        <w:t>Лада рада. Дідо щасливий!&lt;br /&gt;</w:t>
        <w:br/>
        <w:t>Ой, яке яєчко — на диво!&lt;br /&gt;</w:t>
        <w:br/>
        <w:t>Сяє воно в небі над світом,&lt;br /&gt;</w:t>
        <w:br/>
        <w:t>Покриває землю зелом-квітом,&lt;br /&gt;</w:t>
        <w:br/>
        <w:t>Діток тішить райдуго-дощами,&lt;br /&gt;</w:t>
        <w:br/>
        <w:t>Гонить хмари пишні над полями…&lt;br /&gt;</w:t>
        <w:br/>
        <w:t>…………………………………………………..&lt;br /&gt;</w:t>
        <w:br/>
        <w:t>Поміж гроз, походів, поміж злив&lt;br /&gt;</w:t>
        <w:br/>
        <w:t>Дід беріг яєчко… не розбив!&lt;br /&gt;</w:t>
        <w:br/>
        <w:t>Поміж вічних клопотів Лада&lt;br /&gt;</w:t>
        <w:br/>
        <w:t>Берегла яєчко на радість…&lt;br /&gt;</w:t>
        <w:br/>
        <w:t>Як же так, що сталося лихо?&lt;br /&gt;</w:t>
        <w:br/>
        <w:t>Мишка сіра вкралася тихо,&lt;br /&gt;</w:t>
        <w:br/>
        <w:t>Райдужне яйце зачепила,&lt;br /&gt;</w:t>
        <w:br/>
        <w:t>На дрібні уламки розбила.&lt;br /&gt;</w:t>
        <w:br/>
        <w:t>Дідо плаче, Лада плаче,&lt;br /&gt;</w:t>
        <w:br/>
        <w:t>А курочка кудкудаче:&lt;br /&gt;</w:t>
        <w:br/>
        <w:t>— Не плач, діду, не плач, бабо…&lt;br /&gt;</w:t>
        <w:br/>
        <w:t>…Ой ти, горе! Що за диво?&lt;br /&gt;</w:t>
        <w:br/>
        <w:t>Була Рада — стала курочка ряба!&lt;br /&gt;</w:t>
        <w:br/>
        <w:t>Була Лада — стала баба сива!&lt;br /&gt;</w:t>
        <w:br/>
        <w:t>………………………………………………….&lt;br /&gt;</w:t>
        <w:br/>
        <w:t>Лише писанки лишились&lt;br /&gt;</w:t>
        <w:br/>
        <w:t>Від казкової епохи,&lt;br /&gt;</w:t>
        <w:br/>
        <w:t>Та в дитячих іграх клапті,&lt;br /&gt;</w:t>
        <w:br/>
        <w:t>Та у снах ще, може, трохи…&lt;br /&gt;</w:t>
        <w:br/>
        <w:t>Плачуть карі, плачуть очі!&lt;br /&gt;</w:t>
        <w:br/>
        <w:t>Мишка у норі регоче:&lt;br /&gt;</w:t>
        <w:br/>
        <w:t>— Ждіте, прийде Месія!&lt;br /&gt;</w:t>
        <w:br/>
        <w:t>— Месія — то буду я!&lt;br /&gt;</w:t>
        <w:br/>
        <w:t>Одягну я плащаницю,&lt;br /&gt;</w:t>
        <w:br/>
        <w:t>Буду тиха, як агнець!&lt;br /&gt;</w:t>
        <w:br/>
        <w:t>Ну, а поки що хай сниться&lt;br /&gt;</w:t>
        <w:br/>
        <w:t>Всім жахаючий кінець!&lt;br /&gt;</w:t>
        <w:br/>
        <w:t>Ну, а поки ви дрижати&lt;br /&gt;</w:t>
        <w:br/>
        <w:t>Будете перед кінцем —&lt;br /&gt;</w:t>
        <w:br/>
        <w:t>Поведу я вас за ґрати&lt;br /&gt;</w:t>
        <w:br/>
        <w:t>Шляхом вічності — кільцем!..&lt;br /&gt;</w:t>
        <w:br/>
        <w:t>…………………………………………….&lt;br /&gt;</w:t>
        <w:br/>
        <w:t>Усе було на диво просто —&lt;br /&gt;</w:t>
        <w:br/>
        <w:t>Ані боїв, ані змагання…&lt;br /&gt;</w:t>
        <w:br/>
        <w:t>Приходили усякі гості,&lt;br /&gt;</w:t>
        <w:br/>
        <w:t>І їх приймали на світанні…&lt;br /&gt;</w:t>
        <w:br/>
        <w:t>Вони лишали своїх коней —&lt;br /&gt;</w:t>
        <w:br/>
        <w:t>І Троя падала розбита,&lt;br /&gt;</w:t>
        <w:br/>
        <w:t>І всі прасонячні заслони&lt;br /&gt;</w:t>
        <w:br/>
        <w:t>Лягали під чужі копита.&lt;br /&gt;</w:t>
        <w:br/>
        <w:t>Ходили карлики мізерні,&lt;br /&gt;</w:t>
        <w:br/>
        <w:t>Оповідали всякі байки,&lt;br /&gt;</w:t>
        <w:br/>
        <w:t>Лишали в слові підлі зерна —&lt;br /&gt;</w:t>
        <w:br/>
        <w:t>Від ворожбитства і до лайки…&lt;br /&gt;</w:t>
        <w:br/>
        <w:t>І заповзали в душі чисті&lt;br /&gt;</w:t>
        <w:br/>
        <w:t>Чужі боги, чужі кумири,&lt;br /&gt;</w:t>
        <w:br/>
        <w:t>З’їдали зернята іскристі,&lt;br /&gt;</w:t>
        <w:br/>
        <w:t>Лишаючи в серцях зневіру.&lt;br /&gt;</w:t>
        <w:br/>
        <w:t>Так було куто тихе путо,&lt;br /&gt;</w:t>
        <w:br/>
        <w:t>І народився день такий,&lt;br /&gt;</w:t>
        <w:br/>
        <w:t>Коли на кручі Прасловути&lt;br /&gt;</w:t>
        <w:br/>
        <w:t>Усівся бог на ймення Кий!&lt;br /&gt;</w:t>
        <w:br/>
        <w:t>Кий? Який?&lt;br /&gt;</w:t>
        <w:br/>
        <w:t>А такий —&lt;br /&gt;</w:t>
        <w:br/>
        <w:t>Підіпрись&lt;br /&gt;</w:t>
        <w:br/>
        <w:t>Або бий!&lt;br /&gt;</w:t>
        <w:br/>
        <w:t>У праліс&lt;br /&gt;</w:t>
        <w:br/>
        <w:t>Веде біс —&lt;br /&gt;</w:t>
        <w:br/>
        <w:t>Ладі й Родові&lt;br /&gt;</w:t>
        <w:br/>
        <w:t>Навскіс!&lt;br /&gt;</w:t>
        <w:br/>
        <w:t>Хитрий біс,&lt;br /&gt;</w:t>
        <w:br/>
        <w:t>Ловкий біс&lt;br /&gt;</w:t>
        <w:br/>
        <w:t>Поміж лип&lt;br /&gt;</w:t>
        <w:br/>
        <w:t>І беріз…&lt;br /&gt;</w:t>
        <w:br/>
        <w:t>Тут він жив,&lt;br /&gt;</w:t>
        <w:br/>
        <w:t>Тут він ріс,&lt;br /&gt;</w:t>
        <w:br/>
        <w:t>Торбу писану приніс…&lt;br /&gt;</w:t>
        <w:br/>
        <w:t>Кий? Який?&lt;br /&gt;</w:t>
        <w:br/>
        <w:t>А такий —&lt;br /&gt;</w:t>
        <w:br/>
        <w:t>І не видно,&lt;br /&gt;</w:t>
        <w:br/>
        <w:t>А тяжкий!&lt;br /&gt;</w:t>
        <w:br/>
        <w:t>Як уріже по плечах —&lt;br /&gt;</w:t>
        <w:br/>
        <w:t>Іскри сонячні в очах!&lt;br /&gt;</w:t>
        <w:br/>
        <w:t>Ось тобі, Прабатьку Ра,&lt;br /&gt;</w:t>
        <w:br/>
        <w:t>Княжа Київська Гора!…&lt;br /&gt;</w:t>
        <w:br/>
        <w:t>………………………………….&lt;br /&gt;</w:t>
        <w:br/>
        <w:t>Бідне віче, всенародне віче!&lt;br /&gt;</w:t>
        <w:br/>
        <w:t>Запили медами всім баньки!..&lt;br /&gt;</w:t>
        <w:br/>
        <w:t>Вам воряги плюнули у вічі,&lt;br /&gt;</w:t>
        <w:br/>
        <w:t>А синків забрали у полки…&lt;br /&gt;</w:t>
        <w:br/>
        <w:t>Все походи, і бої, і мита&lt;br /&gt;</w:t>
        <w:br/>
        <w:t>(Кличе Див до герцю на зорі!),&lt;br /&gt;</w:t>
        <w:br/>
        <w:t>Пада жито знову під копита,&lt;br /&gt;</w:t>
        <w:br/>
        <w:t>Плаче Мати-Лада на Дніпрі…&lt;br /&gt;</w:t>
        <w:br/>
        <w:t>…………………………………………..&lt;br /&gt;</w:t>
        <w:br/>
        <w:t>Казку забуваєте, братове,&lt;br /&gt;</w:t>
        <w:br/>
        <w:t>А у казці — плин старих подій.&lt;br /&gt;</w:t>
        <w:br/>
        <w:t>Ще із пра відлунює те слово,&lt;br /&gt;</w:t>
        <w:br/>
        <w:t>Як між нами поселився змій…&lt;br /&gt;</w:t>
        <w:br/>
        <w:t>Не один — було їх ціле кишло:&lt;br /&gt;</w:t>
        <w:br/>
        <w:t>Кий, і Щек середній і Хорив…&lt;br /&gt;</w:t>
        <w:br/>
        <w:t>Так воно у літописах вийшло,&lt;br /&gt;</w:t>
        <w:br/>
        <w:t>Що той Кий наш город сотворив!&lt;br /&gt;</w:t>
        <w:br/>
        <w:t>Гей, учені! У слов’янськім світі&lt;br /&gt;</w:t>
        <w:br/>
        <w:t>Де ж воно та видано було,&lt;br /&gt;</w:t>
        <w:br/>
        <w:t>Щоб давали люди своїм дітям&lt;br /&gt;</w:t>
        <w:br/>
        <w:t>Те наймення, що віщує зло?!&lt;br /&gt;</w:t>
        <w:br/>
        <w:t>Кий же біс наткав нам ті тенета,&lt;br /&gt;</w:t>
        <w:br/>
        <w:t>Кий Кащей тих Щеків нам наплів,&lt;br /&gt;</w:t>
        <w:br/>
        <w:t>Накрутив і антів, і венетів&lt;br /&gt;</w:t>
        <w:br/>
        <w:t>У спіралях хитромудрих слів?&lt;br /&gt;</w:t>
        <w:br/>
        <w:t>……………………………………………&lt;br /&gt;</w:t>
        <w:br/>
        <w:t>А Хорова Хортиця&lt;br /&gt;</w:t>
        <w:br/>
        <w:t>До Херсона горнеться,&lt;br /&gt;</w:t>
        <w:br/>
        <w:t>З Святослава череп зняла —&lt;br /&gt;</w:t>
        <w:br/>
        <w:t>Бісова затворниця!&lt;br /&gt;</w:t>
        <w:br/>
        <w:t>Де тобі за тих хозарів,&lt;br /&gt;</w:t>
        <w:br/>
        <w:t>Що в Ітілі ти згубив!&lt;br /&gt;</w:t>
        <w:br/>
        <w:t>Це тобі за ті базари,&lt;br /&gt;</w:t>
        <w:br/>
        <w:t>Що ти, князю, попалив!&lt;br /&gt;</w:t>
        <w:br/>
        <w:t>Будуть пити з череп-чаші&lt;br /&gt;</w:t>
        <w:br/>
        <w:t>Хорові соратники —&lt;br /&gt;</w:t>
        <w:br/>
        <w:t>Чи то кагани, чи паші,&lt;br /&gt;</w:t>
        <w:br/>
        <w:t>Ачи кримські ратники.&lt;br /&gt;</w:t>
        <w:br/>
        <w:t>Хоро-хоро-хороше&lt;br /&gt;</w:t>
        <w:br/>
        <w:t>Кашу заварили,&lt;br /&gt;</w:t>
        <w:br/>
        <w:t>Святославових синків&lt;br /&gt;</w:t>
        <w:br/>
        <w:t>Теж передушили!&lt;br /&gt;</w:t>
        <w:br/>
        <w:t>Хором дружно привітали&lt;br /&gt;</w:t>
        <w:br/>
        <w:t>Кагана Владимира,&lt;br /&gt;</w:t>
        <w:br/>
        <w:t>І наложниць посилали&lt;br /&gt;</w:t>
        <w:br/>
        <w:t>З Витича та Димера!&lt;br /&gt;</w:t>
        <w:br/>
        <w:t>Обнімай, забродо дикий,&lt;br /&gt;</w:t>
        <w:br/>
        <w:t>Дочок Рода й Лади!&lt;br /&gt;</w:t>
        <w:br/>
        <w:t>Ти — могутній, ти — великий.&lt;br /&gt;</w:t>
        <w:br/>
        <w:t>Маєш княжу владу!&lt;br /&gt;</w:t>
        <w:br/>
        <w:t>Від боярина, від Блуда&lt;br /&gt;</w:t>
        <w:br/>
        <w:t>Ти отримав княжий стіл!..&lt;br /&gt;</w:t>
        <w:br/>
        <w:t>Не біда! Народ забуде!&lt;br /&gt;</w:t>
        <w:br/>
        <w:t>То ж лише робочий віл…&lt;br /&gt;</w:t>
        <w:br/>
        <w:t>Не умре боярин Блуд,&lt;br /&gt;</w:t>
        <w:br/>
        <w:t>Переплюне Лету!&lt;br /&gt;</w:t>
        <w:br/>
        <w:t>Візьме в нього руський люд&lt;br /&gt;</w:t>
        <w:br/>
        <w:t>Блудну естафету.&lt;br /&gt;</w:t>
        <w:br/>
        <w:t>Станеш, князю, ти святим&lt;br /&gt;</w:t>
        <w:br/>
        <w:t>В ері християнській,&lt;br /&gt;</w:t>
        <w:br/>
        <w:t>Перетворяться на дим&lt;br /&gt;</w:t>
        <w:br/>
        <w:t>Звичаї поганські…&lt;br /&gt;</w:t>
        <w:br/>
        <w:t>Все до тла, все до тла&lt;br /&gt;</w:t>
        <w:br/>
        <w:t>На пекельну згубу&lt;br /&gt;</w:t>
        <w:br/>
        <w:t>З’їла візантійська тля&lt;br /&gt;</w:t>
        <w:br/>
        <w:t>На слов’янськім дубі…&lt;br /&gt;</w:t>
        <w:br/>
        <w:t>…………………………………&lt;br /&gt;</w:t>
        <w:br/>
        <w:t>А той Київ — хитрий Київ —&lt;br /&gt;</w:t>
        <w:br/>
        <w:t>Живу серцевину виїв,&lt;br /&gt;</w:t>
        <w:br/>
        <w:t>Розпустивши на весь світ&lt;br /&gt;</w:t>
        <w:br/>
        <w:t>Повість вре… вре… літ…&lt;br /&gt;</w:t>
        <w:br/>
        <w:t>Ах, пробачте нам ласкаво,&lt;br /&gt;</w:t>
        <w:br/>
        <w:t>Вченії історики!&lt;br /&gt;</w:t>
        <w:br/>
        <w:t>Нам набридла тая слава,&lt;br /&gt;</w:t>
        <w:br/>
        <w:t>Всякі ті історійки!&lt;br /&gt;</w:t>
        <w:br/>
        <w:t>Все вона — церковна миша,&lt;br /&gt;</w:t>
        <w:br/>
        <w:t>Що сидить під вівтарем,&lt;br /&gt;</w:t>
        <w:br/>
        <w:t>Що над вухом тихо дише,&lt;br /&gt;</w:t>
        <w:br/>
        <w:t>Сипле золотим дощем…&lt;br /&gt;</w:t>
        <w:br/>
        <w:t>Так було. Куди від цього дітись?&lt;br /&gt;</w:t>
        <w:br/>
        <w:t>Чужинецькі школи та попи&lt;br /&gt;</w:t>
        <w:br/>
        <w:t>Люто гнули наші пісне-квіти&lt;br /&gt;</w:t>
        <w:br/>
        <w:t>Під жало ворожої сапи,&lt;br /&gt;</w:t>
        <w:br/>
        <w:t>Стало Ра якимсь шиплячим сонцем,&lt;br /&gt;</w:t>
        <w:br/>
        <w:t>Стала вита — животом, життям,&lt;br /&gt;</w:t>
        <w:br/>
        <w:t>Ра — сини — хоробрі оборонці —&lt;br /&gt;</w:t>
        <w:br/>
        <w:t>Стали для володарів сміттям.&lt;br /&gt;</w:t>
        <w:br/>
        <w:t>Закипіли братовбійчі чвари&lt;br /&gt;</w:t>
        <w:br/>
        <w:t>Під церковний малиновий дзвін.&lt;br /&gt;</w:t>
        <w:br/>
        <w:t>Ра-сини, немов ягнят отари.&lt;br /&gt;</w:t>
        <w:br/>
        <w:t>Йшли до хитрих зайдів на поклін.&lt;br /&gt;</w:t>
        <w:br/>
        <w:t>Помирали Ладині онуки,&lt;br /&gt;</w:t>
        <w:br/>
        <w:t>Збудувавши чужинецький храм,&lt;br /&gt;</w:t>
        <w:br/>
        <w:t>І столітні розжирілі круки&lt;br /&gt;</w:t>
        <w:br/>
        <w:t>Випивали очі Ра-синам…&lt;br /&gt;</w:t>
        <w:br/>
        <w:t>…………………………………….&lt;br /&gt;</w:t>
        <w:br/>
        <w:t>Йдуть зі Сходу чорні хмари…&lt;br /&gt;</w:t>
        <w:br/>
        <w:t>Ой, монголи! Ой, татари!&lt;br /&gt;</w:t>
        <w:br/>
        <w:t>То не люди — то примари!&lt;br /&gt;</w:t>
        <w:br/>
        <w:t>Люта кара! Божа кара!&lt;br /&gt;</w:t>
        <w:br/>
        <w:t>Може, й кара! Бог кара&lt;br /&gt;</w:t>
        <w:br/>
        <w:t>За правічну зраду,&lt;br /&gt;</w:t>
        <w:br/>
        <w:t>За святого Батька Ра&lt;br /&gt;</w:t>
        <w:br/>
        <w:t>Та за Матір Ладу!&lt;br /&gt;</w:t>
        <w:br/>
        <w:t>"Хай з’єднає Новий Пан&lt;br /&gt;</w:t>
        <w:br/>
        <w:t>Прарусинські сили,&lt;br /&gt;</w:t>
        <w:br/>
        <w:t>Знайде хай ворожий стан&lt;br /&gt;</w:t>
        <w:br/>
        <w:t>Тут собі могили!"&lt;br /&gt;</w:t>
        <w:br/>
        <w:t>Що ж молитва, як нема&lt;br /&gt;</w:t>
        <w:br/>
        <w:t>Братньої любові?!&lt;br /&gt;</w:t>
        <w:br/>
        <w:t>Лише жадібність німа&lt;br /&gt;</w:t>
        <w:br/>
        <w:t>Виросла із крові…&lt;br /&gt;</w:t>
        <w:br/>
        <w:t>Прокотилися монголи&lt;br /&gt;</w:t>
        <w:br/>
        <w:t>Ген за гори, за степи,&lt;br /&gt;</w:t>
        <w:br/>
        <w:t>Залишилось Дике Поле&lt;br /&gt;</w:t>
        <w:br/>
        <w:t>Та вояцькі черепи…&lt;br /&gt;</w:t>
        <w:br/>
        <w:t>…………………………….&lt;br /&gt;</w:t>
        <w:br/>
        <w:t>Кра!&lt;br /&gt;</w:t>
        <w:br/>
        <w:t>Кра!&lt;br /&gt;</w:t>
        <w:br/>
        <w:t>Кра!&lt;br /&gt;</w:t>
        <w:br/>
        <w:t>Крррра!&lt;br /&gt;</w:t>
        <w:br/>
        <w:t>Воронам чорним славна пора!&lt;br /&gt;</w:t>
        <w:br/>
        <w:t>Дикі буй-тури гасають у полі,&lt;br /&gt;</w:t>
        <w:br/>
        <w:t>Виють шакали із-за Дніпра…&lt;br /&gt;</w:t>
        <w:br/>
        <w:t>Виродки княжі на півночі дикій&lt;br /&gt;</w:t>
        <w:br/>
        <w:t>Лижуть татарам немиті зади…&lt;br /&gt;</w:t>
        <w:br/>
        <w:t>Божою милістю хани великі&lt;br /&gt;</w:t>
        <w:br/>
        <w:t>Кинути кістку готові завжди.&lt;br /&gt;</w:t>
        <w:br/>
        <w:t>Дружить із ворогом і не бідує&lt;br /&gt;</w:t>
        <w:br/>
        <w:t>Хитрий пройдоха Іван Калита,&lt;br /&gt;</w:t>
        <w:br/>
        <w:t>Рим небувалий тихенько будує,&lt;br /&gt;</w:t>
        <w:br/>
        <w:t>Русь піднімає…&lt;br /&gt;</w:t>
        <w:br/>
        <w:t>Русь — та не та!&lt;br /&gt;</w:t>
        <w:br/>
        <w:t>В лоні чужому, в чужому погної&lt;br /&gt;</w:t>
        <w:br/>
        <w:t>Вмре, перемелеться добре зерно,&lt;br /&gt;</w:t>
        <w:br/>
        <w:t>Із чемерицею, із блекотою&lt;br /&gt;</w:t>
        <w:br/>
        <w:t>Злучиться, може, навіки воно.&lt;br /&gt;</w:t>
        <w:br/>
        <w:t>Виростуть з нього розбійники люті&lt;br /&gt;</w:t>
        <w:br/>
        <w:t>Вже ненависники давнього Ра!&lt;br /&gt;</w:t>
        <w:br/>
        <w:t>І понесуть вони плаху і путо&lt;br /&gt;</w:t>
        <w:br/>
        <w:t>Всім, хто не зрікся любові й добра…&lt;br /&gt;</w:t>
        <w:br/>
        <w:t>………………………………………………………&lt;br /&gt;</w:t>
        <w:br/>
        <w:t>Ну, а поки теє буде&lt;br /&gt;</w:t>
        <w:br/>
        <w:t>В світі многоликому, —&lt;br /&gt;</w:t>
        <w:br/>
        <w:t>Заспівали знову люди&lt;br /&gt;</w:t>
        <w:br/>
        <w:t>У Полі у Дикому…&lt;br /&gt;</w:t>
        <w:br/>
        <w:t>Знову давня Хортиця&lt;br /&gt;</w:t>
        <w:br/>
        <w:t>До Вкраїни горнеться,&lt;br /&gt;</w:t>
        <w:br/>
        <w:t>Стане вже вона віднині&lt;br /&gt;</w:t>
        <w:br/>
        <w:t>Всім рабам поборниця!&lt;br /&gt;</w:t>
        <w:br/>
        <w:t>Україна розп’ялася&lt;br /&gt;</w:t>
        <w:br/>
        <w:t>На чотири на шляхи —&lt;br /&gt;</w:t>
        <w:br/>
        <w:t>Лізуть турки, і татари,&lt;br /&gt;</w:t>
        <w:br/>
        <w:t>Москалі та ще й ляхи!&lt;br /&gt;</w:t>
        <w:br/>
        <w:t>Стогнуть діти у Скутарі?&lt;br /&gt;</w:t>
        <w:br/>
        <w:t>Не журіться, матері,&lt;br /&gt;</w:t>
        <w:br/>
        <w:t>Підшукайте добру пару,&lt;br /&gt;</w:t>
        <w:br/>
        <w:t>Зачинайте на зорі!&lt;br /&gt;</w:t>
        <w:br/>
        <w:t>Гей, виховуйте ночами&lt;br /&gt;</w:t>
        <w:br/>
        <w:t>Те дитя козаче,&lt;br /&gt;</w:t>
        <w:br/>
        <w:t>Бо ж за новими харчами&lt;br /&gt;</w:t>
        <w:br/>
        <w:t>Чорний ворон кряче!&lt;br /&gt;</w:t>
        <w:br/>
        <w:t>Гук, гук!&lt;br /&gt;</w:t>
        <w:br/>
        <w:t>Базавлук!&lt;br /&gt;</w:t>
        <w:br/>
        <w:t>А у мене добрий лук!&lt;br /&gt;</w:t>
        <w:br/>
        <w:t>Серед Січі, поміж луків,&lt;br /&gt;</w:t>
        <w:br/>
        <w:t>Чути стукіт закаблук!&lt;br /&gt;</w:t>
        <w:br/>
        <w:t>Героїчна наша Січ&lt;br /&gt;</w:t>
        <w:br/>
        <w:t>Корчмами оточена!&lt;br /&gt;</w:t>
        <w:br/>
        <w:t>Миша лізе в темну ніч —&lt;br /&gt;</w:t>
        <w:br/>
        <w:t>Миша позолочена…&lt;br /&gt;</w:t>
        <w:br/>
        <w:t>І писати вміє миша,&lt;br /&gt;</w:t>
        <w:br/>
        <w:t>І військову справу зна,&lt;br /&gt;</w:t>
        <w:br/>
        <w:t>Тихо-тихо в душу дише,&lt;br /&gt;</w:t>
        <w:br/>
        <w:t>Радить радоньку вона…&lt;br /&gt;</w:t>
        <w:br/>
        <w:t>Байда в Стамбулі висить?&lt;br /&gt;</w:t>
        <w:br/>
        <w:t>Весело регоче?&lt;br /&gt;</w:t>
        <w:br/>
        <w:t>Треба так. Тихо, цить!&lt;br /&gt;</w:t>
        <w:br/>
        <w:t>Одвертайте очі!&lt;br /&gt;</w:t>
        <w:br/>
        <w:t>Тішить нервоньки Варшава?&lt;br /&gt;</w:t>
        <w:br/>
        <w:t>Залива свинець за шкіру?&lt;br /&gt;</w:t>
        <w:br/>
        <w:t>Гине Гуня? Наша слава!&lt;br /&gt;</w:t>
        <w:br/>
        <w:t>Наливайко? То ж за віру?!&lt;br /&gt;</w:t>
        <w:br/>
        <w:t>Гей, гей, козаки!&lt;br /&gt;</w:t>
        <w:br/>
        <w:t>Душі янголині!&lt;br /&gt;</w:t>
        <w:br/>
        <w:t>Як були ви сліпаки —&lt;br /&gt;</w:t>
        <w:br/>
        <w:t>То такій донині!&lt;br /&gt;</w:t>
        <w:br/>
        <w:t>Повалили всі фортеці,&lt;br /&gt;</w:t>
        <w:br/>
        <w:t>Перейшли усі мости,&lt;br /&gt;</w:t>
        <w:br/>
        <w:t>Ну а мишки між собою&lt;br /&gt;</w:t>
        <w:br/>
        <w:t>Не могли таки знайти!..&lt;br /&gt;</w:t>
        <w:br/>
        <w:t>………………………………….&lt;br /&gt;</w:t>
        <w:br/>
        <w:t>А Богдан? Що ж Богдан —&lt;br /&gt;</w:t>
        <w:br/>
        <w:t>Богом даний гетьман…&lt;br /&gt;</w:t>
        <w:br/>
        <w:t>Булава… гарний стан…&lt;br /&gt;</w:t>
        <w:br/>
        <w:t>Є талант… є талан…&lt;br /&gt;</w:t>
        <w:br/>
        <w:t>Як ударив буйний хміль&lt;br /&gt;</w:t>
        <w:br/>
        <w:t>В серце України,&lt;br /&gt;</w:t>
        <w:br/>
        <w:t>Як упала на постіль —&lt;br /&gt;</w:t>
        <w:br/>
        <w:t>Так і спить донині!..&lt;br /&gt;</w:t>
        <w:br/>
        <w:t>……………………………..&lt;br /&gt;</w:t>
        <w:br/>
        <w:t>Все було… все було…&lt;br /&gt;</w:t>
        <w:br/>
        <w:t>Будяками поросло…&lt;br /&gt;</w:t>
        <w:br/>
        <w:t>Трин-трава, трин-трава…&lt;br /&gt;</w:t>
        <w:br/>
        <w:t>Щось болить голова!&lt;br /&gt;</w:t>
        <w:br/>
        <w:t>Жінко, що ти верзеш?&lt;br /&gt;</w:t>
        <w:br/>
        <w:t>Похмелитися дай!&lt;br /&gt;</w:t>
        <w:br/>
        <w:t>Як стаканчик смикнеш —&lt;br /&gt;</w:t>
        <w:br/>
        <w:t>Попадеш знову в рай!..&lt;br /&gt;</w:t>
        <w:br/>
        <w:t>…………………………………&lt;br /&gt;</w:t>
        <w:br/>
        <w:t>Козаки? Кізяки…&lt;br /&gt;</w:t>
        <w:br/>
        <w:t>То коров’ячі стежки…&lt;br /&gt;</w:t>
        <w:br/>
        <w:t>Щось там мелють про минуле&lt;br /&gt;</w:t>
        <w:br/>
        <w:t>Ті учені диваки…&lt;br /&gt;</w:t>
        <w:br/>
        <w:t>Ера в нас тепер яка?&lt;br /&gt;</w:t>
        <w:br/>
        <w:t>Дивна і незвична:&lt;br /&gt;</w:t>
        <w:br/>
        <w:t>Україна електрична,&lt;br /&gt;</w:t>
        <w:br/>
        <w:t>Ще й кібернетична!&lt;br /&gt;</w:t>
        <w:br/>
        <w:t>В Запоріжжі ресторан —&lt;br /&gt;</w:t>
        <w:br/>
        <w:t>"Січчю" називається…&lt;br /&gt;</w:t>
        <w:br/>
        <w:t>Електричний Дніпрельстан&lt;br /&gt;</w:t>
        <w:br/>
        <w:t>З Хортицею знається…&lt;br /&gt;</w:t>
        <w:br/>
        <w:t>А правічна Хортиця&lt;br /&gt;</w:t>
        <w:br/>
        <w:t>У майбутнє горнеться,&lt;br /&gt;</w:t>
        <w:br/>
        <w:t>Плюнула на козаків —&lt;br /&gt;</w:t>
        <w:br/>
        <w:t>Бісова притворниця!&lt;br /&gt;</w:t>
        <w:br/>
        <w:t>Молоточком тихесенько&lt;br /&gt;</w:t>
        <w:br/>
        <w:t>В лоб, в лоб!&lt;br /&gt;</w:t>
        <w:br/>
        <w:t>А на сцені козаченьки&lt;br /&gt;</w:t>
        <w:br/>
        <w:t>Топ, топ!&lt;br /&gt;</w:t>
        <w:br/>
        <w:t>По всім світі хвалять люди:&lt;br /&gt;</w:t>
        <w:br/>
        <w:t>— Вра! Вра!&lt;br /&gt;</w:t>
        <w:br/>
        <w:t>А вороння на безлюдді:&lt;br /&gt;</w:t>
        <w:br/>
        <w:t>— Кра! Кррррра!&lt;br /&gt;</w:t>
        <w:br/>
        <w:t>…………………………&lt;br /&gt;</w:t>
        <w:br/>
        <w:t>Годі, Мамо, годі нам журитись!&lt;br /&gt;</w:t>
        <w:br/>
        <w:t>Проминула та страшна пора.&lt;br /&gt;</w:t>
        <w:br/>
        <w:t>Нову казку шепче древнє жито,&lt;br /&gt;</w:t>
        <w:br/>
        <w:t>І встає над світом Батько Ра…&lt;br /&gt;</w:t>
        <w:br/>
        <w:t>Підемо — окрадені і голі,&lt;br /&gt;</w:t>
        <w:br/>
        <w:t>Підемо — убогі і святі —&lt;br /&gt;</w:t>
        <w:br/>
        <w:t>У Правічне Отче Дике Поле&lt;br /&gt;</w:t>
        <w:br/>
        <w:t>Між квітки пахучі і густі.&lt;br /&gt;</w:t>
        <w:br/>
        <w:t>Україна — Зоряна Дівиця —&lt;br /&gt;</w:t>
        <w:br/>
        <w:t>Всіх покличе з тої далини,&lt;br /&gt;</w:t>
        <w:br/>
        <w:t>І до Неї прийдуть поклониться&lt;br /&gt;</w:t>
        <w:br/>
        <w:t>Нові діти…&lt;br /&gt;</w:t>
        <w:br/>
        <w:t>Нові Ра — Сини…</w:t>
      </w:r>
    </w:p>
    <w:p>
      <w:r>
        <w:br/>
        <w:t>21 вересня 1977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