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 морю</w:t>
      </w:r>
    </w:p>
    <w:p>
      <w:r>
        <w:br/>
        <w:t xml:space="preserve"> Чимало днів по морю,&lt;br /&gt;</w:t>
        <w:br/>
        <w:t>У тьмі німій,&lt;br /&gt;</w:t>
        <w:br/>
        <w:t>На певну зустріч горю&lt;br /&gt;</w:t>
        <w:br/>
        <w:t>Плив човен мій.&lt;br /&gt;</w:t>
        <w:br/>
        <w:t>Швиряли хвилі бурні&lt;br /&gt;</w:t>
        <w:br/>
        <w:t>На всі краї...&lt;br /&gt;</w:t>
        <w:br/>
        <w:t>Вставали думи журні&lt;br /&gt;</w:t>
        <w:br/>
        <w:t>Нудьги-змії.&lt;br /&gt;</w:t>
        <w:br/>
        <w:t>Вітчини берег милий&lt;br /&gt;</w:t>
        <w:br/>
        <w:t>Зникав і зник,&lt;br /&gt;</w:t>
        <w:br/>
        <w:t>І рвався мій безсилий,&lt;br /&gt;</w:t>
        <w:br/>
        <w:t>Розлучний крик.&lt;br /&gt;</w:t>
        <w:br/>
        <w:t>А прірва виє, кличе&lt;br /&gt;</w:t>
        <w:br/>
        <w:t>До бороття,&lt;br /&gt;</w:t>
        <w:br/>
        <w:t>Пловцеві згубу зиче&lt;br /&gt;</w:t>
        <w:br/>
        <w:t>Без вороття.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 морю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