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По-модньому</w:t>
      </w:r>
    </w:p>
    <w:p>
      <w:r>
        <w:br/>
        <w:t xml:space="preserve"> Комедія з народного побиту в одну дію.</w:t>
      </w:r>
    </w:p>
    <w:p>
      <w:r>
        <w:br/>
        <w:t>Посвячена артистці&lt;br /&gt;</w:t>
        <w:br/>
        <w:t>О. І. Віриній</w:t>
      </w:r>
    </w:p>
    <w:p>
      <w:r>
        <w:br/>
        <w:t>ДІЙОВІ ЛЮДЕ:</w:t>
      </w:r>
    </w:p>
    <w:p>
      <w:r>
        <w:br/>
        <w:t>Гаврило Потапович Вареник — багатий козак.&lt;br /&gt;</w:t>
        <w:br/>
        <w:t>Зінька — дочка його, літ 20.&lt;br /&gt;</w:t>
        <w:br/>
        <w:t>Наталка — друга дочка, 10 літ.&lt;br /&gt;</w:t>
        <w:br/>
        <w:t>Вівдя — наймичка, заїка.&lt;br /&gt;</w:t>
        <w:br/>
        <w:t>Орина Власівна Дзвонарська — вдова, сусідка.&lt;br /&gt;</w:t>
        <w:br/>
        <w:t>Овсій Кравчук — молодий парубок; дальній родич, за приймака.&lt;br /&gt;</w:t>
        <w:br/>
        <w:t>Перепетуя Самсонівна Дембицька — із бідної шляхти, з примхами.&lt;br /&gt;</w:t>
        <w:br/>
        <w:t>Сисой Хододатович — синок її.&lt;br /&gt;</w:t>
        <w:br/>
        <w:t>Свирид — хлопець, наймит.</w:t>
      </w:r>
    </w:p>
    <w:p>
      <w:r>
        <w:br/>
        <w:t>Діється на лівім березі Дніпра.</w:t>
      </w:r>
    </w:p>
    <w:p>
      <w:r>
        <w:br/>
        <w:t>Середина багатої козачої хати. Ліворуч — лави, мисник; праворуч — канапка, два кріселка. По стінах — генерали і страшний суд. В убранстві видно панські примхи, перемішані з простою обстановою. Двері просто і праворуч в кімнату.</w:t>
      </w:r>
    </w:p>
    <w:p>
      <w:r>
        <w:br/>
        <w:t>ДІЯ ПЕРША</w:t>
      </w:r>
    </w:p>
    <w:p>
      <w:r>
        <w:br/>
        <w:t>ВИХІД І</w:t>
      </w:r>
    </w:p>
    <w:p>
      <w:r>
        <w:br/>
        <w:t>Зінька сама.&lt;br /&gt;</w:t>
        <w:br/>
        <w:t>Зінька (вишива сорочку). Що це й досі батька нема? Усе їздять по панах та по панах... і хазяйство закинули...Ох, це все Дзвонарська крутить! Як умерла покійниця матуся, то батько й почали з тією Ориною Власівною кумпанію водити. Вона їх і з панами звела,— хвактурує [1] за гроші... Піде колись на вітер наше добро! І дома тут через неї життя нема: все якісь моди заводить; ні ступити, ні походити. І батько... ох, ох, ох! Хоть би вже мені заміж швидче абощо! А то так остобісіло! Так через неї ж і не оддадуть за простого, а од тих паничів-глистюків аж верне! А от Овсій Кравчук — який славний, і смирний, і роботящий, і парубок з себе моторний та і з нашого роду; а за мною — так просто господи! Б, вже терпіла, терпіла та, мабуть, і годі скажу! Ех, доля моя сирітська! (Замислюється і співа):</w:t>
      </w:r>
    </w:p>
    <w:p>
      <w:r>
        <w:br/>
        <w:t>Ой ти, дівчино зарученая,&lt;br /&gt;</w:t>
        <w:br/>
        <w:t>Чого ти ходиш засмученая?&lt;br /&gt;</w:t>
        <w:br/>
        <w:t>Ой знаю, знаю, кого кохаю,&lt;br /&gt;</w:t>
        <w:br/>
        <w:t>Тільки не знаю, з ким жити маю.</w:t>
      </w:r>
    </w:p>
    <w:p>
      <w:r>
        <w:br/>
        <w:t>Вийду на поле, гляну на море,-&lt;br /&gt;</w:t>
        <w:br/>
        <w:t>Сама я бачу, що мені горе;&lt;br /&gt;</w:t>
        <w:br/>
        <w:t>Сама я бачу, чого я плачу,&lt;br /&gt;</w:t>
        <w:br/>
        <w:t>Що я милого нігде не бачу!</w:t>
      </w:r>
    </w:p>
    <w:p>
      <w:r>
        <w:br/>
        <w:t>Кого любила, того згубила,&lt;br /&gt;</w:t>
        <w:br/>
        <w:t>Кого кохала, того стеряла;&lt;br /&gt;</w:t>
        <w:br/>
        <w:t>Кого не знала, руки зв’язала,&lt;br /&gt;</w:t>
        <w:br/>
        <w:t>З своїм нелюбом світ зав’язала.</w:t>
      </w:r>
    </w:p>
    <w:p>
      <w:r>
        <w:br/>
        <w:t>ВИХІД II</w:t>
      </w:r>
    </w:p>
    <w:p>
      <w:r>
        <w:br/>
        <w:t>Зінька і Наталка.&lt;br /&gt;</w:t>
        <w:br/>
        <w:t>Наталка (спочатку у кімнаті біля дверей, а далі вибіга: пританцьовуючи і крутячись). От і прибралась, бач, яка цяця, бач, яка краля! (Співа):</w:t>
      </w:r>
    </w:p>
    <w:p>
      <w:r>
        <w:br/>
        <w:t>Набік, хлопці, набік, хлопці,&lt;br /&gt;</w:t>
        <w:br/>
        <w:t>Бо чорт мужа несе:&lt;br /&gt;</w:t>
        <w:br/>
        <w:t>Як побачить мене з вами,&lt;br /&gt;</w:t>
        <w:br/>
        <w:t>Його трясця затрясе!</w:t>
      </w:r>
    </w:p>
    <w:p>
      <w:r>
        <w:br/>
        <w:t>(Вибіга з цуценям, прибратим у якусь спідницю).</w:t>
      </w:r>
    </w:p>
    <w:p>
      <w:r>
        <w:br/>
        <w:t>Одішлю я чоловіка,&lt;br /&gt;</w:t>
        <w:br/>
        <w:t>Де й уродиться музика;&lt;br /&gt;</w:t>
        <w:br/>
        <w:t>Як заграють на басолі,&lt;br /&gt;</w:t>
        <w:br/>
        <w:t>Буде хлопцям не до солі!</w:t>
      </w:r>
    </w:p>
    <w:p>
      <w:r>
        <w:br/>
        <w:t>Та яка ж, хлопці, я&lt;br /&gt;</w:t>
        <w:br/>
        <w:t>Гарна та моторна!&lt;br /&gt;</w:t>
        <w:br/>
        <w:t>А ти брись, одчепись:&lt;br /&gt;</w:t>
        <w:br/>
        <w:t>В тебе пика чорна!</w:t>
      </w:r>
    </w:p>
    <w:p>
      <w:r>
        <w:br/>
        <w:t>Зінька. Де це ти такої пісні вхопила?&lt;br /&gt;</w:t>
        <w:br/>
        <w:t>Наталка (крутиться). Або що?&lt;br /&gt;</w:t>
        <w:br/>
        <w:t>Зінька. Не співай мені: погана.&lt;br /&gt;</w:t>
        <w:br/>
        <w:t>Наталка. Чому?&lt;br /&gt;</w:t>
        <w:br/>
        <w:t>Зінька. Тому що слухай, коли кажуть.&lt;br /&gt;</w:t>
        <w:br/>
        <w:t>Наталка. То яй другої вмію! (До цуценяти).&lt;br /&gt;</w:t>
        <w:br/>
        <w:t>Б, ти-бо не кусайся, коли з тобою бавляться! (Співа).</w:t>
      </w:r>
    </w:p>
    <w:p>
      <w:r>
        <w:br/>
        <w:t>Ду-ду-ду! Ду-ду-ду!&lt;br /&gt;</w:t>
        <w:br/>
        <w:t>Уродилась на біду —&lt;br /&gt;</w:t>
        <w:br/>
        <w:t>Пальцем хату вимітати,&lt;br /&gt;</w:t>
        <w:br/>
        <w:t>Пригорщами воду брати!</w:t>
      </w:r>
    </w:p>
    <w:p>
      <w:r>
        <w:br/>
        <w:t>Транди-ба, транди-ба!&lt;br /&gt;</w:t>
        <w:br/>
        <w:t>Ох, я стала слаба;&lt;br /&gt;</w:t>
        <w:br/>
        <w:t>А як бубон загуде,&lt;br /&gt;</w:t>
        <w:br/>
        <w:t>Мене й мертву підведе!</w:t>
      </w:r>
    </w:p>
    <w:p>
      <w:r>
        <w:br/>
        <w:t>Бу-бу-бу! Гу-гу-гу!&lt;br /&gt;</w:t>
        <w:br/>
        <w:t>Дід зігнувся в дугу...&lt;br /&gt;</w:t>
        <w:br/>
        <w:t>А як поведу плечима,&lt;br /&gt;</w:t>
        <w:br/>
        <w:t>То й старого чорт не втрима!</w:t>
      </w:r>
    </w:p>
    <w:p>
      <w:r>
        <w:br/>
        <w:t>Бов-бов-бов! Бев-бев-бев!&lt;br /&gt;</w:t>
        <w:br/>
        <w:t>Дід з натуги умер;&lt;br /&gt;</w:t>
        <w:br/>
        <w:t>Узялася я у боки&lt;br /&gt;</w:t>
        <w:br/>
        <w:t>Та й пішла по хаті в скоки!</w:t>
      </w:r>
    </w:p>
    <w:p>
      <w:r>
        <w:br/>
        <w:t>Зінька. Отже ти доспіваєшся, поки я тебе по губах не лясну! Кинь мені цуценя та роби!&lt;br /&gt;</w:t>
        <w:br/>
        <w:t>Наталка. Гм, роби! Я ще маненька!&lt;br /&gt;</w:t>
        <w:br/>
        <w:t>Зінька. Маненька! А пісень великих співаєш!&lt;br /&gt;</w:t>
        <w:br/>
        <w:t>Наталка (проганя цуценя). Е, співати не важко!&lt;br /&gt;</w:t>
        <w:br/>
        <w:t>Зінька. Ну, достанеться тобі за пісні.&lt;br /&gt;</w:t>
        <w:br/>
        <w:t>Наталка. Це мене Пріська вивчила.&lt;br /&gt;</w:t>
        <w:br/>
        <w:t>Зінька. Щоб ти мені до неї ні ногою!&lt;br /&gt;</w:t>
        <w:br/>
        <w:t>Наталка (лащиться). Зінько, голубочко, я слухатимусь, коли ти висилатимеш з хати.&lt;br /&gt;</w:t>
        <w:br/>
        <w:t>Зінька. Гм, чортеня...&lt;br /&gt;</w:t>
        <w:br/>
        <w:t>Наталка. А яка ти гарнесенька, сестрице, сьогодні! У стрічках та у плахті. Чого ти щодня так не ходиш?&lt;br /&gt;</w:t>
        <w:br/>
        <w:t>Зінька. При матері ходила, а тепер ота моди завела; батько силують до кохт.&lt;br /&gt;</w:t>
        <w:br/>
        <w:t>Наталка. І я тієї Власівни не люблю... я їй межи очі плюну. Можна, Зінько?&lt;br /&gt;</w:t>
        <w:br/>
        <w:t>Зінька. А батько?&lt;br /&gt;</w:t>
        <w:br/>
        <w:t>Наталка. А я плюну та й утечу: мене не піймають!&lt;br /&gt;</w:t>
        <w:br/>
        <w:t>Зінька (обніма її). Голубочко моя!&lt;br /&gt;</w:t>
        <w:br/>
        <w:t>Наталка (цілує її). Ти така в цьому гарна, така гарна!</w:t>
      </w:r>
    </w:p>
    <w:p>
      <w:r>
        <w:br/>
        <w:t>ВИХІД III</w:t>
      </w:r>
    </w:p>
    <w:p>
      <w:r>
        <w:br/>
        <w:t>Ті ж і Овсій.&lt;br /&gt;</w:t>
        <w:br/>
        <w:t>Овсій (що увійшов при остатній мові). А правда, чудесно, як намальовані; а то неначе в хомуті ходите.&lt;br /&gt;</w:t>
        <w:br/>
        <w:t>Зінько. Ой, це ти, Овсію?&lt;br /&gt;</w:t>
        <w:br/>
        <w:t>Овсій. Та я ж.&lt;br /&gt;</w:t>
        <w:br/>
        <w:t>Наталка. Зінько, чи мені тут сидіти, чи ти, може б, пустила мене до Пріськи? (Ухмиляється хитренько).&lt;br /&gt;</w:t>
        <w:br/>
        <w:t>Зінька. Та... іди вже; тільки не пустуй.&lt;br /&gt;</w:t>
        <w:br/>
        <w:t>Наталка. Бач, я зараз послухалась! (Вибіга в двері).</w:t>
      </w:r>
    </w:p>
    <w:p>
      <w:r>
        <w:br/>
        <w:t>ВИХІД IV</w:t>
      </w:r>
    </w:p>
    <w:p>
      <w:r>
        <w:br/>
        <w:t>Ті ж, без Наталки.&lt;br /&gt;</w:t>
        <w:br/>
        <w:t>Овсій. До батюшки якийсь панич приїхав. За Власівною послали... що б воно?&lt;br /&gt;</w:t>
        <w:br/>
        <w:t>Зінька. Ой лихо! Чи не жениха вона мені знов вискіпала?&lt;br /&gt;</w:t>
        <w:br/>
        <w:t>Овсій. Мене й самого мов ножем шпигнуло.&lt;br /&gt;</w:t>
        <w:br/>
        <w:t>Зінька. Сваха анахтемська.&lt;br /&gt;</w:t>
        <w:br/>
        <w:t>Овсій. Тепер що ж його? У мене аж похололо...&lt;br /&gt;</w:t>
        <w:br/>
        <w:t>Зінька. Хіба тобі мене жаль?&lt;br /&gt;</w:t>
        <w:br/>
        <w:t>Овсій. А, ще й питають! Та я б... от щоб мене ставцем поставило. Скажіть мені одно слово, і шабаш, значить! Тільки один мені кінець: або під сволок, або під лотоки.&lt;br /&gt;</w:t>
        <w:br/>
        <w:t>Зінька. Що ти городиш, божевільний?&lt;br /&gt;</w:t>
        <w:br/>
        <w:t>Овсій. А то хіба не правда? Все єдно такому харпакові і гадать нічого: у потилицю затоплять, та й уже!&lt;br /&gt;</w:t>
        <w:br/>
        <w:t>Зінька. А може, й ні?&lt;br /&gt;</w:t>
        <w:br/>
        <w:t>Овсій. Б, де там... я тільки й йому або й тій... ну вже я не знаю, хоч у Сибіряку...&lt;br /&gt;</w:t>
        <w:br/>
        <w:t>Зінька. Не плещи! А коли що, так от що! (Цілує його). Розумієш?&lt;br /&gt;</w:t>
        <w:br/>
        <w:t>Овсій (обніма). Та я... аж світ закрутився! Ну, куди хоч... Господи! Просто не знаю й як!.. (Одказує, почувши стук у двері).&lt;br /&gt;</w:t>
        <w:br/>
        <w:t>Зінька біжить до дверей.</w:t>
      </w:r>
    </w:p>
    <w:p>
      <w:r>
        <w:br/>
        <w:t>ВИХІД V</w:t>
      </w:r>
    </w:p>
    <w:p>
      <w:r>
        <w:br/>
        <w:t>Ті ж і Орина Власівна.&lt;br /&gt;</w:t>
        <w:br/>
        <w:t>Дзвонарська ввіходить з покупками, весело.&lt;br /&gt;</w:t>
        <w:br/>
        <w:t>Дзвонарська. Мир дому сьому, з п’ятінкою святою! Ми — у хату сусіль, а ти, моя ягідко, винось нам хліб та сіль, бо ми не з порожніми руками, а спішать он-то які гості за нами! (Підморгує і цілує Зіньку; покупки кладе на стіл).&lt;br /&gt;</w:t>
        <w:br/>
        <w:t>Зінька. Гостей не знаємо, які вони й на масть?&lt;br /&gt;</w:t>
        <w:br/>
        <w:t>Дзвонарська. Достойніщі за твоїх, моя ягідко,— з білого воску.&lt;br /&gt;</w:t>
        <w:br/>
        <w:t>Овсій. З лою, може? Дзвонарська тільки гордо глянула.&lt;br /&gt;</w:t>
        <w:br/>
        <w:t>Зінька. А де батько?&lt;br /&gt;</w:t>
        <w:br/>
        <w:t>Дзвонарська. Теперечки так уже не слід його називати: тепер він, мовляв, моя ладонько, не батько будеть, а папонька.&lt;br /&gt;</w:t>
        <w:br/>
        <w:t>Зінька. Чого ж це так?&lt;br /&gt;</w:t>
        <w:br/>
        <w:t>Дзвонарська. Ми вже тепер вознесемось між дворане.&lt;br /&gt;</w:t>
        <w:br/>
        <w:t>Овсій. А все ж вони для дочки будуть батьком.&lt;br /&gt;</w:t>
        <w:br/>
        <w:t>Дзвонарська. Коли тебе, миленький, не питають, то між благородних у разговори не плутайся; бо такий антихвон, голубе, робить тільки мужва!&lt;br /&gt;</w:t>
        <w:br/>
        <w:t>Овсій. Що ж ви зараз мужвою, а самі з якої діжі?&lt;br /&gt;</w:t>
        <w:br/>
        <w:t>Дзвонарська. З пшенишної, з проскурної, йолопе мій нетесаний!&lt;br /&gt;</w:t>
        <w:br/>
        <w:t>Овсій. Може, з тієї, що дерть затирають?&lt;br /&gt;</w:t>
        <w:br/>
        <w:t>Дзвонарська. Ах ти... ще сміє, мовляв, на моє званіє губу розпускати! Та мені з тобою зараз, може, й говорити завстид! (Іде гордо до кімнати). Іш, хам, раб нечестивий, порожденіє антихристово! Проти якої ще мадами?! (Плює, пішла у кімнату).&lt;br /&gt;</w:t>
        <w:br/>
        <w:t>Зінька (до Овсія). Чого ти її чіпаєш?&lt;br /&gt;</w:t>
        <w:br/>
        <w:t>Овсій. Дак коли вона мене гарячим залізом шпига.&lt;br /&gt;</w:t>
        <w:br/>
        <w:t>Зінька. А ти б змовчав та краще б підлестився... А то вона ще більше нацькує батька.&lt;br /&gt;</w:t>
        <w:br/>
        <w:t>Овсій (чухається). А! Досадно! (Пішов з хати).</w:t>
      </w:r>
    </w:p>
    <w:p>
      <w:r>
        <w:br/>
        <w:t>ВИХІД VI</w:t>
      </w:r>
    </w:p>
    <w:p>
      <w:r>
        <w:br/>
        <w:t>Дзвонарська і Зінька.&lt;br /&gt;</w:t>
        <w:br/>
        <w:t>Дзвонарська (виходить з кімнати). Коли в вашім домі, моя комашечко, безчестя мені совершають, то я й піду: нехай уже твій папонька сам порається з гостями або попросить цього кавалера.&lt;br /&gt;</w:t>
        <w:br/>
        <w:t>Зінька. Тіточко, Власівно, чого-бо ви?! Простіть його: він здуру!&lt;br /&gt;</w:t>
        <w:br/>
        <w:t>Дзвонарська. Та проти кого? Подумай! Ти знаєш, моя комашечко, що я протопопівна і була, мовляв, почти при вельможах: у грапського дворецького в дівичім званії жила. То уже потім, через... Прости господи! Довелось мені за пономаря вийти. Так он то що!&lt;br /&gt;</w:t>
        <w:br/>
        <w:t>Зінька. Та вибачте вже, Власівно, його темноті.&lt;br /&gt;</w:t>
        <w:br/>
        <w:t>Дзвонарська. Темний, темний, а поуз рота ложки не понесе! Ох, ох! Куди моститься?! Його б у десяти окропах треба б перш випарити, щоб і говорити з ним, от що!</w:t>
      </w:r>
    </w:p>
    <w:p>
      <w:r>
        <w:br/>
        <w:t>ВИХІД VII</w:t>
      </w:r>
    </w:p>
    <w:p>
      <w:r>
        <w:br/>
        <w:t>Тіжі Вареник.&lt;br /&gt;</w:t>
        <w:br/>
        <w:t>Наталка (вбіга). Тато, тато приїхали!&lt;br /&gt;</w:t>
        <w:br/>
        <w:t>Вареник (трохи під чаркою). Ну, цілуй, дочко, руку! Візьми керею! На, Власівно, ціпка! А ти, чортеня (до Наталки), шапку бери! Натрудився, значить, та й честі добився: подивіться,— це не карбованець, а мегдалія теліпається! Он то що! О!&lt;br /&gt;</w:t>
        <w:br/>
        <w:t>Дзвонарська. Честь, честь! Уже іменно, що честь, Гаврило Потапович, мовляв, яко кадило в полунощі!&lt;br /&gt;</w:t>
        <w:br/>
        <w:t>Вареник. Гм... воно, конешно, не всякому... Потаповича на всю округу знають! Чи за грошима, чи що. О! Ну, а ти ж, дочко, чому не поздоровляєш батька?&lt;br /&gt;</w:t>
        <w:br/>
        <w:t>Зінька. Поздоровляю, тату! (Цілує руку).&lt;br /&gt;</w:t>
        <w:br/>
        <w:t>Дзвонарська (поправля). Папонька!&lt;br /&gt;</w:t>
        <w:br/>
        <w:t>Зінька. Папонько...&lt;br /&gt;</w:t>
        <w:br/>
        <w:t>Вареник (до Наталки). А ти чого колупаєш у носі? Цілуй батька у руку!&lt;br /&gt;</w:t>
        <w:br/>
        <w:t>Наталка (цілує). А гостинців?&lt;br /&gt;</w:t>
        <w:br/>
        <w:t>Вареник. Бач, ледащо! Їй тільки до гостинців?! Пождеш! Ху, утомився! Кріселко подайте! (Сіда). Так ми он куди! О?! Ще капказького хрестика вишлють!&lt;br /&gt;</w:t>
        <w:br/>
        <w:t>Дзвонарська. Тепер уже алілуя!&lt;br /&gt;</w:t>
        <w:br/>
        <w:t>Вареник. Ну, приймав і питав мене уже предсідатель, як свого, уже, значить, запанібрата.&lt;br /&gt;</w:t>
        <w:br/>
        <w:t>Зінька. Як же, тату?&lt;br /&gt;</w:t>
        <w:br/>
        <w:t>Дзвонарська (до Зіньки). Папонько... (Варенику). Ох, думаю, і вожделеніє було!&lt;br /&gt;</w:t>
        <w:br/>
        <w:t>Вареник. Стало буть, тошно. Сам почепив мегдалію, предсідатель би то! О?! Ще мене під руку... О?! Зайдіть, просить, на чайок!&lt;br /&gt;</w:t>
        <w:br/>
        <w:t>Дзвонарська. На чайок?&lt;br /&gt;</w:t>
        <w:br/>
        <w:t>Зінька. До присідателя?!&lt;br /&gt;</w:t>
        <w:br/>
        <w:t>Вареник. Що ж там за штука? Гм! Приходжу. Ведуть мене, садовлять... Зараз чай з тим, як його?..&lt;br /&gt;</w:t>
        <w:br/>
        <w:t>Дзвонарська. З кізляркою, певно? Мій покійничок уживав було завжди після добрих похорон.&lt;br /&gt;</w:t>
        <w:br/>
        <w:t>Вареник. Ні, ні!&lt;br /&gt;</w:t>
        <w:br/>
        <w:t>Дзвонарська. А-а, з ромом?&lt;br /&gt;</w:t>
        <w:br/>
        <w:t>Вареник. Та ні!.. Ах ти, господи! З конякою.&lt;br /&gt;</w:t>
        <w:br/>
        <w:t>Наталка. З живою?&lt;br /&gt;</w:t>
        <w:br/>
        <w:t>Вареник. Тю, дурню! Такий напиток!&lt;br /&gt;</w:t>
        <w:br/>
        <w:t>Дзвонарська. І доходять же, прости господи, до всякого способу!&lt;br /&gt;</w:t>
        <w:br/>
        <w:t>Вареник. Ну, стало буть, випили так тільки... звісно, душа міру зна! А далі обідати... ну, тут уже ми смикнули всякого, аж досі джмелі в усі... Я Юрію Митровичу, предсідателю б то, і грошенят визичив...&lt;br /&gt;</w:t>
        <w:br/>
        <w:t>Дзвонарська. Ну, вже без того не можна! Мовляв, хто маже, то й їде... да не оскудіваєш мошницею!&lt;br /&gt;</w:t>
        <w:br/>
        <w:t>Зінька. Ох, тату, то вони за гроші й хапаються!&lt;br /&gt;</w:t>
        <w:br/>
        <w:t>Вареник. От, вигадай! Гроші грошима, а Гаврило Потапович Вареник Вареником! Ще, може, й самі смикнемо в дворане.&lt;br /&gt;</w:t>
        <w:br/>
        <w:t>Дзвонарська. Та ось і для Зіновії я привезла дворанина... з мамонькою будуть...&lt;br /&gt;</w:t>
        <w:br/>
        <w:t>Вареник. О! Невже? Так треба ж прийняти?&lt;br /&gt;</w:t>
        <w:br/>
        <w:t>Дзвонарська. Авжеж, по-модньому.&lt;br /&gt;</w:t>
        <w:br/>
        <w:t>Вареник. Предводительський?&lt;br /&gt;</w:t>
        <w:br/>
        <w:t>Дзвонарська. Еге ж! Що я казала... ще навіть далекий родич їм...&lt;br /&gt;</w:t>
        <w:br/>
        <w:t>Зінька. Тату! Я не хочу заміж за панича!..&lt;br /&gt;</w:t>
        <w:br/>
        <w:t>Вареник. Ото вигадай: "Не хочу!"&lt;br /&gt;</w:t>
        <w:br/>
        <w:t>Зінька. Мені страшно за жениха...&lt;br /&gt;</w:t>
        <w:br/>
        <w:t>Вареник. Чого? Не маненька!&lt;br /&gt;</w:t>
        <w:br/>
        <w:t>Дзвонарська. Та він же чиновник настоящий, не хвальшивий: січас і начальникує, й писарює,— благородно і чинно.&lt;br /&gt;</w:t>
        <w:br/>
        <w:t>Зінька (крізь сльози). Бог з ним! Він на гроші ластиться...&lt;br /&gt;</w:t>
        <w:br/>
        <w:t>Вареник. На гроші?! Такий і Вареник, щоб проковтнули? Подавляться!&lt;br /&gt;</w:t>
        <w:br/>
        <w:t>Дзвонарська. Скажіть на милость? Таке щастя, а вона... І благородний, і чиновний, і багатий; то я обладнала!&lt;br /&gt;</w:t>
        <w:br/>
        <w:t>Зінька. Так самі б і виходили!&lt;br /&gt;</w:t>
        <w:br/>
        <w:t>Дзвонарська. І пішла б, з великим восхощенієм: помилуйте мою душу — дворанин, благородний.&lt;br /&gt;</w:t>
        <w:br/>
        <w:t>Вареник. А дочка чия?! Варениця, та ще з сметанкою.&lt;br /&gt;</w:t>
        <w:br/>
        <w:t>Дзвонарська. Сьогодні предводитель буде сюди з поміщиками: всі шуткують, що вже стало буть, у самого Вареника поїмо настоящі вареники...&lt;br /&gt;</w:t>
        <w:br/>
        <w:t>Вареник. Обіщались приїхати на вареники? О?!&lt;br /&gt;</w:t>
        <w:br/>
        <w:t>Дзвонарська. То-то, видите, що всі вони жалають побрататись, а не за гроші тільки...&lt;br /&gt;</w:t>
        <w:br/>
        <w:t>Вареник. Так дивіться ж, щоб було гаразд! Біжи ж, Зінько, до Вівді, порядкуй, а ти, Наталко, скакай до батюшки за посудою та й їх проси!&lt;br /&gt;</w:t>
        <w:br/>
        <w:t>Наталка. А гостинця?&lt;br /&gt;</w:t>
        <w:br/>
        <w:t>Вареник. А, мазана! Збігай, то дам!&lt;br /&gt;</w:t>
        <w:br/>
        <w:t>Зінька у дверях щось шепче Наталці на вухо одходячи.</w:t>
      </w:r>
    </w:p>
    <w:p>
      <w:r>
        <w:br/>
        <w:t>ВИХІД VIII</w:t>
      </w:r>
    </w:p>
    <w:p>
      <w:r>
        <w:br/>
        <w:t>Вареник і Дзвонарська.&lt;br /&gt;</w:t>
        <w:br/>
        <w:t>Дзвонарська. Скільки-то у вас сьогодні досточтимого миру буде! Треба ж помодніще прийняти!&lt;br /&gt;</w:t>
        <w:br/>
        <w:t>Вареник. Та ти уже, Власівно, дай лад і Зіньку укоськай, щоб не брикалась. Ти уже коло тих мод, приміром будучи, хоч хвостом махала...&lt;br /&gt;</w:t>
        <w:br/>
        <w:t>Дзвонарська. Та я Зіньку присоглашу; я оце купила по случаю модні прибори,— двадцять п’ять карбованців дала!&lt;br /&gt;</w:t>
        <w:br/>
        <w:t>Вареник. Добре, верну.&lt;br /&gt;</w:t>
        <w:br/>
        <w:t>Дзвонарська. Я, Гаврило Потаповичу, бачила таки, мовляв, тьму тем! Потрапимо, будемо говорити, і оноралам, і протодияконам.&lt;br /&gt;</w:t>
        <w:br/>
        <w:t>Вареник. Та й гаразд! А подай-ке лиш з полиці оту пляшечку і чарку: ми пока що на потуху смикнем!&lt;br /&gt;</w:t>
        <w:br/>
        <w:t>Дзвонарська достає.&lt;br /&gt;</w:t>
        <w:br/>
        <w:t>Тільки оті звички і поведенції панські не по душі мені!&lt;br /&gt;</w:t>
        <w:br/>
        <w:t>Дзвонарська (наливаючи). Бозна-що! Як-таки вам таке тепер і провадити?&lt;br /&gt;</w:t>
        <w:br/>
        <w:t>Вареник (п’є і наливає їй). О! Та не то, стало буть, що не по душі... Викушайте! Бо, конешно, скажемо, приміром будучи, і ми не з клоччя, а з сиру та тіста... Хе-хе-хе! А тільки виходить діло не по кістках!&lt;br /&gt;</w:t>
        <w:br/>
        <w:t>Дзвонарська. Дай же боже! (Підморгує). Істинно: кісточкам і сурелям [2] нашим краще вже тепле містечко та спокій. (Випива).&lt;br /&gt;</w:t>
        <w:br/>
        <w:t>Вареник. Ще поки бог гріхам терпить! О! (Подає). Смикни!&lt;br /&gt;</w:t>
        <w:br/>
        <w:t>Дзвонарська. Та я на радощах і уп’юсь!..&lt;br /&gt;</w:t>
        <w:br/>
        <w:t>Вареник. Пий! Один тому час, що й батько в плахті!&lt;br /&gt;</w:t>
        <w:br/>
        <w:t>Дзвонарська. Та й бравий же, мовляв, будете, мій голубчику, при орденах і дворанськім облаченії! Благодать!&lt;br /&gt;</w:t>
        <w:br/>
        <w:t>Вареник (п’є). Благодать, моя маточко... (Заграє).&lt;br /&gt;</w:t>
        <w:br/>
        <w:t>Дзвонарська. Оце як віддасте старшу дочку, то нам і побратись би можна...&lt;br /&gt;</w:t>
        <w:br/>
        <w:t>Вареник. Клопіт...&lt;br /&gt;</w:t>
        <w:br/>
        <w:t>Дзвонарська. Зате буде благоліпно...&lt;br /&gt;</w:t>
        <w:br/>
        <w:t>Вареник. А так не краще? (Співа).</w:t>
      </w:r>
    </w:p>
    <w:p>
      <w:r>
        <w:br/>
        <w:t>Натоптала ніжкою будяка,&lt;br /&gt;</w:t>
        <w:br/>
        <w:t>Як тікала з рідної хати...&lt;br /&gt;</w:t>
        <w:br/>
        <w:t>Не вернуся вже ніколи до дяка,&lt;br /&gt;</w:t>
        <w:br/>
        <w:t>Бо він гидкий тим, що бородатий!</w:t>
      </w:r>
    </w:p>
    <w:p>
      <w:r>
        <w:br/>
        <w:t>Хоч у його, мамо, очі й чорні,&lt;br /&gt;</w:t>
        <w:br/>
        <w:t>Так шаршаво гладити по вовні;&lt;br /&gt;</w:t>
        <w:br/>
        <w:t>А як почне їсти, то погано —&lt;br /&gt;</w:t>
        <w:br/>
        <w:t>На бороді і борщ, і сметана!</w:t>
      </w:r>
    </w:p>
    <w:p>
      <w:r>
        <w:br/>
        <w:t>Ой піду до козака, матусю,&lt;br /&gt;</w:t>
        <w:br/>
        <w:t>Та до його любо пригорнуся,&lt;br /&gt;</w:t>
        <w:br/>
        <w:t>Бо як вусом поведе, підморгне,&lt;br /&gt;</w:t>
        <w:br/>
        <w:t>То за серце чорт і вхопить мене!</w:t>
      </w:r>
    </w:p>
    <w:p>
      <w:r>
        <w:br/>
        <w:t>Дзвонарська. Ну й гріхопадитель з вас чисто!&lt;br /&gt;</w:t>
        <w:br/>
        <w:t>Вареник. Скушеніє! (Налива). Ануте, на покуту!&lt;br /&gt;</w:t>
        <w:br/>
        <w:t>Дзвонарська. Так світських би вам уже пристой ніш було вчитись!&lt;br /&gt;</w:t>
        <w:br/>
        <w:t>Вареник. Яких там світських?&lt;br /&gt;</w:t>
        <w:br/>
        <w:t>Дзвонарська. О, єсть чудеснійші! От, приміром... (Співа).</w:t>
      </w:r>
    </w:p>
    <w:p>
      <w:r>
        <w:br/>
        <w:t>Свисток свистить, свисток свистить,&lt;br /&gt;</w:t>
        <w:br/>
        <w:t>"Митридат" підходить,&lt;br /&gt;</w:t>
        <w:br/>
        <w:t>А мій милой такой смутной&lt;br /&gt;</w:t>
        <w:br/>
        <w:t>По палубі ходить.</w:t>
      </w:r>
    </w:p>
    <w:p>
      <w:r>
        <w:br/>
        <w:t>Видю його по походке,&lt;br /&gt;</w:t>
        <w:br/>
        <w:t>Аж пестрєються штани!&lt;br /&gt;</w:t>
        <w:br/>
        <w:t>В нього волос під шантретом&lt;br /&gt;</w:t>
        <w:br/>
        <w:t>І на рипах сапоги.</w:t>
      </w:r>
    </w:p>
    <w:p>
      <w:r>
        <w:br/>
        <w:t>Єго білая манишка,&lt;br /&gt;</w:t>
        <w:br/>
        <w:t>У груде моей оддишка.&lt;br /&gt;</w:t>
        <w:br/>
        <w:t>Ах, ах, ах, милий мой,&lt;br /&gt;</w:t>
        <w:br/>
        <w:t>Як страждаю за тобой!</w:t>
      </w:r>
    </w:p>
    <w:p>
      <w:r>
        <w:br/>
        <w:t>Єго синяя жилетка,&lt;br /&gt;</w:t>
        <w:br/>
        <w:t>У грудє моєй отметка!&lt;br /&gt;</w:t>
        <w:br/>
        <w:t>Ах, ах, ах, милий мой... і т. д.</w:t>
      </w:r>
    </w:p>
    <w:p>
      <w:r>
        <w:br/>
        <w:t>На Хванталі вогонь горить,&lt;br /&gt;</w:t>
        <w:br/>
        <w:t>А в Одесі димно;&lt;br /&gt;</w:t>
        <w:br/>
        <w:t>По вулицях народ ходить,-&lt;br /&gt;</w:t>
        <w:br/>
        <w:t>Мамочки не видно!</w:t>
      </w:r>
    </w:p>
    <w:p>
      <w:r>
        <w:br/>
        <w:t>Вареник (трохи підтягав). Гм! Гм! Мамочки! (Обніма). Себто...&lt;br /&gt;</w:t>
        <w:br/>
        <w:t>Дзвонарська. Нуте-бо, Потаповичу!</w:t>
      </w:r>
    </w:p>
    <w:p>
      <w:r>
        <w:br/>
        <w:t>ВИХІД IX</w:t>
      </w:r>
    </w:p>
    <w:p>
      <w:r>
        <w:br/>
        <w:t>Ті ж і Овсій.&lt;br /&gt;</w:t>
        <w:br/>
        <w:t>Овсій. Чи коні одпрягати?&lt;br /&gt;</w:t>
        <w:br/>
        <w:t>Вареник. Гм! Так спрожогу і лізе, аж злякав!&lt;br /&gt;</w:t>
        <w:br/>
        <w:t>Дзвонарська. Треба, миленький, перше спитаться.&lt;br /&gt;</w:t>
        <w:br/>
        <w:t>Овсій. Та Свирид же й питає.&lt;br /&gt;</w:t>
        <w:br/>
        <w:t>Вареник. А тобі яке діло?&lt;br /&gt;</w:t>
        <w:br/>
        <w:t>Овсій. Та звісно...&lt;br /&gt;</w:t>
        <w:br/>
        <w:t>Дзвонарська. Ох, діло, мовляв, єсть.&lt;br /&gt;</w:t>
        <w:br/>
        <w:t>Овсій. У всякого своє діло.&lt;br /&gt;</w:t>
        <w:br/>
        <w:t>Вареник. Ну, іди ж! Нехай випряга.</w:t>
      </w:r>
    </w:p>
    <w:p>
      <w:r>
        <w:br/>
        <w:t>ВИХІД X</w:t>
      </w:r>
    </w:p>
    <w:p>
      <w:r>
        <w:br/>
        <w:t>Ті ж і Зінька з Наталкою.&lt;br /&gt;</w:t>
        <w:br/>
        <w:t>Вареник. Отут тобі, дочко, прибори модні привезла Власівна, дак ти зараз уберись; а я збігаю до жида за вином... та щоб усе було готове!&lt;br /&gt;</w:t>
        <w:br/>
        <w:t>Наталка. А покажіть, покажіть!&lt;br /&gt;</w:t>
        <w:br/>
        <w:t>Дзвонарська (до Вареника). Стійте! Я думаю, що на баль би треба й музику?&lt;br /&gt;</w:t>
        <w:br/>
        <w:t>Вареник. Та й за музику скажу. (Іде).&lt;br /&gt;</w:t>
        <w:br/>
        <w:t>Зінька. Що воно там?&lt;br /&gt;</w:t>
        <w:br/>
        <w:t>Наталка (стриба). Ой цікаво! (Витяга перчатки). І-і! Що воно таке довге? Панчошки! (Натяга на ногу).&lt;br /&gt;</w:t>
        <w:br/>
        <w:t>Зінька. А це що?&lt;br /&gt;</w:t>
        <w:br/>
        <w:t>Дзвонарська. Плаття: це спідниця, а це станок. Яке чудесне!&lt;br /&gt;</w:t>
        <w:br/>
        <w:t>Зінька. Гарне, тільки покуйовджене таке, що й нерозберу! (Бере корсет). А це до чого? З одного боку поворозки, з другого — застібки.&lt;br /&gt;</w:t>
        <w:br/>
        <w:t>Дзвонарська. А ке сюди, ягідко: крендолин би то? Так ні.&lt;br /&gt;</w:t>
        <w:br/>
        <w:t>Зінька. А що ж воно крендолин?&lt;br /&gt;</w:t>
        <w:br/>
        <w:t>Дзвонарська. Е, крендолин, моя ягідко, то друге: січас тобі от відсіля ідуть обручі на мотузочках: один менший, другий більший, третій ще більший, аж додолу..&lt;br /&gt;</w:t>
        <w:br/>
        <w:t>Зінька. Для чого ж то?&lt;br /&gt;</w:t>
        <w:br/>
        <w:t>Дзвонарська. А як надінеш на сорочку та напнеш зверху плахіттям — то воно як шатро.&lt;br /&gt;</w:t>
        <w:br/>
        <w:t>Зінька. Хіба гарно?!&lt;br /&gt;</w:t>
        <w:br/>
        <w:t>Дзвонарська. А гарно: скрізь тобі настобурчиться.&lt;br /&gt;</w:t>
        <w:br/>
        <w:t>Наталка. Чи ба, а пальці теліпаються!&lt;br /&gt;</w:t>
        <w:br/>
        <w:t>Дзвонарська. Що ти робиш, дзиго? Це рукавички! Ай, ай, ай!&lt;br /&gt;</w:t>
        <w:br/>
        <w:t>Зінька. Скинь, бо покаляєш! Бач, і порвала!&lt;br /&gt;</w:t>
        <w:br/>
        <w:t>Наталка. Та то воно гудзик на п’ятці був.&lt;br /&gt;</w:t>
        <w:br/>
        <w:t>Зінька. От буде тобі гудзик!&lt;br /&gt;</w:t>
        <w:br/>
        <w:t>Дзвонарська. А-а, це нагрудник... так, так...&lt;br /&gt;</w:t>
        <w:br/>
        <w:t>Зінька. Та куди ж воно на груди налізе?&lt;br /&gt;</w:t>
        <w:br/>
        <w:t>Дзвонарська. Утягати потрібно, моя ягідко, утягати до третьої потуги!&lt;br /&gt;</w:t>
        <w:br/>
        <w:t>Зінька. Та щоб отаке терпіти?&lt;br /&gt;</w:t>
        <w:br/>
        <w:t>Дзвонарська. Б, стражданіє прийняти прийдеться: без муки не бува моди!&lt;br /&gt;</w:t>
        <w:br/>
        <w:t>Зінька. Цур йому й пек!&lt;br /&gt;</w:t>
        <w:br/>
        <w:t>Дзвонарська. Що ти? Що ти?&lt;br /&gt;</w:t>
        <w:br/>
        <w:t>Наталка (причепила, як спідницю, корсет). Це плахта! Бач, як дзвоник, теліпається! (Крутиться).&lt;br /&gt;</w:t>
        <w:br/>
        <w:t>Зінька. Не руш мені! Скинь!&lt;br /&gt;</w:t>
        <w:br/>
        <w:t>Дзвонарська. От балована!&lt;br /&gt;</w:t>
        <w:br/>
        <w:t>Зінька. Ну, прийде батько!&lt;br /&gt;</w:t>
        <w:br/>
        <w:t>Наталка. Сестричко, голубочко! Я не буду! (Тихо). Я побіжу Овсію скажу.&lt;br /&gt;</w:t>
        <w:br/>
        <w:t>Дзвонарська. Ну, надівай же, моя ягідко, все!&lt;br /&gt;</w:t>
        <w:br/>
        <w:t>Зінька. Та хоч заріжте мене, то я нічого не надіну.&lt;br /&gt;</w:t>
        <w:br/>
        <w:t>Дзвонарська. Ай, ай, ай, ай! Не подобаєт, комашечко, не подобаєт! Тепер уже собственно мужичі заведеній треба кинути, а приставать до модних обхожденій, як я понімаю, потому перед тобою, мовляв, моя ягідко, благородний світ розверзається.&lt;br /&gt;</w:t>
        <w:br/>
        <w:t>Зінька. Цур йому, отому благородному! В якому родилась, в такім і умру.&lt;br /&gt;</w:t>
        <w:br/>
        <w:t>Дзвонарська. Що ти, комашечко моя мальованая! Да ти без понятія, який у панських модах смак! А я проізойшла і в смак увійшла. Дак ти слухай, ладоночко моя, як у панів, у господ значить, добре жити. Оце тобі зараз перини: витягайсь і повертайсь, мовляв, чи направо, чи наліво, куди завгодно! Потім тобі січас кохвій з крендельками: воспивай собі, красунечко, чи три, чи чотири чашечки до восхотінія і крендельками закусюй, а потім сядь та пальцями отак перебирай. (Показує). Тут тобі січас гості-паничі чи гусарини: ногами тільки шарк або брязь. Ну, значить, зробиш книш (присіда) і сядеш, мовляв, як янгеляточко: очі підведеш у небо, під лоба, або на груди спустиш... а вони так тобі і воздимаються, і воздимаються! А тут обід: жулен з камердолями, будеш пить сабавонь, вахлітам чи драглей... Ну, сказано, моя ягідко, напрешся, та аж сопеш і тільки платочком губи та лобика втираєш. Ну, а вечором безпременно променаж з кавалерами. Ох, прости, господи, согрішенія наші!&lt;br /&gt;</w:t>
        <w:br/>
        <w:t>Зінька. Та ото тільки й роботи, тріскай та вивертайсь?&lt;br /&gt;</w:t>
        <w:br/>
        <w:t>Дзвонарська. Ні, часто і балі бували: під хварто пляса так було танцюємо, що й господи! Я таки, признатись, дівонько, до танців була перша; ще яких танців уміла, не простих, а загрянишних!&lt;br /&gt;</w:t>
        <w:br/>
        <w:t>Зінька. Які ж вони, тіточко?&lt;br /&gt;</w:t>
        <w:br/>
        <w:t>Дзвонарська. Та от січас — кадрель, благородний танець! Отак ходи з кавалером і крутись: от дай руку — тобі треба, ягідко, привчатись. (Гра на губах, показує). Цабе повертайсь, а тепер цоб! Ну, задком, задком оступайсь, а тепер крутись. Він довгий. А то ланцет іще достойніший: там отак ходять, та кланяються, та роблять книша. (Гра на губах і показує).&lt;br /&gt;</w:t>
        <w:br/>
        <w:t>Зінька. Чорзна-які й танці! Ходи, як на корді, та спиною вихай!&lt;br /&gt;</w:t>
        <w:br/>
        <w:t>Дзвонарська. Ти без понятія, дєвонько. А полька? Що то за вожделеніє! Ох, як воспомниш оте все, то у нутріях, мовляв, аж воспаленіє дєлається, а ти небрежительно...&lt;br /&gt;</w:t>
        <w:br/>
        <w:t>Зінька. Та я б здуріла од такого життя!&lt;br /&gt;</w:t>
        <w:br/>
        <w:t>Дзвонарська. Не ввійшла в смак, ладоночко моя безневинна, не ввійшла в смак. А от спробуєш — істинно говорю, чревоугодіє! Та як ще до того пропустиш у горлянку драмадерії чарочку, другу, то смак тобі, ягідко, по всіх сурелях та жилочках, як єлей, розійдеться, і зараз в голову, мовляв, оболок вступить,— ну, січас і млосно.&lt;br /&gt;</w:t>
        <w:br/>
        <w:t>Зінька. Та господь з ним, ще зачумієш! Нема краще, як біла хатонька у садочку, своє хазяйствечко, та мила дружинонька, та спільна працонька, та тиха розмова, та щира порада!&lt;br /&gt;</w:t>
        <w:br/>
        <w:t>Дзвонарська. Простий, неделікатний скус, мужичі привички, а тобі, мовляв, моя ягідко, доля признача другоє возношеніє!&lt;br /&gt;</w:t>
        <w:br/>
        <w:t>Зінька. Не треба мені... Це ви, я знаю... знов когось!&lt;br /&gt;</w:t>
        <w:br/>
        <w:t>Дзвонарська. А як папонька прикаже?&lt;br /&gt;</w:t>
        <w:br/>
        <w:t>Зінька. Швидче у прірву кинусь!&lt;br /&gt;</w:t>
        <w:br/>
        <w:t>Дзвонарська. Ох, царице небесна! Як таке й говорити?! Отці про дітей печуться, а діти родительської волі не слухають. Проти родителів піти — та це такий великий, моя комашечко, гріх, такий тяжкий, що й господи! Як я замирала, моя ладоночко, то бачила, що такий гріх аж трьома парами волів тягли на тім світі.&lt;br /&gt;</w:t>
        <w:br/>
        <w:t>Зінька. Трьома парами!&lt;br /&gt;</w:t>
        <w:br/>
        <w:t>Дзвонарська. Трьома парами, ягідко, істинно — трьома парами!&lt;br /&gt;</w:t>
        <w:br/>
        <w:t>Зінька. Ох, я нещасна, що ж мені чинити?&lt;br /&gt;</w:t>
        <w:br/>
        <w:t>Дзвонарська. От, приміряй, моя комашечко, оцю спідницю. (Надіва їй).</w:t>
      </w:r>
    </w:p>
    <w:p>
      <w:r>
        <w:br/>
        <w:t>ВИХІД XI</w:t>
      </w:r>
    </w:p>
    <w:p>
      <w:r>
        <w:br/>
        <w:t>Ті ж і Наталка, а потім Овсій.&lt;br /&gt;</w:t>
        <w:br/>
        <w:t>Наталка (вбіга). І! Довга яка! Ти заплутаєшся в їй і гепнеш!&lt;br /&gt;</w:t>
        <w:br/>
        <w:t>Зінька. Та я і не ступлю. (Глянувши назад). А то що?! Ох, моя матінко, зроду не надіну: на мене тюкатимуть!&lt;br /&gt;</w:t>
        <w:br/>
        <w:t>Дзвонарська. Це саме мода, моя пампушечко!&lt;br /&gt;</w:t>
        <w:br/>
        <w:t>Наталка (регочеться). Ой, ой! Як копиця.&lt;br /&gt;</w:t>
        <w:br/>
        <w:t>Зінька. Не хочу такого сорому! Я пересуну, а то собаками зацькують.&lt;br /&gt;</w:t>
        <w:br/>
        <w:t>Дзвонарська. Ой боже, невіжество яке! Надівай цей нагрудник!&lt;br /&gt;</w:t>
        <w:br/>
        <w:t>Наталка. Ану-ну! Ото сміху!&lt;br /&gt;</w:t>
        <w:br/>
        <w:t>Зінька. Не хочу!&lt;br /&gt;</w:t>
        <w:br/>
        <w:t>Дзвонарська. Та хоч станок же прикинь на себе! (Натяга).&lt;br /&gt;</w:t>
        <w:br/>
        <w:t>Наталка. Не влазить! Не влазить!&lt;br /&gt;</w:t>
        <w:br/>
        <w:t>Дзвонарська. Постій, ягідко, я стягну... (До Наталки). Тягни й ти за мотузку!&lt;br /&gt;</w:t>
        <w:br/>
        <w:t>Зінька. Ой, не тягніть! Дух випрете!&lt;br /&gt;</w:t>
        <w:br/>
        <w:t>Овсій (у дверях). От знущаються!&lt;br /&gt;</w:t>
        <w:br/>
        <w:t>Дзвонарська. Постій, постій! Я коліном упрусь... то воно зразу!&lt;br /&gt;</w:t>
        <w:br/>
        <w:t>Наталка. Щось луснуло!&lt;br /&gt;</w:t>
        <w:br/>
        <w:t>Зінька. Ой, ой! Не можу... (Плаче).&lt;br /&gt;</w:t>
        <w:br/>
        <w:t>Овсій. Як кобилу супонять! (Плаче).&lt;br /&gt;</w:t>
        <w:br/>
        <w:t>Дзвонарська. А ти чого сюди, до дамської уборні? Ач, і свій ніс тиче!&lt;br /&gt;</w:t>
        <w:br/>
        <w:t>Зінька. Ох, ох! (Плаче).&lt;br /&gt;</w:t>
        <w:br/>
        <w:t>Наталка. Не тягніть більше, бо ще задавите!&lt;br /&gt;</w:t>
        <w:br/>
        <w:t>Овсій. Чого батько дивиться? Розбійниця! (Пішов).&lt;br /&gt;</w:t>
        <w:br/>
        <w:t>Дзвонарська. Поговори, поговори! (До Зіньки). Ходім до кімнати,— там спочатку надінем нагрудничок, а далі й станок.&lt;br /&gt;</w:t>
        <w:br/>
        <w:t>Наталка (як Зінька повернулась іти). Ой, ой! По спині чисто тріснуло!&lt;br /&gt;</w:t>
        <w:br/>
        <w:t>Дзвонарська. Царице небесна!</w:t>
      </w:r>
    </w:p>
    <w:p>
      <w:r>
        <w:br/>
        <w:t>ВИХІД XII</w:t>
      </w:r>
    </w:p>
    <w:p>
      <w:r>
        <w:br/>
        <w:t>Ті ж і Вареник.&lt;br /&gt;</w:t>
        <w:br/>
        <w:t>Вареник. Ідуть уже. Чи все готово?&lt;br /&gt;</w:t>
        <w:br/>
        <w:t>Дзвонарська. На кухні все; а я Зіньку зараз приберу... та й ви б прибрались.&lt;br /&gt;</w:t>
        <w:br/>
        <w:t>Вареник. А я ось зараз, тільки кріселка поправлю...&lt;br /&gt;</w:t>
        <w:br/>
        <w:t>Дзвонарська. Наталко! Прибери пляшки! Підмети! Ой, ой! Боже мій!&lt;br /&gt;</w:t>
        <w:br/>
        <w:t>Гвалт. Вибігають до кімнати.&lt;br /&gt;</w:t>
        <w:br/>
        <w:t>Наталка. Підмети! (Кида віхоть). Хай йому чорт, я боюсь! (Тіка).</w:t>
      </w:r>
    </w:p>
    <w:p>
      <w:r>
        <w:br/>
        <w:t>ВИХІД XIII</w:t>
      </w:r>
    </w:p>
    <w:p>
      <w:r>
        <w:br/>
        <w:t>Дембицька і синок її Сисой.&lt;br /&gt;</w:t>
        <w:br/>
        <w:t>Дембицька (убрана з викриком). Прошу тебе держатись достойно... Хустку до носа взяв?&lt;br /&gt;</w:t>
        <w:br/>
        <w:t>Сисой. Да, взял, мамаша, только ето ужас: совсем простая халупа... воняет чем-то.&lt;br /&gt;</w:t>
        <w:br/>
        <w:t>Дембицька. Конечно, хлопи... але богаті... тепер через них можно состояніє зробіть: зажити по-шляхетськи... Одкоті бручки!&lt;br /&gt;</w:t>
        <w:br/>
        <w:t>Сисой. Стоїть лі для мужви... (Обсмикується).&lt;br /&gt;</w:t>
        <w:br/>
        <w:t>Дембицька. Ціхо! Який ти ще дєцко! Нужно тобі понравіться — і ми богачі; не будем поневіряться у пані маршалкової — я за економку, а ти — за попихача. Тогди ми покажем форс, проше пана! Витрі лобік — замарався...&lt;br /&gt;</w:t>
        <w:br/>
        <w:t>Сисой (витираючи). Только, мамаша... ну, как же ето... у меня жена будет Хівря? У нея і руки порепані, і ноги, верно... смеяться все будуть...&lt;br /&gt;</w:t>
        <w:br/>
        <w:t>Дембицька. О, мой аньолок невінний! То пусте: в висівках откупаємо... а з денег не смеются... не ковиряй у носі!&lt;br /&gt;</w:t>
        <w:br/>
        <w:t>Сисой. Да что ви, мамонька...&lt;br /&gt;</w:t>
        <w:br/>
        <w:t>Дембицька. Застьобнісь... Ідуть, кажеться...</w:t>
      </w:r>
    </w:p>
    <w:p>
      <w:r>
        <w:br/>
        <w:t>ВИХІД XIV</w:t>
      </w:r>
    </w:p>
    <w:p>
      <w:r>
        <w:br/>
        <w:t>Ті ж і Вареник, Зінька, Наталка і Дзвонарська.&lt;br /&gt;</w:t>
        <w:br/>
        <w:t>Дембицька (важно). Столбова дворянка, родственниця пані маршалкової, вдова Дембицька. А ето мой син Сисой, что дает большие надєжди по службе... прошу любіть і жаловать.&lt;br /&gt;</w:t>
        <w:br/>
        <w:t>Дзвонарська (цілується). Настоящі дворане, мовляв, січас глянути... моє поштеніє!&lt;br /&gt;</w:t>
        <w:br/>
        <w:t>Вареник. Дуже, дуже радий! Позвольте ручку! (Цілує). І синочок? Дозвольте поцілувати?&lt;br /&gt;</w:t>
        <w:br/>
        <w:t>Сисой. Мамаша?&lt;br /&gt;</w:t>
        <w:br/>
        <w:t>Дембицька (тихо). Утрі ротік...&lt;br /&gt;</w:t>
        <w:br/>
        <w:t>Вареник (цілує Сисоя). А це дочка моя старша, Зінька.&lt;br /&gt;</w:t>
        <w:br/>
        <w:t>Зінька ховається все за батька чи за Дзвонарську.&lt;br /&gt;</w:t>
        <w:br/>
        <w:t>Сисой. Как? Мамаша! (Тихо). Ето чучело?&lt;br /&gt;</w:t>
        <w:br/>
        <w:t>Дзвонарська. Зіновія.&lt;br /&gt;</w:t>
        <w:br/>
        <w:t>Вареник. Та й Зіновія, а по-нашому Зінька, або Варениця, стало буть, Вареникова дочка. (До Зіньки). Чого ти ховаєшся: не вкусить.&lt;br /&gt;</w:t>
        <w:br/>
        <w:t>Сисой (фирка). Каламбурно!&lt;br /&gt;</w:t>
        <w:br/>
        <w:t>Дембицька. Сося.&lt;br /&gt;</w:t>
        <w:br/>
        <w:t>Дзвонарська. Звиняйте уже — засоромилась, потому — чистоплотіє... да ще перед таким кавалером...з мамочкою знакомі, а з вами ще: Орина Власівна Дзвонарська, бившая дщерь протопопа, жила з младенства почти при грапськім домі, а уже потім нещастія ради... Прошу покорно! (Простяга руку під носа).&lt;br /&gt;</w:t>
        <w:br/>
        <w:t>Сисой. Мамочка! Что же ето!&lt;br /&gt;</w:t>
        <w:br/>
        <w:t>Дембицька. Пожми! (До Дзвонарської). Дєцко єще!&lt;br /&gt;</w:t>
        <w:br/>
        <w:t>Вареник. Прошу покорно!&lt;br /&gt;</w:t>
        <w:br/>
        <w:t>Всі сідають манірно. Наталка ховається за батька.&lt;br /&gt;</w:t>
        <w:br/>
        <w:t>А оце моя менша дочка!&lt;br /&gt;</w:t>
        <w:br/>
        <w:t>Дембицька. А-а! Скажіть!&lt;br /&gt;</w:t>
        <w:br/>
        <w:t>Вареник. Не чіпляйся-бо за полу! Підійди поцілуй ручку!&lt;br /&gt;</w:t>
        <w:br/>
        <w:t>Наталка. Не хочу!&lt;br /&gt;</w:t>
        <w:br/>
        <w:t>Дембицька. Дика!&lt;br /&gt;</w:t>
        <w:br/>
        <w:t>Дзвонарська. Не встидайся: зроби книша! (Сіпа її).&lt;br /&gt;</w:t>
        <w:br/>
        <w:t>Дембицька. Сося!&lt;br /&gt;</w:t>
        <w:br/>
        <w:t>Наталка. Геть к чорту!&lt;br /&gt;</w:t>
        <w:br/>
        <w:t>Дембицька. А цо? Однако!&lt;br /&gt;</w:t>
        <w:br/>
        <w:t>Вареник. Чи ти не здуріла? Га?&lt;br /&gt;</w:t>
        <w:br/>
        <w:t>Дзвонарська. Ай, ай, ай!&lt;br /&gt;</w:t>
        <w:br/>
        <w:t>Наталка (тікаючи). А чого він чіпляється, слинявий!&lt;br /&gt;</w:t>
        <w:br/>
        <w:t>Вареник. Цить мені!&lt;br /&gt;</w:t>
        <w:br/>
        <w:t>Сисой. Віскрява!&lt;br /&gt;</w:t>
        <w:br/>
        <w:t>Дембицька. Дуже розпустили... Звісно, в простоті...&lt;br /&gt;</w:t>
        <w:br/>
        <w:t>Дзвонарська. Балована!&lt;br /&gt;</w:t>
        <w:br/>
        <w:t>Дембицька. Гм, гм! Зовсім без виховання!&lt;br /&gt;</w:t>
        <w:br/>
        <w:t>Сисой. От би до салону! (Приска).&lt;br /&gt;</w:t>
        <w:br/>
        <w:t>Дембицька. Сося! Не ложи ручки в бручки.&lt;br /&gt;</w:t>
        <w:br/>
        <w:t>Ніяково мовчать.&lt;br /&gt;</w:t>
        <w:br/>
        <w:t>Вареник (до Сисоя) Служите, дозвольте спитать, при чинах, стало буть?&lt;br /&gt;</w:t>
        <w:br/>
        <w:t>Сисой. Н-да!.. То єсть... у предводітеля...&lt;br /&gt;</w:t>
        <w:br/>
        <w:t>Дембицька. Таке способне дєцко... Гм, просте ужасть... Скоро буде самостоятельним...&lt;br /&gt;</w:t>
        <w:br/>
        <w:t>Вареник. Себто який чин!&lt;br /&gt;</w:t>
        <w:br/>
        <w:t>Сисой. Чин? (Приска).&lt;br /&gt;</w:t>
        <w:br/>
        <w:t>Вареник. Простудились?&lt;br /&gt;</w:t>
        <w:br/>
        <w:t>Дембицька. Да, да, насморк... Сося... хустку возьмі! (До Вареника). Це, відітє лі, положеніє таке.&lt;br /&gt;</w:t>
        <w:br/>
        <w:t>Дзвонарська. Значить, чиноположеніє... От і мій покійничок було каже: не по чиноположенію доброхотні даянія...&lt;br /&gt;</w:t>
        <w:br/>
        <w:t>Вареник. І пенсія велика?&lt;br /&gt;</w:t>
        <w:br/>
        <w:t>Дзвонарська. Як же таки? Авжеж...&lt;br /&gt;</w:t>
        <w:br/>
        <w:t>Сисой. Мамаша? Да?&lt;br /&gt;</w:t>
        <w:br/>
        <w:t>Дембицька. Само собою розуміється...&lt;br /&gt;</w:t>
        <w:br/>
        <w:t>Вареник. Як?&lt;br /&gt;</w:t>
        <w:br/>
        <w:t>Дзвонарська. Та пенсія, мовляв, сама собою, а то ще й розуміється!&lt;br /&gt;</w:t>
        <w:br/>
        <w:t>Вареник. Го-го! Знаємо й ми це розуміється... Сисой. Ха-ха-ха! (Зразу затуля рота хусткою, мов закашлявся).&lt;br /&gt;</w:t>
        <w:br/>
        <w:t>Дембицька. Цо то?&lt;br /&gt;</w:t>
        <w:br/>
        <w:t>Сисой. Мнє в рот, мамаша, муха попала...&lt;br /&gt;</w:t>
        <w:br/>
        <w:t>Зінька (до батька тихо). Вони з нас сміються...&lt;br /&gt;</w:t>
        <w:br/>
        <w:t>Вареник. Гм, гм...&lt;br /&gt;</w:t>
        <w:br/>
        <w:t>Пауза.&lt;br /&gt;</w:t>
        <w:br/>
        <w:t>Дембицька. Ну, а ви, баришнє?..&lt;br /&gt;</w:t>
        <w:br/>
        <w:t>Сисой кашля в хустку.&lt;br /&gt;</w:t>
        <w:br/>
        <w:t>В городі бували?&lt;br /&gt;</w:t>
        <w:br/>
        <w:t>Зінька мовчить і ховається.&lt;br /&gt;</w:t>
        <w:br/>
        <w:t>Вареник. Чого ж мовчиш? Лякатись нічого: не страшні...&lt;br /&gt;</w:t>
        <w:br/>
        <w:t>Дзвонарська. Не соромся, ягідко! (Сіпа).&lt;br /&gt;</w:t>
        <w:br/>
        <w:t>Зінька. Ні!&lt;br /&gt;</w:t>
        <w:br/>
        <w:t>Дембицька. А де ж ви бували? (До сина). Та розговарюй же ти по-гостинному!&lt;br /&gt;</w:t>
        <w:br/>
        <w:t>Зінька. На ярмарку, у містечку.&lt;br /&gt;</w:t>
        <w:br/>
        <w:t>Сисой. С кем?&lt;br /&gt;</w:t>
        <w:br/>
        <w:t>Зінька. З кабаном їздили.&lt;br /&gt;</w:t>
        <w:br/>
        <w:t>Сисой. Ха-ха-ха! Інтересний кавалер!&lt;br /&gt;</w:t>
        <w:br/>
        <w:t>Вареник. Нема смішного! Коли б і сотню таких, то й ви б, паничу, спасибі сказали.&lt;br /&gt;</w:t>
        <w:br/>
        <w:t>Дембицька. То він веселої натури: звиніть — ребйонок ще.&lt;br /&gt;</w:t>
        <w:br/>
        <w:t>Дзвонарська. Та й хазяйські ці прості причандали такі смішні... неделікатні: чаплія, рогач, кізяк...&lt;br /&gt;</w:t>
        <w:br/>
        <w:t>Дембицька. На ярмарку, вірно, і цей ригинальний костюм...&lt;br /&gt;</w:t>
        <w:br/>
        <w:t>Вареник. Ні, це Власівна...&lt;br /&gt;</w:t>
        <w:br/>
        <w:t>Дзвонарська. У первої моднярки.&lt;br /&gt;</w:t>
        <w:br/>
        <w:t>Дембицька. Вас ошукали — це старомодне.&lt;br /&gt;</w:t>
        <w:br/>
        <w:t>Вареник. Як же це?&lt;br /&gt;</w:t>
        <w:br/>
        <w:t>Сисой. I не сходиться нигде...&lt;br /&gt;</w:t>
        <w:br/>
        <w:t>Дзвонарська. Вузковатий нагрудничок!.. Не стискає, мовляв, трудно!..&lt;br /&gt;</w:t>
        <w:br/>
        <w:t>Сисой. Н-да! Трудно...&lt;br /&gt;</w:t>
        <w:br/>
        <w:t>Вареник. Не сухопара.&lt;br /&gt;</w:t>
        <w:br/>
        <w:t>Зінька (з плачем). Вони сміються. (Тіка).&lt;br /&gt;</w:t>
        <w:br/>
        <w:t>Дзвонарська. Не соромся, моя комашечко: то божа благодать! Застидали: звісно, жіноча дівственность..</w:t>
      </w:r>
    </w:p>
    <w:p>
      <w:r>
        <w:br/>
        <w:t>ВИХІД XV</w:t>
      </w:r>
    </w:p>
    <w:p>
      <w:r>
        <w:br/>
        <w:t>Ті ж та Овсій і Наталка.&lt;br /&gt;</w:t>
        <w:br/>
        <w:t>Наталка. Вівдя пита, чи кидать зараз вареники?&lt;br /&gt;</w:t>
        <w:br/>
        <w:t>Дзвонарська. Так і лізе! Про це стидно говорить, комашечко!&lt;br /&gt;</w:t>
        <w:br/>
        <w:t>Наталка. Чого?&lt;br /&gt;</w:t>
        <w:br/>
        <w:t>Вареник. А й справді?&lt;br /&gt;</w:t>
        <w:br/>
        <w:t>Дзвонарська. При благородних про ці низькі речі не розмовляють.&lt;br /&gt;</w:t>
        <w:br/>
        <w:t>Вареник. Чудно!&lt;br /&gt;</w:t>
        <w:br/>
        <w:t>Овсій. А там ще жидки прийшли, питають, чи зараз починать баль?&lt;br /&gt;</w:t>
        <w:br/>
        <w:t>Вареник. Ет, після...&lt;br /&gt;</w:t>
        <w:br/>
        <w:t>Овсій. Може, одправити?&lt;br /&gt;</w:t>
        <w:br/>
        <w:t>Вареник. Нехай ждуть!&lt;br /&gt;</w:t>
        <w:br/>
        <w:t>Овсій пішов.</w:t>
      </w:r>
    </w:p>
    <w:p>
      <w:r>
        <w:br/>
        <w:t>ВИХІД XVI</w:t>
      </w:r>
    </w:p>
    <w:p>
      <w:r>
        <w:br/>
        <w:t>Ті ж без Овсія.&lt;br /&gt;</w:t>
        <w:br/>
        <w:t>Вареник. Ну, а що, пан предводитель не будуть?&lt;br /&gt;</w:t>
        <w:br/>
        <w:t>Сисой. Вот би сюда приєхали!&lt;br /&gt;</w:t>
        <w:br/>
        <w:t>Вареник (до Дзвонарської). А ви ж казали...&lt;br /&gt;</w:t>
        <w:br/>
        <w:t>Дзвонарська. Не знаю... що б воно.&lt;br /&gt;</w:t>
        <w:br/>
        <w:t>Дембицька. Так; але вони нездорові...&lt;br /&gt;</w:t>
        <w:br/>
        <w:t>Вареник. Погордували, значить... Гм! Гм!&lt;br /&gt;</w:t>
        <w:br/>
        <w:t>Дембицька. Ні, щось зробилось желудочне.&lt;br /&gt;</w:t>
        <w:br/>
        <w:t>Дзвонарська. Да, знаєте, буває, от, будемо говорити, і зі мною: оце собі і п’ю, і їм як слід... а то вдруг, звиніть на цім слові, у цім містоположенії почнеться обморок, і так, мовляв, клубком підходить, підходить аж у голову,— і січас тобі завернеться, завернеться і... зомленіє. Я совітувалась з лікарями, дак говорять: не смотріть у ту сторону, де біжить скажена собака.&lt;br /&gt;</w:t>
        <w:br/>
        <w:t>Сисой (вдержується од сміху до немоготи). Мамонька, я вийду! (Вибіг).&lt;br /&gt;</w:t>
        <w:br/>
        <w:t>Дембицька. Чого ж то скажена собака?&lt;br /&gt;</w:t>
        <w:br/>
        <w:t>Дзвонарська. Та видите лі, щоб обморок не притягти вітром.&lt;br /&gt;</w:t>
        <w:br/>
        <w:t>Дембицька. А-а!&lt;br /&gt;</w:t>
        <w:br/>
        <w:t>Вареник. Так не будуть, значить... і моїх нема,— стало буть, насмішка... гордують...&lt;br /&gt;</w:t>
        <w:br/>
        <w:t>Дембицька. Ні, вони коли-небудь...&lt;br /&gt;</w:t>
        <w:br/>
        <w:t>Дзвонарська. Безпремінно.&lt;br /&gt;</w:t>
        <w:br/>
        <w:t>Дембицька. Само собою...&lt;br /&gt;</w:t>
        <w:br/>
        <w:t>Вареник. Як вони самі собі, то й ми самі собою! До їх кланятись не підемо. Нас треба як грошей чортма,— розумію... Ми страву й самі поживемо. Гукніть там, Власівно, нехай несуть!&lt;br /&gt;</w:t>
        <w:br/>
        <w:t>Дзвонарська виходить.</w:t>
      </w:r>
    </w:p>
    <w:p>
      <w:r>
        <w:br/>
        <w:t>ВИХІД XVII</w:t>
      </w:r>
    </w:p>
    <w:p>
      <w:r>
        <w:br/>
        <w:t>Вареник і Дембицька.&lt;br /&gt;</w:t>
        <w:br/>
        <w:t>Дембицька. Моєму синові і мені ваша дочка до вподоби.&lt;br /&gt;</w:t>
        <w:br/>
        <w:t>Вареник. Спасибі. Вона моторна дитина.&lt;br /&gt;</w:t>
        <w:br/>
        <w:t>Дембицька. Я б, пожалуй, змогла посватати.&lt;br /&gt;</w:t>
        <w:br/>
        <w:t>Вареник. Чув.&lt;br /&gt;</w:t>
        <w:br/>
        <w:t>Дембицька. Ну... а нащот приданого як?&lt;br /&gt;</w:t>
        <w:br/>
        <w:t>Вареник. Та все як слід справимо; позичать не підемо.&lt;br /&gt;</w:t>
        <w:br/>
        <w:t>Дембицька. Натурально, натурально!&lt;br /&gt;</w:t>
        <w:br/>
        <w:t>Вареник. Дочка у мене робітниця добра, надежна, дебела: ніхто її не пережне й не перегребе.&lt;br /&gt;</w:t>
        <w:br/>
        <w:t>Дембицька. Так, так... але при їх положенії...&lt;br /&gt;</w:t>
        <w:br/>
        <w:t>Вареник. Не безпокойтесь... і при положенії.&lt;br /&gt;</w:t>
        <w:br/>
        <w:t>Дембицька. Має ся розуміти... але... який капітал взяти нам можна?&lt;br /&gt;</w:t>
        <w:br/>
        <w:t>Вареник. Е, нащот грошей, то я вам скіжу, панійко, так: до смерті ні копійки не дам,— нехай самі трудяться; а після смерті... з собою не заберу.&lt;br /&gt;</w:t>
        <w:br/>
        <w:t>Дембицька. Конечно... только в таком случаї... виходить, зовсім недоразумінія... Власівна, значить... проше пана...</w:t>
      </w:r>
    </w:p>
    <w:p>
      <w:r>
        <w:br/>
        <w:t>ВИХІД XVIII</w:t>
      </w:r>
    </w:p>
    <w:p>
      <w:r>
        <w:br/>
        <w:t>Ті ж та Сисой, Зінька, Дзвонарська, Наталка в Вівдя.&lt;br /&gt;</w:t>
        <w:br/>
        <w:t>Сисой (входить в середні двері, раптом захрьопуючи). Ой, чуть собаки не порвали!&lt;br /&gt;</w:t>
        <w:br/>
        <w:t>Наталка. Він реготався, аж гавкав, а собаки й собі!&lt;br /&gt;</w:t>
        <w:br/>
        <w:t>Дзвонарська. Цить!&lt;br /&gt;</w:t>
        <w:br/>
        <w:t>Дембицька. Сядь мені... та не ложи ручки в бручки!..&lt;br /&gt;</w:t>
        <w:br/>
        <w:t>Наталка сміється&lt;br /&gt;</w:t>
        <w:br/>
        <w:t>Дзвонарська. Пожалуйтесь!&lt;br /&gt;</w:t>
        <w:br/>
        <w:t>Вівдя. Ку-ку-ку-кур-ку ку-ку-ку-ди?&lt;br /&gt;</w:t>
        <w:br/>
        <w:t>Дзвонарська. Сюди, сюди! Звиніть,— трохи заїкинька!&lt;br /&gt;</w:t>
        <w:br/>
        <w:t>Вівдя. А ті-ті-ті-ті-ті...&lt;br /&gt;</w:t>
        <w:br/>
        <w:t>Вареник. Візьміть у неї, а то й почне тут кукати та тікати!&lt;br /&gt;</w:t>
        <w:br/>
        <w:t>Дзвонарська. Тепер нехай молода почастує!&lt;br /&gt;</w:t>
        <w:br/>
        <w:t>Сисой. Мамаша?!&lt;br /&gt;</w:t>
        <w:br/>
        <w:t>Дембицька. Ще не договорились... при нашім, скажемо, званії і благороднім шляхетнім положенії, треба багато...&lt;br /&gt;</w:t>
        <w:br/>
        <w:t>Вареник. Чого, пані?&lt;br /&gt;</w:t>
        <w:br/>
        <w:t>Зінька стала тепер саме на видноті, посередині; турнюр із спідниці з'їхав набік, а волосяний турнюр надіто замість фартуха.&lt;br /&gt;</w:t>
        <w:br/>
        <w:t>Сисой (глянувши). Ах, мамаша, фігура-то!&lt;br /&gt;</w:t>
        <w:br/>
        <w:t>Дембицька. Я й не замітила! Шкандаль!&lt;br /&gt;</w:t>
        <w:br/>
        <w:t>Дзвонарська. Який шкандаль? Це по-модньому.&lt;br /&gt;</w:t>
        <w:br/>
        <w:t>Вареник (сердито). Ну, що?!&lt;br /&gt;</w:t>
        <w:br/>
        <w:t>Наталка. Ой таточку, таточку! Не оддавайте за його Зіньки: він поганий, паскудний... (Плаче). Овсій кращий: мене на баштан возить...&lt;br /&gt;</w:t>
        <w:br/>
        <w:t>Сисой. Мамаша, ето дерзості...&lt;br /&gt;</w:t>
        <w:br/>
        <w:t>Дембицька. До таких заїхали... Гляньте, проше пана, хотіли зіпхнути дочку бокату!&lt;br /&gt;</w:t>
        <w:br/>
        <w:t>Дзвонарська. От тобі й антихвон!&lt;br /&gt;</w:t>
        <w:br/>
        <w:t>Вареник (кулаком по столу). Як боката? Хто сміє на мою дочку лихе сказати?&lt;br /&gt;</w:t>
        <w:br/>
        <w:t>Сисой. Мамаша, не силуйте меня на кривобокой жениться!&lt;br /&gt;</w:t>
        <w:br/>
        <w:t>Вареник. Та ви б спитали, пані, чи я ще оддам свою дочку за вашого йолопа!&lt;br /&gt;</w:t>
        <w:br/>
        <w:t>Дзвонарська. Ах, боже мій! Що ви?&lt;br /&gt;</w:t>
        <w:br/>
        <w:t>Вареник. Мовчи! (До Зіньки). Скидай мені зараз цю панську зброю!&lt;br /&gt;</w:t>
        <w:br/>
        <w:t>Дембицька. Це ж ви мені посовітували до мужви немитої вдатись! Понімають вони благородне обращеніє!&lt;br /&gt;</w:t>
        <w:br/>
        <w:t>Сисой (показує пальцем на Дзвонарську). Обморок скажений!&lt;br /&gt;</w:t>
        <w:br/>
        <w:t>Дзвонарська (спалахнувши). Ах ти, свинячий виплодок, халдей прокажений, жебран, голодранець!&lt;br /&gt;</w:t>
        <w:br/>
        <w:t>Дембицька. Ай, ай!&lt;br /&gt;</w:t>
        <w:br/>
        <w:t>Вареник. Нічого у мужви і пороги оббивати!&lt;br /&gt;</w:t>
        <w:br/>
        <w:t>Зінька з Наталкою вийшли до другої кімнати.&lt;br /&gt;</w:t>
        <w:br/>
        <w:t>Дзвонарська. Та ти з твоєю мамою, бабою, тіткою, дядиною — п’яти моєї не стоїте!&lt;br /&gt;</w:t>
        <w:br/>
        <w:t>Дембицька. Я не стою?! Я не стою?! Ах ти, дячківська покидька! Я стовбова! Стовбова!&lt;br /&gt;</w:t>
        <w:br/>
        <w:t>Дзвонарська. Я з настоящего коліна і почти при грапськім домі жила! А ви запотилишників їсте по панських прихожих! Плюнула й розтерла, от що!&lt;br /&gt;</w:t>
        <w:br/>
        <w:t>Сисой. Позвольте, мамаша, я єй плюну!&lt;br /&gt;</w:t>
        <w:br/>
        <w:t>Дембицька. Шапку бери скоріш! (Задихаєтьсяз злості).&lt;br /&gt;</w:t>
        <w:br/>
        <w:t>Вареник. Ач, приїхали нашими замозоленими грішми свої дірки латать! Он бог, он вам і порог!&lt;br /&gt;</w:t>
        <w:br/>
        <w:t>Дембицька. А ви справді думали, що вас треба, вас по салонах приймають, що ваших бокатих дочок шукають! Мужва нетесана! Гроші тільки у дурнів виманюють!&lt;br /&gt;</w:t>
        <w:br/>
        <w:t>Вареник. Ех ви, голодні зажери! Хизуєтесь своєю пакістю. Щоб мої й очі вас не бачили!&lt;br /&gt;</w:t>
        <w:br/>
        <w:t>При остатній мові Овсій, Зінька і Наталка показуються в дверях.&lt;br /&gt;</w:t>
        <w:br/>
        <w:t>Сисой. Мамаша, она... не такая... ето костюм...&lt;br /&gt;</w:t>
        <w:br/>
        <w:t>Дзвонарська. Самаряне обдерті! Я для них клопотала з жалості, а вони — скажіть на милость — пани!&lt;br /&gt;</w:t>
        <w:br/>
        <w:t>Дембицька. Тьфу! Сваха задрипана! Пошукайте тепер, хто-то вашу виставку візьме?&lt;br /&gt;</w:t>
        <w:br/>
        <w:t>Овсій. Дозвольте! Я їм виставку зроблю!&lt;br /&gt;</w:t>
        <w:br/>
        <w:t>Вареник. Моєї дочки ніхто не візьме? Та з вашого брата всяк мені в ноги поклониться: я за нею двадцять тисяч карбованців зразу даю...&lt;br /&gt;</w:t>
        <w:br/>
        <w:t>Сисой. Мамаша! Она не кривобокая: ето — турнюр!&lt;br /&gt;</w:t>
        <w:br/>
        <w:t>Дембицька. А, ошибка... що ж?.. Я перепрошу...&lt;br /&gt;</w:t>
        <w:br/>
        <w:t>Вареник. Хто цурдур? Женіть цього цурдура! Гетьте з хати!&lt;br /&gt;</w:t>
        <w:br/>
        <w:t>Овсій. Пожалуйте!&lt;br /&gt;</w:t>
        <w:br/>
        <w:t>Сисой. (показуючи на Дзвонарську). Ета все... ето чучело!&lt;br /&gt;</w:t>
        <w:br/>
        <w:t>Дзвонарська. Ах ти хальора, шкилета! (Плює).&lt;br /&gt;</w:t>
        <w:br/>
        <w:t>Дембицька і Сисой тікають. Чути галас собак.</w:t>
      </w:r>
    </w:p>
    <w:p>
      <w:r>
        <w:br/>
        <w:t>ВИХІД XIX</w:t>
      </w:r>
    </w:p>
    <w:p>
      <w:r>
        <w:br/>
        <w:t>Ті ж без Дембицької і Сисоя.&lt;br /&gt;</w:t>
        <w:br/>
        <w:t>Вареник. Спасибі тобі! Наградила!&lt;br /&gt;</w:t>
        <w:br/>
        <w:t>Дзвонарська. Хто ж його знав, що такий вийде акахвист: я думала, що вони настоящі дворане, а вони — пхе!&lt;br /&gt;</w:t>
        <w:br/>
        <w:t>Вареник. Думала!&lt;br /&gt;</w:t>
        <w:br/>
        <w:t>Дзвонарська. Знайдуться ще благородніщі!&lt;br /&gt;</w:t>
        <w:br/>
        <w:t>Вареник. І речі про них не заводь! Мало сорому ще прийняв? Мало тобі?&lt;br /&gt;</w:t>
        <w:br/>
        <w:t>Зінька. А все через ті моди... (Плаче).&lt;br /&gt;</w:t>
        <w:br/>
        <w:t>Дзвонарська. Що ж? Я всякі моди потраплю... папонька... Конешно, не їм...&lt;br /&gt;</w:t>
        <w:br/>
        <w:t>Вареник. Мовчать! Щоб мені тих мод і не пахло тут! Не плач, дочко! Тебе всяк візьме, але годі тих модних!&lt;br /&gt;</w:t>
        <w:br/>
        <w:t>Зінька. Тату, голубчику!&lt;br /&gt;</w:t>
        <w:br/>
        <w:t>Дзвонарська. Содома і Гоморра!&lt;br /&gt;</w:t>
        <w:br/>
        <w:t>Вареник. Геть, щоб і духу твого!..&lt;br /&gt;</w:t>
        <w:br/>
        <w:t>Дзвонарська (плаче). Ви завьожди так обиждаєте... Не по-благородному...&lt;br /&gt;</w:t>
        <w:br/>
        <w:t>Вареник. Годі витребеньок! Щоб ані писнула! За простого оддам!&lt;br /&gt;</w:t>
        <w:br/>
        <w:t>Зінька. Таточку ріднесенький!&lt;br /&gt;</w:t>
        <w:br/>
        <w:t>Вареник (обніма). Знаю.&lt;br /&gt;</w:t>
        <w:br/>
        <w:t>Наталка. А музика як?&lt;br /&gt;</w:t>
        <w:br/>
        <w:t>Дзвонарська. Без благородних... баль?!&lt;br /&gt;</w:t>
        <w:br/>
        <w:t>Вареник. Геть!&lt;br /&gt;</w:t>
        <w:br/>
        <w:t>Дзвонарська з ляком вискакує.&lt;br /&gt;</w:t>
        <w:br/>
        <w:t>Вареник. Не лишні, а якраз упору! Що я, без ваших паничів не буду гуляти? О! Тепер загуляю так, що й чортам душно стане у пеклі! Гей, Наталко, Свириде, Вівде, Овсію, кличте музику! Пийте, їжте! Частуй усіх, дочко, матері їх ковінька!&lt;br /&gt;</w:t>
        <w:br/>
        <w:t>Зінька налива і підносить.&lt;br /&gt;</w:t>
        <w:br/>
        <w:t>Я сам у своїй хаті пан! Чи так?</w:t>
      </w:r>
    </w:p>
    <w:p>
      <w:r>
        <w:br/>
        <w:t>ВИХІД XX</w:t>
      </w:r>
    </w:p>
    <w:p>
      <w:r>
        <w:br/>
        <w:t>Ті ж та Вівдя з музикою.&lt;br /&gt;</w:t>
        <w:br/>
        <w:t>Вареник. К бісу всі моди, щоб і вухо моє не чуло! Пий, гуляй, співайте мені зараз, Зінько, Наталко, Овсію!&lt;br /&gt;</w:t>
        <w:br/>
        <w:t>Овсій (співа).&lt;br /&gt;</w:t>
        <w:br/>
        <w:t>Од дуба та до дуба,&lt;br /&gt;</w:t>
        <w:br/>
        <w:t>Дівчино моя люба!&lt;br /&gt;</w:t>
        <w:br/>
        <w:t>Рад би я тебе взяти,&lt;br /&gt;</w:t>
        <w:br/>
        <w:t>Та не велить твоя мати!&lt;br /&gt;</w:t>
        <w:br/>
        <w:t>Хоч мати велить,&lt;br /&gt;</w:t>
        <w:br/>
        <w:t>Так рід не велить;&lt;br /&gt;</w:t>
        <w:br/>
        <w:t>Як побачу, то й заплачу,&lt;br /&gt;</w:t>
        <w:br/>
        <w:t>Аж серденько заболить!</w:t>
      </w:r>
    </w:p>
    <w:p>
      <w:r>
        <w:br/>
        <w:t>Зінька.&lt;br /&gt;</w:t>
        <w:br/>
        <w:t>Ой клен, не тополя,&lt;br /&gt;</w:t>
        <w:br/>
        <w:t>Така, мабуть, моя доля;&lt;br /&gt;</w:t>
        <w:br/>
        <w:t>Полюбила Овсія,&lt;br /&gt;</w:t>
        <w:br/>
        <w:t>Так боюсь панотця!&lt;br /&gt;</w:t>
        <w:br/>
        <w:t>Ой клен, не ломись,&lt;br /&gt;</w:t>
        <w:br/>
        <w:t>А ти батьку поклонись:&lt;br /&gt;</w:t>
        <w:br/>
        <w:t>Де й дінуться твої муки,-&lt;br /&gt;</w:t>
        <w:br/>
        <w:t>Перев’яжуть ликом руки!</w:t>
      </w:r>
    </w:p>
    <w:p>
      <w:r>
        <w:br/>
        <w:t>Вареник.&lt;br /&gt;</w:t>
        <w:br/>
        <w:t>Ой гоп та помалу,&lt;br /&gt;</w:t>
        <w:br/>
        <w:t>Та пошила штани з валу;&lt;br /&gt;</w:t>
        <w:br/>
        <w:t>Як пошила і наділа —&lt;br /&gt;</w:t>
        <w:br/>
        <w:t>Кажуть люде, що до діла!</w:t>
      </w:r>
    </w:p>
    <w:p>
      <w:r>
        <w:br/>
        <w:t>Ріж! Шквар і Ану, Овсію, Вівде!</w:t>
      </w:r>
    </w:p>
    <w:p>
      <w:r>
        <w:br/>
        <w:t>Музика гра козачок. Свирид з Вівдею і Зінька з Овсієм танцюють. Наталка посередині крутиться.&lt;br /&gt;</w:t>
        <w:br/>
        <w:t>Завіса спада.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По-модньому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