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Пливли ми ввечері лиманом...</w:t>
      </w:r>
    </w:p>
    <w:p>
      <w:r>
        <w:br/>
        <w:t xml:space="preserve"> * * *</w:t>
      </w:r>
    </w:p>
    <w:p>
      <w:r>
        <w:br/>
        <w:t>Пливли ми ввечері лиманом.&lt;br /&gt;</w:t>
        <w:br/>
        <w:t>Моторчик чахкав спроквола.&lt;br /&gt;</w:t>
        <w:br/>
        <w:t>Десь там за морем, за туманом&lt;br /&gt;</w:t>
        <w:br/>
        <w:t>уже Туреччина була.</w:t>
      </w:r>
    </w:p>
    <w:p>
      <w:r>
        <w:br/>
        <w:t>Співали пісню ми про Байду&lt;br /&gt;</w:t>
        <w:br/>
        <w:t>і про турецького царя,&lt;br /&gt;</w:t>
        <w:br/>
        <w:t>як Байда стрілами глобально&lt;br /&gt;</w:t>
        <w:br/>
        <w:t>царя у голову ціля.</w:t>
      </w:r>
    </w:p>
    <w:p>
      <w:r>
        <w:br/>
        <w:t>А хтось виводив тонко-тонко,&lt;br /&gt;</w:t>
        <w:br/>
        <w:t>гули замріяні баси.&lt;br /&gt;</w:t>
        <w:br/>
        <w:t>В туман, лиман, у річку Конку&lt;br /&gt;</w:t>
        <w:br/>
        <w:t>впадали наші голоси.</w:t>
      </w:r>
    </w:p>
    <w:p>
      <w:r>
        <w:br/>
        <w:t>І так нам вільно, так повільно,&lt;br /&gt;</w:t>
        <w:br/>
        <w:t>таке роздолля степове! —&lt;br /&gt;</w:t>
        <w:br/>
        <w:t>що так ніхто і не помітив,&lt;br /&gt;</w:t>
        <w:br/>
        <w:t>що човен далі не пливе!</w:t>
      </w:r>
    </w:p>
    <w:p>
      <w:r>
        <w:br/>
        <w:t>Чи, мо', наскочили на камінь?&lt;br /&gt;</w:t>
        <w:br/>
        <w:t>Чи, мо', бензину вже не є?&lt;br /&gt;</w:t>
        <w:br/>
        <w:t>Підводне царство з павуками&lt;br /&gt;</w:t>
        <w:br/>
        <w:t>нам зрушить з місця не дає.</w:t>
      </w:r>
    </w:p>
    <w:p>
      <w:r>
        <w:br/>
        <w:t>А ми ж про це не мали й гадки.&lt;br /&gt;</w:t>
        <w:br/>
        <w:t>Сміється Байда з далини:&lt;br /&gt;</w:t>
        <w:br/>
        <w:t>— Що, доспівалися, нащадки?&lt;br /&gt;</w:t>
        <w:br/>
        <w:t>Зіпхніться перше з мілини.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Пливли ми ввечері лиманом...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