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Плескачик</w:t>
      </w:r>
    </w:p>
    <w:p>
      <w:r>
        <w:br/>
        <w:t xml:space="preserve"> Якось каже дід бабусі:</w:t>
      </w:r>
    </w:p>
    <w:p>
      <w:r>
        <w:br/>
        <w:t>— Розпали вогонь в печі</w:t>
      </w:r>
    </w:p>
    <w:p>
      <w:r>
        <w:br/>
        <w:t>Та для нашої Ганнусі</w:t>
      </w:r>
    </w:p>
    <w:p>
      <w:r>
        <w:br/>
        <w:t>Ти плескачика спечи.</w:t>
      </w:r>
    </w:p>
    <w:p>
      <w:r>
        <w:br/>
        <w:t>Замісила баба тісто</w:t>
      </w:r>
    </w:p>
    <w:p>
      <w:r>
        <w:br/>
        <w:t>І плескачика спекла,</w:t>
      </w:r>
    </w:p>
    <w:p>
      <w:r>
        <w:br/>
        <w:t>А тоді, щоб трохи вистиг,</w:t>
      </w:r>
    </w:p>
    <w:p>
      <w:r>
        <w:br/>
        <w:t>На віконце віднесла.</w:t>
      </w:r>
    </w:p>
    <w:p>
      <w:r>
        <w:br/>
        <w:t>От лежить пухкий плескачик</w:t>
      </w:r>
    </w:p>
    <w:p>
      <w:r>
        <w:br/>
        <w:t>На тарілці на вікні,</w:t>
      </w:r>
    </w:p>
    <w:p>
      <w:r>
        <w:br/>
        <w:t>Золотистий та гарячий,</w:t>
      </w:r>
    </w:p>
    <w:p>
      <w:r>
        <w:br/>
        <w:t>Боки випнувши масні.</w:t>
      </w:r>
    </w:p>
    <w:p>
      <w:r>
        <w:br/>
        <w:t>Десь ґуля Ганнуся, видно,</w:t>
      </w:r>
    </w:p>
    <w:p>
      <w:r>
        <w:br/>
        <w:t>Не куштує плескача.</w:t>
      </w:r>
    </w:p>
    <w:p>
      <w:r>
        <w:br/>
        <w:t>А йому лежать набридло,</w:t>
      </w:r>
    </w:p>
    <w:p>
      <w:r>
        <w:br/>
        <w:t>Стриб з вікна — й навтікача!</w:t>
      </w:r>
    </w:p>
    <w:p>
      <w:r>
        <w:br/>
        <w:t>Покотився, покотився</w:t>
      </w:r>
    </w:p>
    <w:p>
      <w:r>
        <w:br/>
        <w:t>По траві, мов коліща.</w:t>
      </w:r>
    </w:p>
    <w:p>
      <w:r>
        <w:br/>
        <w:t>Раптом зайчик-побігайчик</w:t>
      </w:r>
    </w:p>
    <w:p>
      <w:r>
        <w:br/>
        <w:t>Зустрічає плескача.</w:t>
      </w:r>
    </w:p>
    <w:p>
      <w:r>
        <w:br/>
        <w:t>— Ну й плескачик золотистий!</w:t>
      </w:r>
    </w:p>
    <w:p>
      <w:r>
        <w:br/>
        <w:t>Мабуть, добрий ти на смак?</w:t>
      </w:r>
    </w:p>
    <w:p>
      <w:r>
        <w:br/>
        <w:t>— Ні, мене не можна їсти,</w:t>
      </w:r>
    </w:p>
    <w:p>
      <w:r>
        <w:br/>
        <w:t>Я уславлений співак:</w:t>
      </w:r>
    </w:p>
    <w:p>
      <w:r>
        <w:br/>
        <w:t>Я — плескачик, Я гарячий,</w:t>
      </w:r>
    </w:p>
    <w:p>
      <w:r>
        <w:br/>
        <w:t>Загорілий в мене бік.</w:t>
      </w:r>
    </w:p>
    <w:p>
      <w:r>
        <w:br/>
        <w:t>І від діда, І від баби,</w:t>
      </w:r>
    </w:p>
    <w:p>
      <w:r>
        <w:br/>
        <w:t>І від внучки Я утік.</w:t>
      </w:r>
    </w:p>
    <w:p>
      <w:r>
        <w:br/>
        <w:t>Вирушаю мандрувати,</w:t>
      </w:r>
    </w:p>
    <w:p>
      <w:r>
        <w:br/>
        <w:t>Погуляю досхочу</w:t>
      </w:r>
    </w:p>
    <w:p>
      <w:r>
        <w:br/>
        <w:t>І від тебе,</w:t>
      </w:r>
    </w:p>
    <w:p>
      <w:r>
        <w:br/>
        <w:t>Від зайчати,</w:t>
      </w:r>
    </w:p>
    <w:p>
      <w:r>
        <w:br/>
        <w:t>Зараз, зараз утечу!</w:t>
      </w:r>
    </w:p>
    <w:p>
      <w:r>
        <w:br/>
        <w:t>Покотився, покотився</w:t>
      </w:r>
    </w:p>
    <w:p>
      <w:r>
        <w:br/>
        <w:t>По траві, мов коліща.</w:t>
      </w:r>
    </w:p>
    <w:p>
      <w:r>
        <w:br/>
        <w:t>Раптом вовк іде назустріч,</w:t>
      </w:r>
    </w:p>
    <w:p>
      <w:r>
        <w:br/>
        <w:t>Зупиняє плескача.</w:t>
      </w:r>
    </w:p>
    <w:p>
      <w:r>
        <w:br/>
        <w:t>— Ой плескачику хороший!</w:t>
      </w:r>
    </w:p>
    <w:p>
      <w:r>
        <w:br/>
        <w:t>Зараз я тебе ковтну!</w:t>
      </w:r>
    </w:p>
    <w:p>
      <w:r>
        <w:br/>
        <w:t>— Ні, не їж. Послухай, прошу,</w:t>
      </w:r>
    </w:p>
    <w:p>
      <w:r>
        <w:br/>
        <w:t>Як я пісню затягну:</w:t>
      </w:r>
    </w:p>
    <w:p>
      <w:r>
        <w:br/>
        <w:t>Я — плескачик,</w:t>
      </w:r>
    </w:p>
    <w:p>
      <w:r>
        <w:br/>
        <w:t>Я гарячий,</w:t>
      </w:r>
    </w:p>
    <w:p>
      <w:r>
        <w:br/>
        <w:t>Загорілий в мене бік.</w:t>
      </w:r>
    </w:p>
    <w:p>
      <w:r>
        <w:br/>
        <w:t>Я від діда, баби й внучки</w:t>
      </w:r>
    </w:p>
    <w:p>
      <w:r>
        <w:br/>
        <w:t>І від зайчика утік.</w:t>
      </w:r>
    </w:p>
    <w:p>
      <w:r>
        <w:br/>
        <w:t>Вирушаю мандрувати,</w:t>
      </w:r>
    </w:p>
    <w:p>
      <w:r>
        <w:br/>
        <w:t>Погуляю досхочу</w:t>
      </w:r>
    </w:p>
    <w:p>
      <w:r>
        <w:br/>
        <w:t>І від тебе, вовк зубатий,</w:t>
      </w:r>
    </w:p>
    <w:p>
      <w:r>
        <w:br/>
        <w:t>Зараз, зараз утечу!</w:t>
      </w:r>
    </w:p>
    <w:p>
      <w:r>
        <w:br/>
        <w:t>Покотився, покотився</w:t>
      </w:r>
    </w:p>
    <w:p>
      <w:r>
        <w:br/>
        <w:t>По траві, мов коліща.</w:t>
      </w:r>
    </w:p>
    <w:p>
      <w:r>
        <w:br/>
        <w:t>Ось іде ведмідь із лісу,</w:t>
      </w:r>
    </w:p>
    <w:p>
      <w:r>
        <w:br/>
        <w:t>Зупиняє плескача.</w:t>
      </w:r>
    </w:p>
    <w:p>
      <w:r>
        <w:br/>
        <w:t>— Ну й плескачик запашистий!</w:t>
      </w:r>
    </w:p>
    <w:p>
      <w:r>
        <w:br/>
        <w:t>Я б тебе охоче з'їв!</w:t>
      </w:r>
    </w:p>
    <w:p>
      <w:r>
        <w:br/>
        <w:t>— Ні, мене не треба їсти,</w:t>
      </w:r>
    </w:p>
    <w:p>
      <w:r>
        <w:br/>
        <w:t>От послухай краще спів:</w:t>
      </w:r>
    </w:p>
    <w:p>
      <w:r>
        <w:br/>
        <w:t>Я — плескачик,</w:t>
      </w:r>
    </w:p>
    <w:p>
      <w:r>
        <w:br/>
        <w:t>Я гарячий,</w:t>
      </w:r>
    </w:p>
    <w:p>
      <w:r>
        <w:br/>
        <w:t>Загорілий в мене бік.</w:t>
      </w:r>
    </w:p>
    <w:p>
      <w:r>
        <w:br/>
        <w:t>Я від діда, баби й внучки,</w:t>
      </w:r>
    </w:p>
    <w:p>
      <w:r>
        <w:br/>
        <w:t>Від зайчати й вовка втік!</w:t>
      </w:r>
    </w:p>
    <w:p>
      <w:r>
        <w:br/>
        <w:t>Вирушаю мандрувати,</w:t>
      </w:r>
    </w:p>
    <w:p>
      <w:r>
        <w:br/>
        <w:t>Погуляю досхочу</w:t>
      </w:r>
    </w:p>
    <w:p>
      <w:r>
        <w:br/>
        <w:t>І від тебе, волохатий,</w:t>
      </w:r>
    </w:p>
    <w:p>
      <w:r>
        <w:br/>
        <w:t>Зараз, зараз утечу!</w:t>
      </w:r>
    </w:p>
    <w:p>
      <w:r>
        <w:br/>
        <w:t>Покотився, покотився</w:t>
      </w:r>
    </w:p>
    <w:p>
      <w:r>
        <w:br/>
        <w:t>По траві, мов коліща.</w:t>
      </w:r>
    </w:p>
    <w:p>
      <w:r>
        <w:br/>
        <w:t>Враз як вистрибне лисиця</w:t>
      </w:r>
    </w:p>
    <w:p>
      <w:r>
        <w:br/>
        <w:t>З-під куща</w:t>
      </w:r>
    </w:p>
    <w:p>
      <w:r>
        <w:br/>
        <w:t>До плескача.</w:t>
      </w:r>
    </w:p>
    <w:p>
      <w:r>
        <w:br/>
        <w:t>— Ну й плескачик! Що й казати!</w:t>
      </w:r>
    </w:p>
    <w:p>
      <w:r>
        <w:br/>
        <w:t>Запашний від тебе дух...</w:t>
      </w:r>
    </w:p>
    <w:p>
      <w:r>
        <w:br/>
        <w:t>— Я умію ще й співати,</w:t>
      </w:r>
    </w:p>
    <w:p>
      <w:r>
        <w:br/>
        <w:t>В мене — голос,</w:t>
      </w:r>
    </w:p>
    <w:p>
      <w:r>
        <w:br/>
        <w:t>В мене — слух! —</w:t>
      </w:r>
    </w:p>
    <w:p>
      <w:r>
        <w:br/>
        <w:t>І почав співать плескачик:</w:t>
      </w:r>
    </w:p>
    <w:p>
      <w:r>
        <w:br/>
        <w:t>— Я гарячий,</w:t>
      </w:r>
    </w:p>
    <w:p>
      <w:r>
        <w:br/>
        <w:t>Я добрячий,</w:t>
      </w:r>
    </w:p>
    <w:p>
      <w:r>
        <w:br/>
        <w:t>Загорілий в мене бік.</w:t>
      </w:r>
    </w:p>
    <w:p>
      <w:r>
        <w:br/>
        <w:t>Я від діда, баби, внучки,</w:t>
      </w:r>
    </w:p>
    <w:p>
      <w:r>
        <w:br/>
        <w:t>І від вовка, і ведмедя,</w:t>
      </w:r>
    </w:p>
    <w:p>
      <w:r>
        <w:br/>
        <w:t>І від зайчика утік.</w:t>
      </w:r>
    </w:p>
    <w:p>
      <w:r>
        <w:br/>
        <w:t>І від тебе утечу я...</w:t>
      </w:r>
    </w:p>
    <w:p>
      <w:r>
        <w:br/>
        <w:t>А лисичка каже враз:</w:t>
      </w:r>
    </w:p>
    <w:p>
      <w:r>
        <w:br/>
        <w:t>— Щось тебе я кепсько чую,</w:t>
      </w:r>
    </w:p>
    <w:p>
      <w:r>
        <w:br/>
        <w:t>Заспівай-но другий раз!</w:t>
      </w:r>
    </w:p>
    <w:p>
      <w:r>
        <w:br/>
        <w:t>Ти співаєш дуже дзвінко,</w:t>
      </w:r>
    </w:p>
    <w:p>
      <w:r>
        <w:br/>
        <w:t>В тебе й справді голос є! —</w:t>
      </w:r>
    </w:p>
    <w:p>
      <w:r>
        <w:br/>
        <w:t>А сама в цей час торбинку</w:t>
      </w:r>
    </w:p>
    <w:p>
      <w:r>
        <w:br/>
        <w:t>З-під ялинки дістає.</w:t>
      </w:r>
    </w:p>
    <w:p>
      <w:r>
        <w:br/>
        <w:t>Та хвалько цього не бачить,</w:t>
      </w:r>
    </w:p>
    <w:p>
      <w:r>
        <w:br/>
        <w:t>Радий з успіху свого.</w:t>
      </w:r>
    </w:p>
    <w:p>
      <w:r>
        <w:br/>
        <w:t>Тільки вивів:</w:t>
      </w:r>
    </w:p>
    <w:p>
      <w:r>
        <w:br/>
        <w:t>— Я — плескачик... —</w:t>
      </w:r>
    </w:p>
    <w:p>
      <w:r>
        <w:br/>
        <w:t>А лисичка — хап його!</w:t>
      </w:r>
    </w:p>
    <w:p>
      <w:r>
        <w:br/>
        <w:t>І незчувся, як в торбинці</w:t>
      </w:r>
    </w:p>
    <w:p>
      <w:r>
        <w:br/>
        <w:t>Опинився наш співець!</w:t>
      </w:r>
    </w:p>
    <w:p>
      <w:r>
        <w:br/>
        <w:t>І лисичка по стежинці</w:t>
      </w:r>
    </w:p>
    <w:p>
      <w:r>
        <w:br/>
        <w:t>В ліс побігла навпростець.</w:t>
      </w:r>
    </w:p>
    <w:p>
      <w:r>
        <w:br/>
        <w:t>А в ліску мала Ганнуся</w:t>
      </w:r>
    </w:p>
    <w:p>
      <w:r>
        <w:br/>
        <w:t>Недалечко від тих місць</w:t>
      </w:r>
    </w:p>
    <w:p>
      <w:r>
        <w:br/>
        <w:t>Лісовую грушу трусить</w:t>
      </w:r>
    </w:p>
    <w:p>
      <w:r>
        <w:br/>
        <w:t>І грушки солодкі їсть.</w:t>
      </w:r>
    </w:p>
    <w:p>
      <w:r>
        <w:br/>
        <w:t>Загорілись в лиски очі, —</w:t>
      </w:r>
    </w:p>
    <w:p>
      <w:r>
        <w:br/>
        <w:t>Мабуть, груші ті смачні!</w:t>
      </w:r>
    </w:p>
    <w:p>
      <w:r>
        <w:br/>
        <w:t>— Ой, — говорить, — їсти хочу!</w:t>
      </w:r>
    </w:p>
    <w:p>
      <w:r>
        <w:br/>
        <w:t>Дай-но, дівчинко, й мені! —</w:t>
      </w:r>
    </w:p>
    <w:p>
      <w:r>
        <w:br/>
        <w:t>Бачить дівчинка: лисиця,</w:t>
      </w:r>
    </w:p>
    <w:p>
      <w:r>
        <w:br/>
        <w:t>Витівниця лісова!</w:t>
      </w:r>
    </w:p>
    <w:p>
      <w:r>
        <w:br/>
        <w:t>І на спинці у торбинці</w:t>
      </w:r>
    </w:p>
    <w:p>
      <w:r>
        <w:br/>
        <w:t>Щось ворушиться й співа:</w:t>
      </w:r>
    </w:p>
    <w:p>
      <w:r>
        <w:br/>
        <w:t>— Я — плескачик,</w:t>
      </w:r>
    </w:p>
    <w:p>
      <w:r>
        <w:br/>
        <w:t>Я гарячий,</w:t>
      </w:r>
    </w:p>
    <w:p>
      <w:r>
        <w:br/>
        <w:t>Загорілий в мене бік.</w:t>
      </w:r>
    </w:p>
    <w:p>
      <w:r>
        <w:br/>
        <w:t>Втік від діда, баби й внучки,</w:t>
      </w:r>
    </w:p>
    <w:p>
      <w:r>
        <w:br/>
        <w:t>Від лисиці я не втік!..</w:t>
      </w:r>
    </w:p>
    <w:p>
      <w:r>
        <w:br/>
        <w:t>— Що ж, — Ганнуся каже, — миттю</w:t>
      </w:r>
    </w:p>
    <w:p>
      <w:r>
        <w:br/>
        <w:t>Натрушу тобі грушок.</w:t>
      </w:r>
    </w:p>
    <w:p>
      <w:r>
        <w:br/>
        <w:t>Стань-но ближче та під віття</w:t>
      </w:r>
    </w:p>
    <w:p>
      <w:r>
        <w:br/>
        <w:t>Підставляй свій лантушок!</w:t>
      </w:r>
    </w:p>
    <w:p>
      <w:r>
        <w:br/>
        <w:t>Розв'язала лиска торбу,</w:t>
      </w:r>
    </w:p>
    <w:p>
      <w:r>
        <w:br/>
        <w:t>А плескачик з неї — плиг!</w:t>
      </w:r>
    </w:p>
    <w:p>
      <w:r>
        <w:br/>
        <w:t>Та як кинеться моторно</w:t>
      </w:r>
    </w:p>
    <w:p>
      <w:r>
        <w:br/>
        <w:t>Прямо дівчинці до ніг.</w:t>
      </w:r>
    </w:p>
    <w:p>
      <w:r>
        <w:br/>
        <w:t>— Ой, рятуй мене, Ганнусю!</w:t>
      </w:r>
    </w:p>
    <w:p>
      <w:r>
        <w:br/>
        <w:t>Нагулявсь я досхочу.</w:t>
      </w:r>
    </w:p>
    <w:p>
      <w:r>
        <w:br/>
        <w:t>Я додому повернуся,</w:t>
      </w:r>
    </w:p>
    <w:p>
      <w:r>
        <w:br/>
        <w:t>Більш нізащо не втечу!</w:t>
      </w:r>
    </w:p>
    <w:p>
      <w:r>
        <w:br/>
        <w:t>Засоромлена лисиця</w:t>
      </w:r>
    </w:p>
    <w:p>
      <w:r>
        <w:br/>
        <w:t>Заховалась під кущем.</w:t>
      </w:r>
    </w:p>
    <w:p>
      <w:r>
        <w:br/>
        <w:t>А Ганнуся до бабусі</w:t>
      </w:r>
    </w:p>
    <w:p>
      <w:r>
        <w:br/>
        <w:t>Повернулась з плескачем.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Плескачик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