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Плело віночок літо (збірка)</w:t>
      </w:r>
    </w:p>
    <w:p>
      <w:r>
        <w:br/>
        <w:t xml:space="preserve"> ВСЕ ПОЗЕЛЕНІЄ</w:t>
      </w:r>
    </w:p>
    <w:p>
      <w:r>
        <w:br/>
        <w:t>Яворина — на коліна —&lt;br /&gt;</w:t>
        <w:br/>
        <w:t>до землі нагнеться:&lt;br /&gt;</w:t>
        <w:br/>
        <w:t>хай країна Україна&lt;br /&gt;</w:t>
        <w:br/>
        <w:t>сонечка нап’ється.</w:t>
      </w:r>
    </w:p>
    <w:p>
      <w:r>
        <w:br/>
        <w:t>Безмеж-поле, наше поле,&lt;br /&gt;</w:t>
        <w:br/>
        <w:t>враз позеленіє,&lt;br /&gt;</w:t>
        <w:br/>
        <w:t>де не видно жайворонка —&lt;br /&gt;</w:t>
        <w:br/>
        <w:t>сама цятка мріє.</w:t>
      </w:r>
    </w:p>
    <w:p>
      <w:r>
        <w:br/>
        <w:t>ТАМ ДЕРЕВА, ТАМ ОЗЕРА, ТАМ ЗОРЯ</w:t>
      </w:r>
    </w:p>
    <w:p>
      <w:r>
        <w:br/>
        <w:t>Там дерева, там озера, там зоря,&lt;br /&gt;</w:t>
        <w:br/>
        <w:t>як горицвіт, ціле літо не згоря.&lt;br /&gt;</w:t>
        <w:br/>
        <w:t>Помаленьку там роса собі росте,&lt;br /&gt;</w:t>
        <w:br/>
        <w:t>де на луки сонце ходить золоте&lt;br /&gt;</w:t>
        <w:br/>
        <w:t>із вогненними перлинами пісень&lt;br /&gt;</w:t>
        <w:br/>
        <w:t>і засвічує великий світлий день,&lt;br /&gt;</w:t>
        <w:br/>
        <w:t>що живе по всьому світі, як зоря,&lt;br /&gt;</w:t>
        <w:br/>
        <w:t>й ціле літо, мов горицвіт, не згоря.</w:t>
      </w:r>
    </w:p>
    <w:p>
      <w:r>
        <w:br/>
        <w:t>ПЛЕЛО ВІНОЧОК ЛІТО</w:t>
      </w:r>
    </w:p>
    <w:p>
      <w:r>
        <w:br/>
        <w:t>Плело віночок літо,&lt;br /&gt;</w:t>
        <w:br/>
        <w:t>сиділо і плело.&lt;br /&gt;</w:t>
        <w:br/>
        <w:t>Межи волошок в житі,&lt;br /&gt;</w:t>
        <w:br/>
        <w:t>де зелено було.&lt;br /&gt;</w:t>
        <w:br/>
        <w:t>Де гномики танцюють,&lt;br /&gt;</w:t>
        <w:br/>
        <w:t>дюймовочки — в квітках.,&lt;br /&gt;</w:t>
        <w:br/>
        <w:t>де всі на світі чують,&lt;br /&gt;</w:t>
        <w:br/>
        <w:t>про що співає птах.&lt;br /&gt;</w:t>
        <w:br/>
        <w:t>Про що шепочуть житу&lt;br /&gt;</w:t>
        <w:br/>
        <w:t>волошки голубі...&lt;br /&gt;</w:t>
        <w:br/>
        <w:t>Сплело віночок літо,&lt;br /&gt;</w:t>
        <w:br/>
        <w:t>сплело, та не собі.&lt;br /&gt;</w:t>
        <w:br/>
        <w:t>У сонячній долоні&lt;br /&gt;</w:t>
        <w:br/>
        <w:t>той піднесло вінок —&lt;br /&gt;</w:t>
        <w:br/>
        <w:t>подарувало доні&lt;br /&gt;</w:t>
        <w:br/>
        <w:t>для золотих казок.</w:t>
      </w:r>
    </w:p>
    <w:p>
      <w:r>
        <w:br/>
        <w:t>ЗОЛОТА БДЖІЛКА</w:t>
      </w:r>
    </w:p>
    <w:p>
      <w:r>
        <w:br/>
        <w:t>За мною ходить бджілка золота,&lt;br /&gt;</w:t>
        <w:br/>
        <w:t>мені казки розказує про літо —&lt;br /&gt;</w:t>
        <w:br/>
        <w:t>про трави молоді і про жита,&lt;br /&gt;</w:t>
        <w:br/>
        <w:t>про квіти, що всміхаються, мов діти.</w:t>
      </w:r>
    </w:p>
    <w:p>
      <w:r>
        <w:br/>
        <w:t>Метелики гойдаються в квітках,&lt;br /&gt;</w:t>
        <w:br/>
        <w:t>вимахують крильцятами малими,&lt;br /&gt;</w:t>
        <w:br/>
        <w:t>а вітер то співає, наче птах,&lt;br /&gt;</w:t>
        <w:br/>
        <w:t>то солодко співає щось над ними.</w:t>
      </w:r>
    </w:p>
    <w:p>
      <w:r>
        <w:br/>
        <w:t>ЛЕЛЕЧІ СПОМИНИ</w:t>
      </w:r>
    </w:p>
    <w:p>
      <w:r>
        <w:br/>
        <w:t>Літо ходить від зим далеко,&lt;br /&gt;</w:t>
        <w:br/>
        <w:t>від дощів, від квіток і трав,&lt;br /&gt;</w:t>
        <w:br/>
        <w:t>щоб останній сумний лелека&lt;br /&gt;</w:t>
        <w:br/>
        <w:t>теплих спогадів назбирав.</w:t>
      </w:r>
    </w:p>
    <w:p>
      <w:r>
        <w:br/>
        <w:t>Щоб пішов за тим літом босим&lt;br /&gt;</w:t>
        <w:br/>
        <w:t>по квітки, по дощі й громи&lt;br /&gt;</w:t>
        <w:br/>
        <w:t>та й приніс до бабусі Осені&lt;br /&gt;</w:t>
        <w:br/>
        <w:t>гарні спогади для зими.</w:t>
      </w:r>
    </w:p>
    <w:p>
      <w:r>
        <w:br/>
        <w:t>НАБЕРУ ДОЩУ</w:t>
      </w:r>
    </w:p>
    <w:p>
      <w:r>
        <w:br/>
        <w:t>Із тої хмари наберу дощу,&lt;br /&gt;</w:t>
        <w:br/>
        <w:t>посію його дрібно між кущів.&lt;br /&gt;</w:t>
        <w:br/>
        <w:t>Гляди, ще й до городчика впущу —&lt;br /&gt;</w:t>
        <w:br/>
        <w:t>бо як йому прожити без дощів?!</w:t>
      </w:r>
    </w:p>
    <w:p>
      <w:r>
        <w:br/>
        <w:t>Хай не дадуть червневі води-чари&lt;br /&gt;</w:t>
        <w:br/>
        <w:t>поникле листя долу опускать.&lt;br /&gt;</w:t>
        <w:br/>
        <w:t>Я наберу дощу з отої хмари,&lt;br /&gt;</w:t>
        <w:br/>
        <w:t>що землю рідну любить напувать.</w:t>
      </w:r>
    </w:p>
    <w:p>
      <w:r>
        <w:br/>
        <w:t>СТЕЖИНКО, ПОВЕДИ!</w:t>
      </w:r>
    </w:p>
    <w:p>
      <w:r>
        <w:br/>
        <w:t>Поведи мене, стежинко, до води,&lt;br /&gt;</w:t>
        <w:br/>
        <w:t>там, де вітер казку каже молодий,&lt;br /&gt;</w:t>
        <w:br/>
        <w:t>де ряднинки білі й голубі&lt;br /&gt;</w:t>
        <w:br/>
        <w:t>простеляє хвилечка собі.&lt;br /&gt;</w:t>
        <w:br/>
        <w:t>Там у повені засвічена хода,&lt;br /&gt;</w:t>
        <w:br/>
        <w:t>поміж пальцями хлюпочеться вода.&lt;br /&gt;</w:t>
        <w:br/>
        <w:t>Там і росяно, і верби, і трава,&lt;br /&gt;</w:t>
        <w:br/>
        <w:t>у ромашки там тендітна голова...&lt;br /&gt;</w:t>
        <w:br/>
        <w:t>Поведи мени, стежинко, поведи&lt;br /&gt;</w:t>
        <w:br/>
        <w:t>до щасливої холодної води.</w:t>
      </w:r>
    </w:p>
    <w:p>
      <w:r>
        <w:br/>
        <w:t>Я БУДУ, НЕМОВ ДЗВІНОЧОК</w:t>
      </w:r>
    </w:p>
    <w:p>
      <w:r>
        <w:br/>
        <w:t>Ой пустіть мене у садочок,&lt;br /&gt;</w:t>
        <w:br/>
        <w:t>у той пустіть,&lt;br /&gt;</w:t>
        <w:br/>
        <w:t>де я буду, немов дзвіночок,&lt;br /&gt;</w:t>
        <w:br/>
        <w:t>синім ясніть.</w:t>
      </w:r>
    </w:p>
    <w:p>
      <w:r>
        <w:br/>
        <w:t>Ой пустіть мене меж отави&lt;br /&gt;</w:t>
        <w:br/>
        <w:t>і дуби, —&lt;br /&gt;</w:t>
        <w:br/>
        <w:t>чи полюблять мене там трави&lt;br /&gt;</w:t>
        <w:br/>
        <w:t>і гриби?</w:t>
      </w:r>
    </w:p>
    <w:p>
      <w:r>
        <w:br/>
        <w:t>Принесе мені вітер казку&lt;br /&gt;</w:t>
        <w:br/>
        <w:t>у долоні&lt;br /&gt;</w:t>
        <w:br/>
        <w:t>чи гукатиме з мамою разом:&lt;br /&gt;</w:t>
        <w:br/>
        <w:t>"До-о-оню!"?</w:t>
      </w:r>
    </w:p>
    <w:p>
      <w:r>
        <w:br/>
        <w:t>ЩО КОТАМ СНИТЬСЯ?</w:t>
      </w:r>
    </w:p>
    <w:p>
      <w:r>
        <w:br/>
        <w:t>Просинаюсь і питаю тата:&lt;br /&gt;</w:t>
        <w:br/>
        <w:t>— А чи тепло тобі, тату, спати?&lt;br /&gt;</w:t>
        <w:br/>
        <w:t>А чи Сонько сон тобі колише?&lt;br /&gt;</w:t>
        <w:br/>
        <w:t>А котам сняться квіти чи миші?&lt;br /&gt;</w:t>
        <w:br/>
        <w:t>А чи є де вітру ночувати?&lt;br /&gt;</w:t>
        <w:br/>
        <w:t>Як нема — поклич його до хати.&lt;br /&gt;</w:t>
        <w:br/>
        <w:t>Хай розкаже він нам, наколише,&lt;br /&gt;</w:t>
        <w:br/>
        <w:t>що котам сниться — квіти чи миші?</w:t>
      </w:r>
    </w:p>
    <w:p>
      <w:r>
        <w:br/>
        <w:t>ДРАЖНИЛКИ-ЖАРТИ&lt;br /&gt;</w:t>
        <w:br/>
        <w:t>***&lt;br /&gt;</w:t>
        <w:br/>
        <w:t>Йванко-дранко-дурисміх&lt;br /&gt;</w:t>
        <w:br/>
        <w:t>виліз на чужий горіх:&lt;br /&gt;</w:t>
        <w:br/>
        <w:t>лічить, бідний, до п’яти&lt;br /&gt;</w:t>
        <w:br/>
        <w:t>там сорочачі хвости.</w:t>
      </w:r>
    </w:p>
    <w:p>
      <w:r>
        <w:br/>
        <w:t>***&lt;br /&gt;</w:t>
        <w:br/>
        <w:t>Натка-дратка-дереза&lt;br /&gt;</w:t>
        <w:br/>
        <w:t>непосида — мов коза.&lt;br /&gt;</w:t>
        <w:br/>
        <w:t>Пісня в неї отака:&lt;br /&gt;</w:t>
        <w:br/>
        <w:t>— Меке-ке! Меке-ка!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Плело віночок літо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