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удови-верховинки</w:t>
      </w:r>
    </w:p>
    <w:p>
      <w:r>
        <w:br/>
        <w:t xml:space="preserve"> Прийшла я на поділля,&lt;br /&gt;</w:t>
        <w:br/>
        <w:t>Гай-гай, зелений гай!&lt;br /&gt;</w:t>
        <w:br/>
        <w:t>Немає грошей і на хліб —&lt;br /&gt;</w:t>
        <w:br/>
        <w:t>Хоч у труну лягай!</w:t>
      </w:r>
    </w:p>
    <w:p>
      <w:r>
        <w:br/>
        <w:t>На верховині я жила,&lt;br /&gt;</w:t>
        <w:br/>
        <w:t>Гай-гай, зелений гай!&lt;br /&gt;</w:t>
        <w:br/>
        <w:t>Яка щаслива я була,&lt;br /&gt;</w:t>
        <w:br/>
        <w:t>Там був для мене рай.</w:t>
      </w:r>
    </w:p>
    <w:p>
      <w:r>
        <w:br/>
        <w:t>Я мала череду корів,&lt;br /&gt;</w:t>
        <w:br/>
        <w:t>Гай-гай, зелений гай!&lt;br /&gt;</w:t>
        <w:br/>
        <w:t>У мене масла й молока&lt;br /&gt;</w:t>
        <w:br/>
        <w:t>Було хоч відбавляй.</w:t>
      </w:r>
    </w:p>
    <w:p>
      <w:r>
        <w:br/>
        <w:t>Овець отару мала я,&lt;br /&gt;</w:t>
        <w:br/>
        <w:t>Гай-гай, зелений гай!&lt;br /&gt;</w:t>
        <w:br/>
        <w:t>Давали мені вовниці,-&lt;br /&gt;</w:t>
        <w:br/>
        <w:t>Лиш стригти устигай.</w:t>
      </w:r>
    </w:p>
    <w:p>
      <w:r>
        <w:br/>
        <w:t>Зазнала щастя я в житті,&lt;br /&gt;</w:t>
        <w:br/>
        <w:t>Гай-гай, зелений гай!&lt;br /&gt;</w:t>
        <w:br/>
        <w:t>Найкращий в клані чоловік&lt;br /&gt;</w:t>
        <w:br/>
        <w:t>Був Дональд, мій шугай.</w:t>
      </w:r>
    </w:p>
    <w:p>
      <w:r>
        <w:br/>
        <w:t>Приплив наш Чарлі з чужини,&lt;br /&gt;</w:t>
        <w:br/>
        <w:t>Гай-гай, зелений гай!&lt;br /&gt;</w:t>
        <w:br/>
        <w:t>Пішов мій Дональд у загін&lt;br /&gt;</w:t>
        <w:br/>
        <w:t>Звільняти рідний край.</w:t>
      </w:r>
    </w:p>
    <w:p>
      <w:r>
        <w:br/>
        <w:t>Та правду зло перемогло,&lt;br /&gt;</w:t>
        <w:br/>
        <w:t>Гай-гай, зелений гай!&lt;br /&gt;</w:t>
        <w:br/>
        <w:t>Поліг мій Дональд у бою&lt;br /&gt;</w:t>
        <w:br/>
        <w:t>Проти ворожих зграй.</w:t>
      </w:r>
    </w:p>
    <w:p>
      <w:r>
        <w:br/>
        <w:t>Гай-гай, мій любий Дональд,&lt;br /&gt;</w:t>
        <w:br/>
        <w:t>Гай-гай, зелений гай!&lt;br /&gt;</w:t>
        <w:br/>
        <w:t>Лишилась в світі я одна&lt;br /&gt;</w:t>
        <w:br/>
        <w:t>На тугу та відчай.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удови-верховинки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