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квітка</w:t>
      </w:r>
    </w:p>
    <w:p>
      <w:r>
        <w:br/>
        <w:t xml:space="preserve"> &lt;blockquote class="cita" style='text-align:left'&gt;&lt;p&gt; на могилу незабутнього</w:t>
      </w:r>
    </w:p>
    <w:p>
      <w:r>
        <w:br/>
        <w:t>Миколи Віталійовича Лисенка</w:t>
      </w:r>
    </w:p>
    <w:p>
      <w:r>
        <w:br/>
      </w:r>
    </w:p>
    <w:p>
      <w:r>
        <w:br/>
        <w:t>Приголомшена сумною звісткою, що долинула до мене попереду з чужої газети, я спромоглася в той час тільки на коротеньку телеграму, бо справді здавило серце, забракло слів, і зосталися тільки сльози та туга без краю. Немов у тумані пропливли ці дні урочисто-сумної події, а туга не спливає, вона росте і давить, як могила. Дозвольте ж і мені, закиненій далеко, хворобою прикутій у тіснім кутку, припасти-приєднатись до тої великої родини, яка ховала свого батька.</w:t>
      </w:r>
    </w:p>
    <w:p>
      <w:r>
        <w:br/>
        <w:t>Що ж можу я, людина квола та похила, принести на могилу, крім слів та сліз?</w:t>
      </w:r>
    </w:p>
    <w:p>
      <w:r>
        <w:br/>
        <w:t>Дорогий всім нам небіжчик не потребує вже нічого: за живота й по той бік смерті він нас обдарував так щиро, так багато, що наші всі хвали й подяки ніщо в зрівнянні з тим, і довжниками довічними зостанемося ми.</w:t>
      </w:r>
    </w:p>
    <w:p>
      <w:r>
        <w:br/>
        <w:t>Микола Лисенко – славний син великої неньки. Микола Віталійович – безсмертний творець рідної музики – ні, й того всього мало! Повз усі заслуги й здібності то була одна з небагатьох людина, якими світ держиться, бо вже за те їм вдячний, що вони існують на світі. Отак, як сонце! І в хмарний день, і в непогожу осінню ніч все ж знаєш, що є на світі сонечко, що вигляне воно, огріє, додасть життя тобі. Легше стає нести тягар життєвий, коли знаєш, що живе ще праведник, якими б і Содом-Гоморра врятувались, якби їх там було хоч зо три.</w:t>
      </w:r>
    </w:p>
    <w:p>
      <w:r>
        <w:br/>
        <w:t>I ось – не стало праведника того, померкло те сонце! Я вірую, я певна, що прийдуть гідні його наступники, візьмуть з охололих рук той прапор, що непохитно Він держав весь вік, що до нескінченої мертвою рукою праці простягнуться живі творчі руки, і не загине золоте зерно, що сіяв Він – воно росте і добрий дасть врожай. Але ж та особиста вдача, та краса духовна, та постать вся привабна не воскресне, вона не може повторитись, бо то була властива тільки йому.</w:t>
      </w:r>
    </w:p>
    <w:p>
      <w:r>
        <w:br/>
        <w:t>"Блаженні миротворці, яко тії синове божі наречуться". А це був справжній миротворець: люди всяких партій, напрямків, національностей, різного віку, полу, розвитку і вдачі – усі горнулись до його ніжної, ясної, без краю привітної душі, і всім він уділяв тієї живущої цілющої води, якої у його було невичерпне джерело. Під широкими крилами його душі єдналися, браталися, знаходили надію і хіть до життя, там вщухали сварки, там зростав один дух, єдина велика любов до тієї Великої, якої найкращим сином Він був.</w:t>
      </w:r>
    </w:p>
    <w:p>
      <w:r>
        <w:br/>
        <w:t>Для найдрібнішої кузочки його незмірна пам’ять знаходила щось особистого сказати такого, що тільки їй одній було разом з ім’ям властиве та потрібне, і ніхто не вертався од Нього з голодною душею. М’який та доброзичний до всіх, проте, Він умів так влучно уразити душу грішну, душу оспалу чи байдужу, або нещиру та зрадливу, як там не глибоко вона ховала зраду: од його надзвичайно тонкого слуху не уникала найдрібніша фальш, нещирість або нечесть.</w:t>
      </w:r>
    </w:p>
    <w:p>
      <w:r>
        <w:br/>
        <w:t>Сумирний, лагідний, наївний, навіть боязкий, немов дитина, перед звичайними справами життєвими, він ставав міцним, бадьорим, сміливим, коли справжня небезпека загрожувала рідній справі. З труднощами, працею, турботами, болями навіть не рахувався він і сили витрачав без жалю, неначе їх одміряно було йому без краю.</w:t>
      </w:r>
    </w:p>
    <w:p>
      <w:r>
        <w:br/>
        <w:t>Але – людина був, і надано безсмертя тільки духовій спадщині його, а те, що вітало-гріло нас, хто мав щастя знати – любити його – воно навіки згасло, заніміло – чуєте? На-ві-ки!</w:t>
      </w:r>
    </w:p>
    <w:p>
      <w:r>
        <w:br/>
        <w:t>Це страшне слово важкою хмарою насунуло на всіх, хто тільки не почув в якому б не було далекому кутку, але для молодих широкий шлях іде угору, і очі їхні вгору зняті, а там над хмарою його безсмертя сяє, і згодом тінь важка спаде з тих душ, за тим промінням підуть вгору і вперед, де сяйво те сіяє.</w:t>
      </w:r>
    </w:p>
    <w:p>
      <w:r>
        <w:br/>
        <w:t>Та не спаде ця тінь із нас, старих, хто стільки літ був близько його, хто сам от-от вже ступить на той шлях, яким пішов небіжчик дорогий!</w:t>
      </w:r>
    </w:p>
    <w:p>
      <w:r>
        <w:br/>
        <w:t>Зовнішньої жалоби нам не треба; вона й так довіку оповила нам пам’ять, і туги нашої сльозами не залити, не заглушити дзвоном бучного похорону, і сяйво слави не заповнить того провалля, що лишилося по Нім!</w:t>
      </w:r>
    </w:p>
    <w:p>
      <w:r>
        <w:br/>
        <w:t>Олександрівськ, 1912 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