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Пізнав я той смуток, що скроні не клонить...</w:t>
      </w:r>
    </w:p>
    <w:p>
      <w:r>
        <w:br/>
        <w:t xml:space="preserve"> Пізнав я той смуток, що скроні не клонить,&lt;br /&gt;</w:t>
        <w:br/>
        <w:t>І сльози, що в серці на дні леденіють,&lt;br /&gt;</w:t>
        <w:br/>
        <w:t>А сліз тих зіниця ніколи не ронить…&lt;br /&gt;</w:t>
        <w:br/>
        <w:t>І регіт крізь сльози. Слова каменіють…</w:t>
      </w:r>
    </w:p>
    <w:p>
      <w:r>
        <w:br/>
        <w:t>Страх душу питає, куди йде дорога?..&lt;br /&gt;</w:t>
        <w:br/>
        <w:t>А крик мій мовчанням ридає у груди,&lt;br /&gt;</w:t>
        <w:br/>
        <w:t>Нім з гніву і страсті зродився —&lt;br /&gt;</w:t>
        <w:br/>
        <w:t>Лишається жалість велика на Бога…</w:t>
      </w:r>
    </w:p>
    <w:p>
      <w:r>
        <w:br/>
        <w:t>Я мав своє щастя!.. Ідиллю осяйну…&lt;br /&gt;</w:t>
        <w:br/>
        <w:t>Де ділось? Умерло!.. Нім сон той проснився,&lt;br /&gt;</w:t>
        <w:br/>
        <w:t>Розкрилися очі…&lt;br /&gt;</w:t>
        <w:br/>
        <w:t>Таку саму тайну&lt;br /&gt;</w:t>
        <w:br/>
        <w:t>І ти маєш, брате!..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Пізнав я той смуток, що скроні не клонить...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