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Пізнання</w:t>
      </w:r>
    </w:p>
    <w:p>
      <w:r>
        <w:br/>
        <w:t xml:space="preserve"> &lt;blockquote class="cita" style='text-align:left'&gt;Цикл&lt;/blockquote&gt;&lt;br /&gt;</w:t>
        <w:br/>
        <w:t>І&lt;br /&gt;</w:t>
        <w:br/>
        <w:t>Пізнавав я Леніна без екскурсоводів —&lt;br /&gt;</w:t>
        <w:br/>
        <w:t>Не було музеїв у нашому селі.&lt;br /&gt;</w:t>
        <w:br/>
        <w:t>Та вже як зберуться діди на колоді —&lt;br /&gt;</w:t>
        <w:br/>
        <w:t>Де вже тим політикам — замалі!</w:t>
      </w:r>
    </w:p>
    <w:p>
      <w:r>
        <w:br/>
        <w:t>Взагалі у нас говорять — як ходять:&lt;br /&gt;</w:t>
        <w:br/>
        <w:t>Прямо, повноросто, навпрошки.&lt;br /&gt;</w:t>
        <w:br/>
        <w:t>Через кон'юнктуру, мов через колоду,&lt;br /&gt;</w:t>
        <w:br/>
        <w:t>Чешуть не питаючись дядьки.</w:t>
      </w:r>
    </w:p>
    <w:p>
      <w:r>
        <w:br/>
        <w:t>А чого б це їм хвостом крутити,&lt;br /&gt;</w:t>
        <w:br/>
        <w:t>Коли кожне слово іде в зело.&lt;br /&gt;</w:t>
        <w:br/>
        <w:t>Та й нема такого цабе на світі,&lt;br /&gt;</w:t>
        <w:br/>
        <w:t>Котре б хлібороба з посади зняло...</w:t>
      </w:r>
    </w:p>
    <w:p>
      <w:r>
        <w:br/>
        <w:t>Дак отож і я,&lt;br /&gt;</w:t>
        <w:br/>
        <w:t>молоде та зелене,&lt;br /&gt;</w:t>
        <w:br/>
        <w:t>Зважився спитать: — Товариство діди,&lt;br /&gt;</w:t>
        <w:br/>
        <w:t>Дуже вже ви гарно&lt;br /&gt;</w:t>
        <w:br/>
        <w:t>кажете про Леніна,&lt;br /&gt;</w:t>
        <w:br/>
        <w:t>Як би ж і мені, порадьте, дійти</w:t>
      </w:r>
    </w:p>
    <w:p>
      <w:r>
        <w:br/>
        <w:t>До тієї книжки&lt;br /&gt;</w:t>
        <w:br/>
        <w:t>чи до брошури,&lt;br /&gt;</w:t>
        <w:br/>
        <w:t>Де про все узнать вам довелось? —&lt;br /&gt;</w:t>
        <w:br/>
        <w:t>Глянули на мене діди похмуро&lt;br /&gt;</w:t>
        <w:br/>
        <w:t>І сказали так:&lt;br /&gt;</w:t>
        <w:br/>
        <w:t>— Молокосос.&lt;br /&gt;</w:t>
        <w:br/>
        <w:t>Ленін був серйозний чоловік,&lt;br /&gt;</w:t>
        <w:br/>
        <w:t>Не в брошурках (узяли ще моду!),&lt;br /&gt;</w:t>
        <w:br/>
        <w:t>Жаль, великих родить не кожен вік,&lt;br /&gt;</w:t>
        <w:br/>
        <w:t>Але як уродить —&lt;br /&gt;</w:t>
        <w:br/>
        <w:t>то вже уродить!&lt;br /&gt;</w:t>
        <w:br/>
        <w:t>А чого це так,— сказали діди,-&lt;br /&gt;</w:t>
        <w:br/>
        <w:t>Сам до тої істини дійди.&lt;br /&gt;</w:t>
        <w:br/>
        <w:t>II&lt;br /&gt;</w:t>
        <w:br/>
        <w:t>Пізнавав я Леніна без екскурсоводів...&lt;br /&gt;</w:t>
        <w:br/>
        <w:t>Де вже там у трясці екскурсоводи!&lt;br /&gt;</w:t>
        <w:br/>
        <w:t>Мати у колгоспі від третіх півнів,&lt;br /&gt;</w:t>
        <w:br/>
        <w:t>Баба день крізь день кривуля на вгороді,&lt;br /&gt;</w:t>
        <w:br/>
        <w:t>Я в чужих баштанах стрічаю північ...&lt;br /&gt;</w:t>
        <w:br/>
        <w:t>Батько? На запитання наївні&lt;br /&gt;</w:t>
        <w:br/>
        <w:t>Навіть озиратись ми не хотіли,&lt;br /&gt;</w:t>
        <w:br/>
        <w:t>Бо у нашій славній Зачепилівці&lt;br /&gt;</w:t>
        <w:br/>
        <w:t>Тих батьків на пальцях ми лічили.&lt;br /&gt;</w:t>
        <w:br/>
        <w:t>Так і ті на ноги притомилися —&lt;br /&gt;</w:t>
        <w:br/>
        <w:t>Узяли собі на поміч милиці.</w:t>
      </w:r>
    </w:p>
    <w:p>
      <w:r>
        <w:br/>
        <w:t>Дехто замість себе прислав повістки.&lt;br /&gt;</w:t>
        <w:br/>
        <w:t>Мій — то взагалі пропав безвісти.&lt;br /&gt;</w:t>
        <w:br/>
        <w:t>Інші, як лягли на дно окопу,-&lt;br /&gt;</w:t>
        <w:br/>
        <w:t>До сьогодні чесно стережуть Європу.</w:t>
      </w:r>
    </w:p>
    <w:p>
      <w:r>
        <w:br/>
        <w:t>О такій порі, молоде та зелене, я&lt;br /&gt;</w:t>
        <w:br/>
        <w:t>Починав, братове, пізнавати Леніна.&lt;br /&gt;</w:t>
        <w:br/>
        <w:t>Без екскурсоводів, самотужки,&lt;br /&gt;</w:t>
        <w:br/>
        <w:t>Зошити за поясом, як водиться.&lt;br /&gt;</w:t>
        <w:br/>
        <w:t>А він мені з читанки гарно мруживсь,&lt;br /&gt;</w:t>
        <w:br/>
        <w:t>Посміхався приязно, як до родича.</w:t>
      </w:r>
    </w:p>
    <w:p>
      <w:r>
        <w:br/>
        <w:t>Я до нього зовсім підходив близько,&lt;br /&gt;</w:t>
        <w:br/>
        <w:t>Певно, лише дітям отак дозволено.&lt;br /&gt;</w:t>
        <w:br/>
        <w:t>І світились очі глибоким блиском,&lt;br /&gt;</w:t>
        <w:br/>
        <w:t>І рясніли зморшки, важкі і зболені.</w:t>
      </w:r>
    </w:p>
    <w:p>
      <w:r>
        <w:br/>
        <w:t>Він моєму серцю являвся різний:&lt;br /&gt;</w:t>
        <w:br/>
        <w:t>Молодий і дужий, сумний і грізний.&lt;br /&gt;</w:t>
        <w:br/>
        <w:t>То лише з майстерень Худфонду —&lt;br /&gt;</w:t>
        <w:br/>
        <w:t>на подив —&lt;br /&gt;</w:t>
        <w:br/>
        <w:t>Він чомусь однаким у світ виходив.</w:t>
      </w:r>
    </w:p>
    <w:p>
      <w:r>
        <w:br/>
        <w:t>Так, мов не любив на світанки дивитися.&lt;br /&gt;</w:t>
        <w:br/>
        <w:t>Так, мов тільки й мріяв у кабінеті,&lt;br /&gt;</w:t>
        <w:br/>
        <w:t>Щоб понад майдани здіймать правицю,&lt;br /&gt;</w:t>
        <w:br/>
        <w:t>Навіть як хотілося знять кашкета.</w:t>
      </w:r>
    </w:p>
    <w:p>
      <w:r>
        <w:br/>
        <w:t>А я ж, хлопці, знав, що правиця визнана,&lt;br /&gt;</w:t>
        <w:br/>
        <w:t>Окрім того, ще ж і рукою звалася,&lt;br /&gt;</w:t>
        <w:br/>
        <w:t>Котра білим голубом заметалася,&lt;br /&gt;</w:t>
        <w:br/>
        <w:t>Коли кров між пальцями з рани бризнула.</w:t>
      </w:r>
    </w:p>
    <w:p>
      <w:r>
        <w:br/>
        <w:t>А вона ж була і не тільки владною,&lt;br /&gt;</w:t>
        <w:br/>
        <w:t>А такою теплою і тихою,&lt;br /&gt;</w:t>
        <w:br/>
        <w:t>Коли білий чубчик хлоп'яті гладила&lt;br /&gt;</w:t>
        <w:br/>
        <w:t>І в жіночих косах коханням дихала.&lt;br /&gt;</w:t>
        <w:br/>
        <w:t>ІІІ&lt;br /&gt;</w:t>
        <w:br/>
        <w:t>Через гони літ, вже не так і зелений,&lt;br /&gt;</w:t>
        <w:br/>
        <w:t>Я ще глибше, друзі, ішов до Леніна.&lt;br /&gt;</w:t>
        <w:br/>
        <w:t>Він мені навстріч — небуденний і різний:&lt;br /&gt;</w:t>
        <w:br/>
        <w:t>Молодий і древній, м'який і грізний.&lt;br /&gt;</w:t>
        <w:br/>
        <w:t>Гнівно рокотав непідкупністю всею,&lt;br /&gt;</w:t>
        <w:br/>
        <w:t>Коли гримував я його під месію.&lt;br /&gt;</w:t>
        <w:br/>
        <w:t>Відвертавсь од мене, як від поліна,&lt;br /&gt;</w:t>
        <w:br/>
        <w:t>Коли аж свербіло пройтись на колінах.&lt;br /&gt;</w:t>
        <w:br/>
        <w:t>Як він саркастично сміявся, хлопці,&lt;br /&gt;</w:t>
        <w:br/>
        <w:t>Коли прирівняли його до сонця!&lt;br /&gt;</w:t>
        <w:br/>
        <w:t>(— Краще вже,— казав,— коли так напосіли,&lt;br /&gt;</w:t>
        <w:br/>
        <w:t>Бути своєчасним дощем на посіви).&lt;br /&gt;</w:t>
        <w:br/>
        <w:t>Хмаривсь, коли, перш аніж вибрать двері,&lt;br /&gt;</w:t>
        <w:br/>
        <w:t>Я на нього зиркав, як на суфлера,&lt;br /&gt;</w:t>
        <w:br/>
        <w:t>І радів, і схвально кивав бородою,&lt;br /&gt;</w:t>
        <w:br/>
        <w:t>Коли був я просто самим собою.&lt;br /&gt;</w:t>
        <w:br/>
        <w:t>Можна б його довго і дуже хвалити&lt;br /&gt;</w:t>
        <w:br/>
        <w:t>Мармурово-бронзово і в граніті.</w:t>
      </w:r>
    </w:p>
    <w:p>
      <w:r>
        <w:br/>
        <w:t>Та ніхто й не проти — як гарний пам'ятник,&lt;br /&gt;</w:t>
        <w:br/>
        <w:t>Коли він під небом людської пам'яті!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