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з півночі</w:t>
      </w:r>
    </w:p>
    <w:p>
      <w:r>
        <w:br/>
        <w:t xml:space="preserve"> &lt;blockquote class="cita" style='text-align:left'&gt; (Колоніальні настрої в&lt;br /&gt;</w:t>
        <w:br/>
        <w:t>дореволюційній руській армії)&lt;br /&gt;</w:t>
        <w:br/>
        <w:t>Лірична поема&lt;/blockquote&gt;</w:t>
      </w:r>
    </w:p>
    <w:p>
      <w:r>
        <w:br/>
        <w:t>Частина І.&lt;br /&gt;</w:t>
        <w:br/>
        <w:t>Давно вже ніч свої пустелі&lt;br /&gt;</w:t>
        <w:br/>
        <w:t>великі зорі висипа,&lt;br /&gt;</w:t>
        <w:br/>
        <w:t>давно в бараці раби темні,&lt;br /&gt;</w:t>
        <w:br/>
        <w:t>як під водою вічні скелі,&lt;br /&gt;</w:t>
        <w:br/>
        <w:t>на нарах сонними лежать.</w:t>
      </w:r>
    </w:p>
    <w:p>
      <w:r>
        <w:br/>
        <w:t>Висока стеля капа мокра,&lt;br /&gt;</w:t>
        <w:br/>
        <w:t>бо люди дихають, сопуть...&lt;br /&gt;</w:t>
        <w:br/>
        <w:t>а дума сльози із-над Волги&lt;br /&gt;</w:t>
        <w:br/>
        <w:t>на поле рідне глухо котить,&lt;br /&gt;</w:t>
        <w:br/>
        <w:t>де села сонячні ростуть.</w:t>
      </w:r>
    </w:p>
    <w:p>
      <w:r>
        <w:br/>
        <w:t>Ой думи мої, зорі...&lt;br /&gt;</w:t>
        <w:br/>
        <w:t>ген-ген буран од степу&lt;br /&gt;</w:t>
        <w:br/>
        <w:t>до гір закотив небо&lt;br /&gt;</w:t>
        <w:br/>
        <w:t>і вами у безодні,&lt;br /&gt;</w:t>
        <w:br/>
        <w:t>неначе корогвами,&lt;br /&gt;</w:t>
        <w:br/>
        <w:t>гойда понад снігами!</w:t>
      </w:r>
    </w:p>
    <w:p>
      <w:r>
        <w:br/>
        <w:t>Колись мені мати&lt;br /&gt;</w:t>
        <w:br/>
        <w:t>серпа одшукали,&lt;br /&gt;</w:t>
        <w:br/>
        <w:t>жартуючи, жати&lt;br /&gt;</w:t>
        <w:br/>
        <w:t>в степи виряджали,&lt;br /&gt;</w:t>
        <w:br/>
        <w:t>а я був дитина —&lt;br /&gt;</w:t>
        <w:br/>
        <w:t>й мале цуценятко&lt;br /&gt;</w:t>
        <w:br/>
        <w:t>узяв у торбину&lt;br /&gt;</w:t>
        <w:br/>
        <w:t>та й рушив до батька.&lt;br /&gt;</w:t>
        <w:br/>
        <w:t>Із цуциком милим&lt;br /&gt;</w:t>
        <w:br/>
        <w:t>у житі ганяли&lt;br /&gt;</w:t>
        <w:br/>
        <w:t>і сонце в долини,&lt;br /&gt;</w:t>
        <w:br/>
        <w:t>мов колесо, гнали.&lt;br /&gt;</w:t>
        <w:br/>
        <w:t>А батько косили&lt;br /&gt;</w:t>
        <w:br/>
        <w:t>у гонах під шляхом:&lt;br /&gt;</w:t>
        <w:br/>
        <w:t>об сонячні жили&lt;br /&gt;</w:t>
        <w:br/>
        <w:t>косою бряжчали...&lt;br /&gt;</w:t>
        <w:br/>
        <w:t>Гукнули на мене&lt;br /&gt;</w:t>
        <w:br/>
        <w:t>над свіжим покосом,&lt;br /&gt;</w:t>
        <w:br/>
        <w:t>щоб я, мов шалений,&lt;br /&gt;</w:t>
        <w:br/>
        <w:t>не бігав там зовсім.&lt;br /&gt;</w:t>
        <w:br/>
        <w:t>І перепел знявся&lt;br /&gt;</w:t>
        <w:br/>
        <w:t>із степу на вітер,&lt;br /&gt;</w:t>
        <w:br/>
        <w:t>і сонце сховалось&lt;br /&gt;</w:t>
        <w:br/>
        <w:t>у сірому пір'ї.&lt;br /&gt;</w:t>
        <w:br/>
        <w:t>І цілий день літній&lt;br /&gt;</w:t>
        <w:br/>
        <w:t>в повітці у яслах&lt;br /&gt;</w:t>
        <w:br/>
        <w:t>із цуциком бідним&lt;br /&gt;</w:t>
        <w:br/>
        <w:t>лежав я та плакав.&lt;br /&gt;</w:t>
        <w:br/>
        <w:t>Язик його теплий&lt;br /&gt;</w:t>
        <w:br/>
        <w:t>лизав мені губи,&lt;br /&gt;</w:t>
        <w:br/>
        <w:t>мов щіточка, терпко&lt;br /&gt;</w:t>
        <w:br/>
        <w:t>чесав мені чуба.&lt;br /&gt;</w:t>
        <w:br/>
        <w:t>І я з його ласки&lt;br /&gt;</w:t>
        <w:br/>
        <w:t>заснув, мов з купелі...&lt;br /&gt;</w:t>
        <w:br/>
        <w:t>Прокинувсь — у яслах&lt;br /&gt;</w:t>
        <w:br/>
        <w:t>уже було темно...&lt;br /&gt;</w:t>
        <w:br/>
        <w:t>А мати стояли&lt;br /&gt;</w:t>
        <w:br/>
        <w:t>мої наді мною&lt;br /&gt;</w:t>
        <w:br/>
        <w:t>і зорі знімали&lt;br /&gt;</w:t>
        <w:br/>
        <w:t>із неба рукою...&lt;br /&gt;</w:t>
        <w:br/>
        <w:t>У чуб мій вплітали,&lt;br /&gt;</w:t>
        <w:br/>
        <w:t>мов зерно в колосся,&lt;br /&gt;</w:t>
        <w:br/>
        <w:t>ще й лоб цілували&lt;br /&gt;</w:t>
        <w:br/>
        <w:t>в заплаканих росах.</w:t>
      </w:r>
    </w:p>
    <w:p>
      <w:r>
        <w:br/>
        <w:t>Гей, мрії, демони лукаві,&lt;br /&gt;</w:t>
        <w:br/>
        <w:t>нащо терзаєте мій дух —&lt;br /&gt;</w:t>
        <w:br/>
        <w:t>важкі примари дня криваві&lt;br /&gt;</w:t>
        <w:br/>
        <w:t>спиняють часу вічний рух.&lt;br /&gt;</w:t>
        <w:br/>
        <w:t>І, я ж забув лиш на хвилину&lt;br /&gt;</w:t>
        <w:br/>
        <w:t>про долю — муку мовчазну.&lt;br /&gt;</w:t>
        <w:br/>
        <w:t>Забув, що у кайданах згину&lt;br /&gt;</w:t>
        <w:br/>
        <w:t>під ніч похмуру та грізну.&lt;br /&gt;</w:t>
        <w:br/>
        <w:t>Мене чужина приголубить.&lt;br /&gt;</w:t>
        <w:br/>
        <w:t>на Волзі в дикому яру,&lt;br /&gt;</w:t>
        <w:br/>
        <w:t>про волю пісню там затрубить&lt;br /&gt;</w:t>
        <w:br/>
        <w:t>буран величний у бору.&lt;br /&gt;</w:t>
        <w:br/>
        <w:t>А осінь пізняя заплаче&lt;br /&gt;</w:t>
        <w:br/>
        <w:t>за юним згубленим життям,&lt;br /&gt;</w:t>
        <w:br/>
        <w:t>і ворон хмарами прокряче&lt;br /&gt;</w:t>
        <w:br/>
        <w:t>свій сум самотності полям.&lt;br /&gt;</w:t>
        <w:br/>
        <w:t>Забув...&lt;br /&gt;</w:t>
        <w:br/>
        <w:t>Та ти ходою кам'яною,&lt;br /&gt;</w:t>
        <w:br/>
        <w:t>людино сіра, вартовий —&lt;br /&gt;</w:t>
        <w:br/>
        <w:t>розвіяв дійсністю страшною&lt;br /&gt;</w:t>
        <w:br/>
        <w:t>вінок думок мій польовий.&lt;br /&gt;</w:t>
        <w:br/>
        <w:t>А ніч все тягнеться, як ріки,&lt;br /&gt;</w:t>
        <w:br/>
        <w:t>і давить душу, мов піском...&lt;br /&gt;</w:t>
        <w:br/>
        <w:t>Коли ж, коли ми вже розіб'єм&lt;br /&gt;</w:t>
        <w:br/>
        <w:t>кайданом катові висок?!&lt;br /&gt;</w:t>
        <w:br/>
        <w:t>Ой думи мої, зорі...&lt;br /&gt;</w:t>
        <w:br/>
        <w:t>ген-ген буран од степу&lt;br /&gt;</w:t>
        <w:br/>
        <w:t>до гір захопив небо&lt;br /&gt;</w:t>
        <w:br/>
        <w:t>і вами у безодні,&lt;br /&gt;</w:t>
        <w:br/>
        <w:t>неначе корогвами,&lt;br /&gt;</w:t>
        <w:br/>
        <w:t>гойда понад снігами.</w:t>
      </w:r>
    </w:p>
    <w:p>
      <w:r>
        <w:br/>
        <w:t>На тройці дзвонить схід за лісом:&lt;br /&gt;</w:t>
        <w:br/>
        <w:t>зимовий день на лікті знявсь;&lt;br /&gt;</w:t>
        <w:br/>
        <w:t>в бараці сон тумани віша,&lt;br /&gt;</w:t>
        <w:br/>
        <w:t>народ заснув, як розіп'явсь.&lt;br /&gt;</w:t>
        <w:br/>
        <w:t>Густе повітря душить груди...&lt;br /&gt;</w:t>
        <w:br/>
        <w:t>У поле хочеться зітхнуть;&lt;br /&gt;</w:t>
        <w:br/>
        <w:t>од поту мокрі раби... люди...&lt;br /&gt;</w:t>
        <w:br/>
        <w:t>шукають вошей і хропуть.&lt;br /&gt;</w:t>
        <w:br/>
        <w:t>А я качаюся на нарах,&lt;br /&gt;</w:t>
        <w:br/>
        <w:t>ліса ввижаються мені;&lt;br /&gt;</w:t>
        <w:br/>
        <w:t>лани кохані в світлих чарах&lt;br /&gt;</w:t>
        <w:br/>
        <w:t>шумлять у серці в глибині.&lt;br /&gt;</w:t>
        <w:br/>
        <w:t>Чи я побачу й ще Вкраїну,&lt;br /&gt;</w:t>
        <w:br/>
        <w:t>Дніпро та жито на полях?..&lt;br /&gt;</w:t>
        <w:br/>
        <w:t>Чи, може, тут, в Росії, згину,&lt;br /&gt;</w:t>
        <w:br/>
        <w:t>Як пес забутий, у рядах?..&lt;br /&gt;</w:t>
        <w:br/>
        <w:t>Мов стогін з кручі, крик приходить:&lt;br /&gt;</w:t>
        <w:br/>
        <w:t>"Пора вставати!.. Уставай!.."&lt;br /&gt;</w:t>
        <w:br/>
        <w:t>Загув, як бджоли, люд-невольник...&lt;br /&gt;</w:t>
        <w:br/>
        <w:t>Як осінь плаче серед гаю,&lt;br /&gt;</w:t>
        <w:br/>
        <w:t>заплакав сум людей-жовнірів&lt;br /&gt;</w:t>
        <w:br/>
        <w:t>на цинівках соснових нар...&lt;br /&gt;</w:t>
        <w:br/>
        <w:t>Так дикий ворон десь на вітрі&lt;br /&gt;</w:t>
        <w:br/>
        <w:t>у вікна б'ється поміж рам...&lt;br /&gt;</w:t>
        <w:br/>
        <w:t>Під лайку кадрових пригінчих&lt;br /&gt;</w:t>
        <w:br/>
        <w:t>свою рушницю кожен взяв,&lt;br /&gt;</w:t>
        <w:br/>
        <w:t>на муштру, мов на муку вічну,&lt;br /&gt;</w:t>
        <w:br/>
        <w:t>пішов...&lt;br /&gt;</w:t>
        <w:br/>
        <w:t>У тугу душу закував.</w:t>
      </w:r>
    </w:p>
    <w:p>
      <w:r>
        <w:br/>
        <w:t>День ясний, тихий і морозний,&lt;br /&gt;</w:t>
        <w:br/>
        <w:t>як срібні дзвони, голосний;&lt;br /&gt;</w:t>
        <w:br/>
        <w:t>і, наче пан, стоїть вельможний,&lt;br /&gt;</w:t>
        <w:br/>
        <w:t>закривши полами всю Волгу,&lt;br /&gt;</w:t>
        <w:br/>
        <w:t>у шатах снігу ліс густий.&lt;br /&gt;</w:t>
        <w:br/>
        <w:t>Сліпуче іскрами сіяють&lt;br /&gt;</w:t>
        <w:br/>
        <w:t>долини, гори в далині;&lt;br /&gt;</w:t>
        <w:br/>
        <w:t>буран спинив і зорі й хмари,&lt;br /&gt;</w:t>
        <w:br/>
        <w:t>лежить на горах, позіхає —&lt;br /&gt;</w:t>
        <w:br/>
        <w:t>в постелі білій крижаній.&lt;br /&gt;</w:t>
        <w:br/>
        <w:t>На площі рівній та великій&lt;br /&gt;</w:t>
        <w:br/>
        <w:t>шикують ротами людей:&lt;br /&gt;</w:t>
        <w:br/>
        <w:t>команда, крики линуть дикі&lt;br /&gt;</w:t>
        <w:br/>
        <w:t>в повітря тихе із грудей.&lt;br /&gt;</w:t>
        <w:br/>
        <w:t>Ось роті нашій розітнулась&lt;br /&gt;</w:t>
        <w:br/>
        <w:t>"Рівняйсь!" — команда крижана,&lt;br /&gt;</w:t>
        <w:br/>
        <w:t>луна над лісом посковзнулась,&lt;br /&gt;</w:t>
        <w:br/>
        <w:t>як по стіні високій дня&lt;br /&gt;</w:t>
        <w:br/>
        <w:t>та дзвінкоперая стріла,&lt;br /&gt;</w:t>
        <w:br/>
        <w:t>що з лука випустив сармат.</w:t>
      </w:r>
    </w:p>
    <w:p>
      <w:r>
        <w:br/>
        <w:t>Стоять у колонах юнацтво, діди —&lt;br /&gt;</w:t>
        <w:br/>
        <w:t>безгласнії вівці держави,&lt;br /&gt;</w:t>
        <w:br/>
        <w:t>стоять і чекають, коли їм іти&lt;br /&gt;</w:t>
        <w:br/>
        <w:t>в рови на бенкети криваві...&lt;br /&gt;</w:t>
        <w:br/>
        <w:t>І череп у брата, мов ляду, зірвать,&lt;br /&gt;</w:t>
        <w:br/>
        <w:t>над горами мертвих розбити —&lt;br /&gt;</w:t>
        <w:br/>
        <w:t>і, як печеніги, танець розпочать&lt;br /&gt;</w:t>
        <w:br/>
        <w:t>по Литві в метелиці дикій.&lt;br /&gt;</w:t>
        <w:br/>
        <w:t>Як вийде ж ридати над трупами ніч&lt;br /&gt;</w:t>
        <w:br/>
        <w:t>і тугу на місяць повісить,&lt;br /&gt;</w:t>
        <w:br/>
        <w:t>то й ваші вже кості там будуть стриміть,&lt;br /&gt;</w:t>
        <w:br/>
        <w:t>як білі пеньки понад лісом.&lt;br /&gt;</w:t>
        <w:br/>
        <w:t>На ранок вітри зірвуть листя в садах,&lt;br /&gt;</w:t>
        <w:br/>
        <w:t>застелять шляхи на Вкраїні,&lt;br /&gt;</w:t>
        <w:br/>
        <w:t>щоб вічно безплодні гули дерева&lt;br /&gt;</w:t>
        <w:br/>
        <w:t>на сонці в степах-домовинах.&lt;br /&gt;</w:t>
        <w:br/>
        <w:t>А ваша дружина, і сиві батьки,&lt;br /&gt;</w:t>
        <w:br/>
        <w:t>і діти обідрані, голі&lt;br /&gt;</w:t>
        <w:br/>
        <w:t>ой будуть по листі шляхами іти&lt;br /&gt;</w:t>
        <w:br/>
        <w:t>од горя без розуму й волі...&lt;br /&gt;</w:t>
        <w:br/>
        <w:t>Під листом шукатимуть ваших слідів...&lt;br /&gt;</w:t>
        <w:br/>
        <w:t>Не найдуть...&lt;br /&gt;</w:t>
        <w:br/>
        <w:t>не кончать дороги...&lt;br /&gt;</w:t>
        <w:br/>
        <w:t>в чужинця впадуть на холодний поріг,&lt;br /&gt;</w:t>
        <w:br/>
        <w:t>щоб вже й не вставати ніколи!..</w:t>
      </w:r>
    </w:p>
    <w:p>
      <w:r>
        <w:br/>
        <w:t>Степи ж мої, далекий край! —&lt;br /&gt;</w:t>
        <w:br/>
        <w:t>прощайте вже навіки!&lt;br /&gt;</w:t>
        <w:br/>
        <w:t>Жене мене в строю відчай&lt;br /&gt;</w:t>
        <w:br/>
        <w:t>учитись мовчки умирать,&lt;br /&gt;</w:t>
        <w:br/>
        <w:t>як хвилю гонить вітер.</w:t>
      </w:r>
    </w:p>
    <w:p>
      <w:r>
        <w:br/>
        <w:t>Над полем он гуде бугор,&lt;br /&gt;</w:t>
        <w:br/>
        <w:t>немов казан підземний:&lt;br /&gt;</w:t>
        <w:br/>
        <w:t>проз його рота,&lt;br /&gt;</w:t>
        <w:br/>
        <w:t>наче бор,&lt;br /&gt;</w:t>
        <w:br/>
        <w:t>зірвався з місця і бігом&lt;br /&gt;</w:t>
        <w:br/>
        <w:t>летить в колонах степом.</w:t>
      </w:r>
    </w:p>
    <w:p>
      <w:r>
        <w:br/>
        <w:t>Біжу я з ротою під ліс,&lt;br /&gt;</w:t>
        <w:br/>
        <w:t>куди біжить Свіяга...&lt;br /&gt;</w:t>
        <w:br/>
        <w:t>Над ними хмар тягар навис...&lt;br /&gt;</w:t>
        <w:br/>
        <w:t>Як дід, нагнулось небо вниз —&lt;br /&gt;</w:t>
        <w:br/>
        <w:t>нести їх не здолає.&lt;br /&gt;</w:t>
        <w:br/>
        <w:t>Вже іній сів на ліс сріблом&lt;br /&gt;</w:t>
        <w:br/>
        <w:t>і кучері узором&lt;br /&gt;</w:t>
        <w:br/>
        <w:t>гойдаються в струнких сосон,&lt;br /&gt;</w:t>
        <w:br/>
        <w:t>бо пара з нас ляга стовпом,&lt;br /&gt;</w:t>
        <w:br/>
        <w:t>нахиленим над бором.</w:t>
      </w:r>
    </w:p>
    <w:p>
      <w:r>
        <w:br/>
        <w:t>Мов капітан на кораблі,&lt;br /&gt;</w:t>
        <w:br/>
        <w:t>посеред степу ротний&lt;br /&gt;</w:t>
        <w:br/>
        <w:t>стоїть під лісом на бугрі&lt;br /&gt;</w:t>
        <w:br/>
        <w:t>і в небі,&lt;br /&gt;</w:t>
        <w:br/>
        <w:t>що збуло глибінь,&lt;br /&gt;</w:t>
        <w:br/>
        <w:t>полоще крик недобрий:</w:t>
      </w:r>
    </w:p>
    <w:p>
      <w:r>
        <w:br/>
        <w:t>"Наддайте шагу, маладци!" —&lt;br /&gt;</w:t>
        <w:br/>
        <w:t>а мій сусіда стогне...&lt;br /&gt;</w:t>
        <w:br/>
        <w:t>По жовтім змученім лиці&lt;br /&gt;</w:t>
        <w:br/>
        <w:t>річками чорний піт летить,&lt;br /&gt;</w:t>
        <w:br/>
        <w:t>щоб море горя сповнить...</w:t>
      </w:r>
    </w:p>
    <w:p>
      <w:r>
        <w:br/>
        <w:t>Тривожно дзенькнули штики —&lt;br /&gt;</w:t>
        <w:br/>
        <w:t>на села впав за обрій&lt;br /&gt;</w:t>
        <w:br/>
        <w:t>страшний короткий стогін-крик,&lt;br /&gt;</w:t>
        <w:br/>
        <w:t>упав на цвинтарні хрести,&lt;br /&gt;</w:t>
        <w:br/>
        <w:t>щоб голосити в дзвонах.</w:t>
      </w:r>
    </w:p>
    <w:p>
      <w:r>
        <w:br/>
        <w:t>А на снігу сусіда мій&lt;br /&gt;</w:t>
        <w:br/>
        <w:t>харчав і побивався,&lt;br /&gt;</w:t>
        <w:br/>
        <w:t>лила із рота кров у сніг,&lt;br /&gt;</w:t>
        <w:br/>
        <w:t>неначе з сосни на вогні&lt;br /&gt;</w:t>
        <w:br/>
        <w:t>живиця википала.</w:t>
      </w:r>
    </w:p>
    <w:p>
      <w:r>
        <w:br/>
        <w:t>З'явився ротний коло нас:&lt;br /&gt;</w:t>
        <w:br/>
        <w:t>"Ти что?.. А ну-ка, паря!.." —&lt;br /&gt;</w:t>
        <w:br/>
        <w:t>та мерзлим чоботом, мов кат,&lt;br /&gt;</w:t>
        <w:br/>
        <w:t>між ноги нижче живота&lt;br /&gt;</w:t>
        <w:br/>
        <w:t>лежачого ударив.</w:t>
      </w:r>
    </w:p>
    <w:p>
      <w:r>
        <w:br/>
        <w:t>А як побачив, шо жовнір&lt;br /&gt;</w:t>
        <w:br/>
        <w:t>лежить в крові калюжі,&lt;br /&gt;</w:t>
        <w:br/>
        <w:t>камінним голосом звелів:&lt;br /&gt;</w:t>
        <w:br/>
        <w:t>"У лазарет!" І знов рабів&lt;br /&gt;</w:t>
        <w:br/>
        <w:t>погнав у муштрі мучить.</w:t>
      </w:r>
    </w:p>
    <w:p>
      <w:r>
        <w:br/>
        <w:t>Частина ІІ</w:t>
      </w:r>
    </w:p>
    <w:p>
      <w:r>
        <w:br/>
        <w:t>Ішла під небом в Каспій Волга,&lt;br /&gt;</w:t>
        <w:br/>
        <w:t>ловила тіні берегів,&lt;br /&gt;</w:t>
        <w:br/>
        <w:t>та крижана, мов мармурова,&lt;br /&gt;</w:t>
        <w:br/>
        <w:t>плита упала із лісів:&lt;br /&gt;</w:t>
        <w:br/>
        <w:t>сховала води в сині ями,&lt;br /&gt;</w:t>
        <w:br/>
        <w:t>сховала відбітки від гір;&lt;br /&gt;</w:t>
        <w:br/>
        <w:t>а самі горі над степами,&lt;br /&gt;</w:t>
        <w:br/>
        <w:t>де хмари падають снопами,&lt;br /&gt;</w:t>
        <w:br/>
        <w:t>он сяють днями із шпілів!</w:t>
      </w:r>
    </w:p>
    <w:p>
      <w:r>
        <w:br/>
        <w:t>Отам на горах примостився&lt;br /&gt;</w:t>
        <w:br/>
        <w:t>у лісі сивому шпиталь,&lt;br /&gt;</w:t>
        <w:br/>
        <w:t>в сніги глибокі нахілівся&lt;br /&gt;</w:t>
        <w:br/>
        <w:t>та слуха, що гуде буран:&lt;br /&gt;</w:t>
        <w:br/>
        <w:t>притулок темний для жовнірів&lt;br /&gt;</w:t>
        <w:br/>
        <w:t>кого ти викинув з вікна&lt;br /&gt;</w:t>
        <w:br/>
        <w:t>у ліс густий під хмари сірі,&lt;br /&gt;</w:t>
        <w:br/>
        <w:t>що звисли з неба, наче вії,&lt;br /&gt;</w:t>
        <w:br/>
        <w:t>туди, де туча залягла.</w:t>
      </w:r>
    </w:p>
    <w:p>
      <w:r>
        <w:br/>
        <w:t>Його пси дикі оточили&lt;br /&gt;</w:t>
        <w:br/>
        <w:t>і зуби гострі, як шпилі,&lt;br /&gt;</w:t>
        <w:br/>
        <w:t>в сніги холодні застромили&lt;br /&gt;</w:t>
        <w:br/>
        <w:t>десь аж до чорної землі.&lt;br /&gt;</w:t>
        <w:br/>
        <w:t>До того ж трупа не підлізуть —&lt;br /&gt;</w:t>
        <w:br/>
        <w:t>жіноча постать там стоїть,&lt;br /&gt;</w:t>
        <w:br/>
        <w:t>як постамент журби залізний,&lt;br /&gt;</w:t>
        <w:br/>
        <w:t>у свиті ношеній, облізлій&lt;br /&gt;</w:t>
        <w:br/>
        <w:t>та стереже його од їх.</w:t>
      </w:r>
    </w:p>
    <w:p>
      <w:r>
        <w:br/>
        <w:t>У неї капають ще сльози&lt;br /&gt;</w:t>
        <w:br/>
        <w:t>в обличчя мертве юнака —&lt;br /&gt;</w:t>
        <w:br/>
        <w:t>й немов сміються на морозі&lt;br /&gt;</w:t>
        <w:br/>
        <w:t>до неї губи мертвяка.&lt;br /&gt;</w:t>
        <w:br/>
        <w:t>Як місяць стане під лісами,&lt;br /&gt;</w:t>
        <w:br/>
        <w:t>лілеї світить ним вона...&lt;br /&gt;</w:t>
        <w:br/>
        <w:t>Круг трупа квітки над снігами&lt;br /&gt;</w:t>
        <w:br/>
        <w:t>чудними білими лістками&lt;br /&gt;</w:t>
        <w:br/>
        <w:t>до ранку срібного горять...</w:t>
      </w:r>
    </w:p>
    <w:p>
      <w:r>
        <w:br/>
        <w:t>Загомонів у лісі білім&lt;br /&gt;</w:t>
        <w:br/>
        <w:t>словами сніжними шпиталь —&lt;br /&gt;</w:t>
        <w:br/>
        <w:t>і в горах мертвозанімілих&lt;br /&gt;</w:t>
        <w:br/>
        <w:t>уже став слухати буран:&lt;br /&gt;</w:t>
        <w:br/>
        <w:t>вночі жовніри у палату&lt;br /&gt;</w:t>
        <w:br/>
        <w:t>внесли товариша свого —&lt;br /&gt;</w:t>
        <w:br/>
        <w:t>він кров'ю ліжко все заляпав,&lt;br /&gt;</w:t>
        <w:br/>
        <w:t>і на підлогу натекла там&lt;br /&gt;</w:t>
        <w:br/>
        <w:t>густа, гаряча, темна кров.</w:t>
      </w:r>
    </w:p>
    <w:p>
      <w:r>
        <w:br/>
        <w:t>Всю ніч сердега побівався&lt;br /&gt;</w:t>
        <w:br/>
        <w:t>та ліжком гуркав піж вікном;&lt;br /&gt;</w:t>
        <w:br/>
        <w:t>до луток пальцями чіплявся ,&lt;br /&gt;</w:t>
        <w:br/>
        <w:t>кричав, що їде він Дніпром.&lt;br /&gt;</w:t>
        <w:br/>
        <w:t>Кричав, що з човна йому мати&lt;br /&gt;</w:t>
        <w:br/>
        <w:t>змиває голову в воді;&lt;br /&gt;</w:t>
        <w:br/>
        <w:t>таких, як лебеді, крилатих&lt;br /&gt;</w:t>
        <w:br/>
        <w:t>метеликів бере в латтаті,&lt;br /&gt;</w:t>
        <w:br/>
        <w:t>пуска на брові та до вій.</w:t>
      </w:r>
    </w:p>
    <w:p>
      <w:r>
        <w:br/>
        <w:t>Пуска на брови й промовляє:&lt;br /&gt;</w:t>
        <w:br/>
        <w:t>дивися, синку, аж на дно —&lt;br /&gt;</w:t>
        <w:br/>
        <w:t>твоя Марися он спиває&lt;br /&gt;</w:t>
        <w:br/>
        <w:t>і простеля тобі рядно...&lt;br /&gt;</w:t>
        <w:br/>
        <w:t>З тобою то лягати спати&lt;br /&gt;</w:t>
        <w:br/>
        <w:t>вона зібралась в куширі...</w:t>
      </w:r>
    </w:p>
    <w:p>
      <w:r>
        <w:br/>
        <w:t>І враз неначе його мати&lt;br /&gt;</w:t>
        <w:br/>
        <w:t>у воду впала на латаття,&lt;br /&gt;</w:t>
        <w:br/>
        <w:t>а далі — в сині ятері.</w:t>
      </w:r>
    </w:p>
    <w:p>
      <w:r>
        <w:br/>
        <w:t>А він на човні сам полинув&lt;br /&gt;</w:t>
        <w:br/>
        <w:t>у них по хвилях аж до скель...&lt;br /&gt;</w:t>
        <w:br/>
        <w:t>Кричав, що ще не хоче гинуть,&lt;br /&gt;</w:t>
        <w:br/>
        <w:t>бо десь Марися його жде...&lt;br /&gt;</w:t>
        <w:br/>
        <w:t>І вмить зірвався із постелі,&lt;br /&gt;</w:t>
        <w:br/>
        <w:t>за рами дико ухопивсь...&lt;br /&gt;</w:t>
        <w:br/>
        <w:t>Забризкав кров'ю стіни темні...&lt;br /&gt;</w:t>
        <w:br/>
        <w:t>Він головою, мов скажений,&lt;br /&gt;</w:t>
        <w:br/>
        <w:t>подвійні рами проломив...</w:t>
      </w:r>
    </w:p>
    <w:p>
      <w:r>
        <w:br/>
        <w:t>Упав із вікон моїх сизих&lt;br /&gt;</w:t>
        <w:br/>
        <w:t>в глибокий сніг аж у ліси...&lt;br /&gt;</w:t>
        <w:br/>
        <w:t>гаряча кров його на кризі&lt;br /&gt;</w:t>
        <w:br/>
        <w:t>надворі іскрами горить.&lt;br /&gt;</w:t>
        <w:br/>
        <w:t>А душа матері ночами&lt;br /&gt;</w:t>
        <w:br/>
        <w:t>із України приліта,&lt;br /&gt;</w:t>
        <w:br/>
        <w:t>над сином месника чекає,&lt;br /&gt;</w:t>
        <w:br/>
        <w:t>щоб він про сина все, що знає,&lt;br /&gt;</w:t>
        <w:br/>
        <w:t>народам бурями підняв...</w:t>
      </w:r>
    </w:p>
    <w:p>
      <w:r>
        <w:br/>
        <w:t>Буран вже далі і не слухав,&lt;br /&gt;</w:t>
        <w:br/>
        <w:t>труснув лісами серед гір —&lt;br /&gt;</w:t>
        <w:br/>
        <w:t>завили звірі у яругах,&lt;br /&gt;</w:t>
        <w:br/>
        <w:t>з дубів і сосен завірюха&lt;br /&gt;</w:t>
        <w:br/>
        <w:t>зірвала силу давніх гнізд —&lt;br /&gt;</w:t>
        <w:br/>
        <w:t>і, наче чорними шапками,&lt;br /&gt;</w:t>
        <w:br/>
        <w:t>крутила ними в небесах...&lt;br /&gt;</w:t>
        <w:br/>
        <w:t>Де Волга дме вітри боками,&lt;br /&gt;</w:t>
        <w:br/>
        <w:t>душа жіноча під снігами&lt;br /&gt;</w:t>
        <w:br/>
        <w:t>лежить із сином у лісах.</w:t>
      </w:r>
    </w:p>
    <w:p>
      <w:r>
        <w:br/>
        <w:t>Буран летів, гримів піснями,&lt;br /&gt;</w:t>
        <w:br/>
        <w:t>і гори всіх країв землі,&lt;br /&gt;</w:t>
        <w:br/>
        <w:t>що мовчки стигнуть над морями,&lt;br /&gt;</w:t>
        <w:br/>
        <w:t>схилилися із хмар шпилями,&lt;br /&gt;</w:t>
        <w:br/>
        <w:t>як списами богатирі:</w:t>
      </w:r>
    </w:p>
    <w:p>
      <w:r>
        <w:br/>
        <w:t>"Спи ж вічно&lt;br /&gt;</w:t>
        <w:br/>
        <w:t>в холодних російських степах,&lt;br /&gt;</w:t>
        <w:br/>
        <w:t>дитино забутого краю!&lt;br /&gt;</w:t>
        <w:br/>
        <w:t>а я буду скрізь городи пролітать&lt;br /&gt;</w:t>
        <w:br/>
        <w:t>і флюгери з баштів у їх ізривать,&lt;br /&gt;</w:t>
        <w:br/>
        <w:t>аж доки Вкраїна робоча не встане.</w:t>
      </w:r>
    </w:p>
    <w:p>
      <w:r>
        <w:br/>
        <w:t>Її вже шумлять над морями сини:&lt;br /&gt;</w:t>
        <w:br/>
        <w:t>питають про тебе, жовніре!&lt;br /&gt;</w:t>
        <w:br/>
        <w:t>З Голгофи твоєї шукають роси,&lt;br /&gt;</w:t>
        <w:br/>
        <w:t>щоб в серці своєму до смерті носить&lt;br /&gt;</w:t>
        <w:br/>
        <w:t>кривавую рану Вкраїни.</w:t>
      </w:r>
    </w:p>
    <w:p>
      <w:r>
        <w:br/>
        <w:t>Я, о сину мій, аж доки земля&lt;br /&gt;</w:t>
        <w:br/>
        <w:t>не зійде з своєї орбіти,-&lt;br /&gt;</w:t>
        <w:br/>
        <w:t>мале твоє ім'я в глибоких світах,&lt;br /&gt;</w:t>
        <w:br/>
        <w:t>як душу болючу свою на вітрах,&lt;br /&gt;</w:t>
        <w:br/>
        <w:t>все буду під сонцем носити!</w:t>
      </w:r>
    </w:p>
    <w:p>
      <w:r>
        <w:br/>
        <w:t>1916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з півночі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