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тоненької очеретини</w:t>
      </w:r>
    </w:p>
    <w:p>
      <w:r>
        <w:br/>
        <w:t xml:space="preserve"> &lt;p&gt;Одного дня тихе болото ніби хтось збурив. Невідомо хто, але всі його мешканці — постійні й тимчасові — гомоніли, лементували, галасували, били себе в груди. Доводили одне одному і всім разом — хто на що здатен, і кому на болоті найвища шана має бути.</w:t>
      </w:r>
    </w:p>
    <w:p>
      <w:r>
        <w:br/>
        <w:t>— Скре-ке-ке! Скре-ке-ке! — розпиналася Жаба-скрекотуха.— Я найкраще співаю, мене все болото слухає. Я найвище стрибаю! Я найшвидше плаваю! Я...</w:t>
      </w:r>
    </w:p>
    <w:p>
      <w:r>
        <w:br/>
        <w:t>— Чекай-но! — хитнула чубатою головою Чапля, що до того ніби дрімала.— А чи простоїш ти на одній нозі цілий день і цілу ніч?</w:t>
      </w:r>
    </w:p>
    <w:p>
      <w:r>
        <w:br/>
        <w:t>— Пхе! Та це зовсім просто! — Жаба видряпалась на купину і виструнчилась на одній нозі. Та не постояла й хвилини — плюх у воду, тільки кола пішли.</w:t>
      </w:r>
    </w:p>
    <w:p>
      <w:r>
        <w:br/>
        <w:t>— Бу-гу! Бу-гу! — зареготав Бугай.— Теж мені артистка! Ось коли я заспіваю-загуду — аж шибки в селі деренчать.</w:t>
      </w:r>
    </w:p>
    <w:p>
      <w:r>
        <w:br/>
        <w:t>— Деренчать — це коли я співаю! Хіба ти так умієш? Др-р, др-р! — обурився Деркач.</w:t>
      </w:r>
    </w:p>
    <w:p>
      <w:r>
        <w:br/>
        <w:t>— Та це ж відомо: кожен передусім себе хвалить. Тож знайте — співаю найкраще я! Кі-квік! Кі-квік! Без мене й болото не болото! — випнув груди Кулик.</w:t>
      </w:r>
    </w:p>
    <w:p>
      <w:r>
        <w:br/>
        <w:t>Тоненька Очеретина слухала всі ті розмови, слухала і все нижче схилялася до води.</w:t>
      </w:r>
    </w:p>
    <w:p>
      <w:r>
        <w:br/>
        <w:t>— А ти чого мовчиш? — зачепив її Вітер, який усюди буває, все бачить, усе знає.</w:t>
      </w:r>
    </w:p>
    <w:p>
      <w:r>
        <w:br/>
        <w:t>— Бо я нічого не вмію робити,— прошепотіла Очеретина.</w:t>
      </w:r>
    </w:p>
    <w:p>
      <w:r>
        <w:br/>
        <w:t>— Ет, таке вигадаєш! — лагідно доторкнувся до неї Вітер.— Кожен щось та вміє. Тільки, може, не здогадується про те.</w:t>
      </w:r>
    </w:p>
    <w:p>
      <w:r>
        <w:br/>
        <w:t>І він дмухнув на Очеретину раз, удруге.</w:t>
      </w:r>
    </w:p>
    <w:p>
      <w:r>
        <w:br/>
        <w:t>І — о диво! — тоненька Очеретина несміливо, ледь чутно забриніла, пробуючи голос, а далі заспівала, заспівала...</w:t>
      </w:r>
    </w:p>
    <w:p>
      <w:r>
        <w:br/>
        <w:t>Такою ніжною, такою сонячною була пісня тоненької Очеретини, що всі болотяні мешканці забули про суперечку. Заслухалися.</w:t>
      </w:r>
    </w:p>
    <w:p>
      <w:r>
        <w:br/>
        <w:t>Слухали Жаби-скрекотухи, вибалушивши й без того банькаті очі.</w:t>
      </w:r>
    </w:p>
    <w:p>
      <w:r>
        <w:br/>
        <w:t>Слухав Бугай, набравши повен дзьоб води.</w:t>
      </w:r>
    </w:p>
    <w:p>
      <w:r>
        <w:br/>
        <w:t>І Деркач слухав, і Кулик, який спочатку себе, а потім уже своє болото хвалить.</w:t>
      </w:r>
    </w:p>
    <w:p>
      <w:r>
        <w:br/>
        <w:t>Завмерла гордовита Чапля на одній нозі. Від здивування вона й цю ногу ледь було не підняла, але ж — так, ви вгадали,— якщо Чапля підніме й другу ногу, то впаде.</w:t>
      </w:r>
    </w:p>
    <w:p>
      <w:r>
        <w:br/>
        <w:t>Ну, а Вітер полетів собі далі. Бо має усюди бувати, бо десь потрібен він іншим Очеретинам, які ще не пробудилися для своєї пісні.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тоненької очеретини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