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шукачів тайни</w:t>
      </w:r>
    </w:p>
    <w:p>
      <w:r>
        <w:br/>
        <w:t xml:space="preserve"> Ідем, ідем в далеку Путь,&lt;br /&gt;</w:t>
        <w:br/>
        <w:t>І все запитуємо ми:&lt;br /&gt;</w:t>
        <w:br/>
        <w:t>"Де нам знайти ясну Любов&lt;br /&gt;</w:t>
        <w:br/>
        <w:t>Серед вселенської пітьми?"&lt;br /&gt;</w:t>
        <w:br/>
        <w:t>Нам гримить далина:&lt;br /&gt;</w:t>
        <w:br/>
        <w:t>"У юрбі не шукай,&lt;br /&gt;</w:t>
        <w:br/>
        <w:t>Як настане весна —&lt;br /&gt;</w:t>
        <w:br/>
        <w:t>Вирушай в дальній Край…&lt;br /&gt;</w:t>
        <w:br/>
        <w:t>Поміж бур і погроз,&lt;br /&gt;</w:t>
        <w:br/>
        <w:t>Поміж рушень основ,&lt;br /&gt;</w:t>
        <w:br/>
        <w:t>Поміж гуркоту гроз&lt;br /&gt;</w:t>
        <w:br/>
        <w:t>Знайдеш ясну Любов…"&lt;br /&gt;</w:t>
        <w:br/>
        <w:t>І знов ідем поміж примар.&lt;br /&gt;</w:t>
        <w:br/>
        <w:t>Де вороги і де брати?&lt;br /&gt;</w:t>
        <w:br/>
        <w:t>Яка Любов, який пожар&lt;br /&gt;</w:t>
        <w:br/>
        <w:t>Дозволить мужність віднайти?&lt;br /&gt;</w:t>
        <w:br/>
        <w:t>Нам гуркочуть громи:&lt;br /&gt;</w:t>
        <w:br/>
        <w:t>"Слухай наші слова!"&lt;br /&gt;</w:t>
        <w:br/>
        <w:t>Поміж мороку й мли&lt;br /&gt;</w:t>
        <w:br/>
        <w:t>Блискавиця співа:&lt;br /&gt;</w:t>
        <w:br/>
        <w:t>"Скинь непевність із плеч.&lt;br /&gt;</w:t>
        <w:br/>
        <w:t>Не залежуйся, встань!&lt;br /&gt;</w:t>
        <w:br/>
        <w:t>Знайдеш мужності меч&lt;br /&gt;</w:t>
        <w:br/>
        <w:t>В громі дивних повстань!"&lt;br /&gt;</w:t>
        <w:br/>
        <w:t>Шумлять бої. Гримить гроза.&lt;br /&gt;</w:t>
        <w:br/>
        <w:t>Та не вспокоїться душа…&lt;br /&gt;</w:t>
        <w:br/>
        <w:t>І нас в бою, поміж вогню&lt;br /&gt;</w:t>
        <w:br/>
        <w:t>Сердечний біль не залиша…&lt;br /&gt;</w:t>
        <w:br/>
        <w:t>А нечутна струна&lt;br /&gt;</w:t>
        <w:br/>
        <w:t>Заклика до путі.&lt;br /&gt;</w:t>
        <w:br/>
        <w:t>Далина, далина&lt;br /&gt;</w:t>
        <w:br/>
        <w:t>Стеле стежки круті.&lt;br /&gt;</w:t>
        <w:br/>
        <w:t>Треба гори пройти,&lt;br /&gt;</w:t>
        <w:br/>
        <w:t>Подолать Висоту…&lt;br /&gt;</w:t>
        <w:br/>
        <w:t>У безмовності ти&lt;br /&gt;</w:t>
        <w:br/>
        <w:t>Знайдеш Правду Святу!</w:t>
      </w:r>
    </w:p>
    <w:p>
      <w:r>
        <w:br/>
        <w:t>Алтай&lt;br /&gt;</w:t>
        <w:br/>
        <w:t>1962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шукачів тайни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