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Пісня мандрівника</w:t>
      </w:r>
    </w:p>
    <w:p>
      <w:r>
        <w:br/>
        <w:t xml:space="preserve"> Шумить у серці вітер, кров огонь бурлить.&lt;br /&gt;</w:t>
        <w:br/>
        <w:t>О, допекла вже бруків, мурів, цегли гидь!&lt;br /&gt;</w:t>
        <w:br/>
        <w:t>На берег моря туга, в край землі жене,&lt;br /&gt;</w:t>
        <w:br/>
        <w:t>де океан манить піснями хвиль мене.</w:t>
      </w:r>
    </w:p>
    <w:p>
      <w:r>
        <w:br/>
        <w:t>Покину стукіт вулиць та піду, де пристань,&lt;br /&gt;</w:t>
        <w:br/>
        <w:t>де линв протяжна пісня й щоглів має триста,&lt;br /&gt;</w:t>
        <w:br/>
        <w:t>де кораблі, човни по хвилях бурних линуть.&lt;br /&gt;</w:t>
        <w:br/>
        <w:t>Не стану, аж на них очима відпочину.</w:t>
      </w:r>
    </w:p>
    <w:p>
      <w:r>
        <w:br/>
        <w:t>Почую вітру рев і мев почую крик,&lt;br /&gt;</w:t>
        <w:br/>
        <w:t>хвиль булькіт і води об стіну човна сик,&lt;br /&gt;</w:t>
        <w:br/>
        <w:t>та відгук, що стерна справляє оборот.&lt;br /&gt;</w:t>
        <w:br/>
        <w:t>Тоді скажу: це мій до моря поворот.</w:t>
      </w:r>
    </w:p>
    <w:p>
      <w:r>
        <w:br/>
        <w:t>О, допекла вже бруків, мурів, цегли проза!&lt;br /&gt;</w:t>
        <w:br/>
        <w:t>Тужу за морем, батьківщиною матроса.&lt;br /&gt;</w:t>
        <w:br/>
        <w:t>Шумить у серці вітер, жар вперед жене.&lt;br /&gt;</w:t>
        <w:br/>
        <w:t>На море! Гей, на море!! Сум тут вб'є мене.</w:t>
      </w:r>
    </w:p>
    <w:p>
      <w:r>
        <w:br/>
        <w:t>Іван Мейсфілд [36]&lt;br /&gt;</w:t>
        <w:br/>
        <w:t>JohnMasefield&lt;br /&gt;</w:t>
        <w:br/>
        <w:t>Вільний переспів з англійської мови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Пісня мандрівника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