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кайданників (З братнього листа вийнята)</w:t>
      </w:r>
    </w:p>
    <w:p>
      <w:r>
        <w:br/>
        <w:t xml:space="preserve"> Там, де сопки [18] доокола&lt;br /&gt;</w:t>
        <w:br/>
        <w:t>Лютий холод міцно стис,-&lt;br /&gt;</w:t>
        <w:br/>
        <w:t>Ми, обтяті попівчола,&lt;br /&gt;</w:t>
        <w:br/>
        <w:t>У кайданах, в блиску спис,-&lt;br /&gt;</w:t>
        <w:br/>
        <w:t>Крізь півморок шахти душний,&lt;br /&gt;</w:t>
        <w:br/>
        <w:t>Не жалівши сили рук,&lt;br /&gt;</w:t>
        <w:br/>
        <w:t>Довбемо граніт бездушний&lt;br /&gt;</w:t>
        <w:br/>
        <w:t>Безвідрадним "стук!" та "стук!".</w:t>
      </w:r>
    </w:p>
    <w:p>
      <w:r>
        <w:br/>
        <w:t>Розійшлися ви маною,&lt;br /&gt;</w:t>
        <w:br/>
        <w:t>Мрії правди та добра!&lt;br /&gt;</w:t>
        <w:br/>
        <w:t>Вам доранньою труною&lt;br /&gt;</w:t>
        <w:br/>
        <w:t>Стала каторжна нора.&lt;br /&gt;</w:t>
        <w:br/>
        <w:t>Зникли чарівні омани,&lt;br /&gt;</w:t>
        <w:br/>
        <w:t>Стяг наш вирвано із рук...&lt;br /&gt;</w:t>
        <w:br/>
        <w:t>Глушимо ми в серці рани&lt;br /&gt;</w:t>
        <w:br/>
        <w:t>Одностайним "стук!" та "стук!".</w:t>
      </w:r>
    </w:p>
    <w:p>
      <w:r>
        <w:br/>
        <w:t>Із пустинь безлюдних всюду,&lt;br /&gt;</w:t>
        <w:br/>
        <w:t>Тільки хуга загуде,&lt;br /&gt;</w:t>
        <w:br/>
        <w:t>Гук той піде по народу,&lt;br /&gt;</w:t>
        <w:br/>
        <w:t>В рідні груди западе!&lt;br /&gt;</w:t>
        <w:br/>
        <w:t>На святе свободи діло&lt;br /&gt;</w:t>
        <w:br/>
        <w:t>Вишле сотні свіжих рук...&lt;br /&gt;</w:t>
        <w:br/>
        <w:t>Бийте ж, браття, бийте сміло,&lt;br /&gt;</w:t>
        <w:br/>
        <w:t>Безупинно "стук!" та "стук!".</w:t>
      </w:r>
    </w:p>
    <w:p>
      <w:r>
        <w:br/>
        <w:t>[18] — Сопками в Сибірі звуться кремінні гори без ніякої ростини (Приміт. П. Грабовського).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кайданників (З братнього листа вийнята)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