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Пісня будівників</w:t>
      </w:r>
    </w:p>
    <w:p>
      <w:r>
        <w:br/>
        <w:t xml:space="preserve"> &lt;blockquote&gt;&lt;br /&gt;</w:t>
        <w:br/>
        <w:t>Будівникам Києва і Тбілісі&lt;/blockquote&gt;</w:t>
      </w:r>
    </w:p>
    <w:p>
      <w:r>
        <w:br/>
        <w:t>Під небом Тбілісі доми гордовиті&lt;br /&gt;</w:t>
        <w:br/>
        <w:t>Зростають, грузинським узором укриті,-&lt;br /&gt;</w:t>
        <w:br/>
        <w:t>І в Києві теж, після бур, після битв,&lt;br /&gt;</w:t>
        <w:br/>
        <w:t>Новітні будівлі сягають блакиті.</w:t>
      </w:r>
    </w:p>
    <w:p>
      <w:r>
        <w:br/>
        <w:t>Над містом гримить трудове гуркотіння,&lt;br /&gt;</w:t>
        <w:br/>
        <w:t>І зводяться стіни, й лягає склепіння,&lt;br /&gt;</w:t>
        <w:br/>
        <w:t>І, вгору піднісшись, сталева рука&lt;br /&gt;</w:t>
        <w:br/>
        <w:t>Кладе на підмурки гранчасте каміння.&lt;br /&gt;</w:t>
        <w:br/>
        <w:t>— О дівчино, полтавко смугловида!&lt;br /&gt;</w:t>
        <w:br/>
        <w:t>Ви — справжній образ радості Давида.&lt;br /&gt;</w:t>
        <w:br/>
        <w:t>Я вас, як сяйво, в серці збережу!</w:t>
      </w:r>
    </w:p>
    <w:p>
      <w:r>
        <w:br/>
        <w:t>Ні, я не гнаний горем мандрівник,&lt;br /&gt;</w:t>
        <w:br/>
        <w:t>Що з батьківщини рідної утік,-&lt;br /&gt;</w:t>
        <w:br/>
        <w:t>Ми з вами маєм батьківщину спільну,&lt;br /&gt;</w:t>
        <w:br/>
        <w:t>Могутню й світлу, радісну і вільну,&lt;br /&gt;</w:t>
        <w:br/>
        <w:t>Де людське щастя стверджено навік.</w:t>
      </w:r>
    </w:p>
    <w:p>
      <w:r>
        <w:br/>
        <w:t>Дивлюсь з любов'ю в далеч степову,-&lt;br /&gt;</w:t>
        <w:br/>
        <w:t>Єдиним серцем з вами я живу,&lt;br /&gt;</w:t>
        <w:br/>
        <w:t>Єдину маєм і мету, і вдачу,&lt;br /&gt;</w:t>
        <w:br/>
        <w:t>Хоча і тут очима серця бачу&lt;br /&gt;</w:t>
        <w:br/>
        <w:t>Я рідних гір корону снігову.</w:t>
      </w:r>
    </w:p>
    <w:p>
      <w:r>
        <w:br/>
        <w:t>Ходім, красуне, аж до хмар злетім,&lt;br /&gt;</w:t>
        <w:br/>
        <w:t>Уклонимось узгір'ям золотим&lt;br /&gt;</w:t>
        <w:br/>
        <w:t>І там на їхнім пишнобарвнім лоні,&lt;br /&gt;</w:t>
        <w:br/>
        <w:t>Оселимось укупі над Ріоні,&lt;br /&gt;</w:t>
        <w:br/>
        <w:t>І щастя увійде у наш просторий дім!</w:t>
      </w:r>
    </w:p>
    <w:p>
      <w:r>
        <w:br/>
        <w:t>Свою святиню — цих степів брокат,&lt;br /&gt;</w:t>
        <w:br/>
        <w:t>І променисті очі білих хат,&lt;br /&gt;</w:t>
        <w:br/>
        <w:t>І синій сад над пругом небосхила,&lt;br /&gt;</w:t>
        <w:br/>
        <w:t>І вітряка тонкі, мигтливі крила,&lt;br /&gt;</w:t>
        <w:br/>
        <w:t>І зубівських пісень високий лад,-</w:t>
      </w:r>
    </w:p>
    <w:p>
      <w:r>
        <w:br/>
        <w:t>В своєму серці ви збережете&lt;br /&gt;</w:t>
        <w:br/>
        <w:t>Отак, як я узгір'я золоте&lt;br /&gt;</w:t>
        <w:br/>
        <w:t>Тут згадую й до нього серцем лину.&lt;br /&gt;</w:t>
        <w:br/>
        <w:t>Ми з вами спільну маєм батьківщину&lt;br /&gt;</w:t>
        <w:br/>
        <w:t>І славимо ім'я її святе!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Пісня будівників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