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буде поміж нас</w:t>
      </w:r>
    </w:p>
    <w:p>
      <w:r>
        <w:br/>
        <w:t xml:space="preserve"> Пролягла дорога від твоїх воріт&lt;br /&gt;</w:t>
        <w:br/>
        <w:t>До моїх воріт, як струна.&lt;br /&gt;</w:t>
        <w:br/>
        <w:t>То чому ж згубився твій самотній слід —&lt;br /&gt;</w:t>
        <w:br/>
        <w:t>Знаєш ти одна, ти одна...</w:t>
      </w:r>
    </w:p>
    <w:p>
      <w:r>
        <w:br/>
        <w:t>Зимна осінь ще той слід листям не накрила,&lt;br /&gt;</w:t>
        <w:br/>
        <w:t>Бо до тебе навесні я повернусь, мила&lt;br /&gt;</w:t>
        <w:br/>
        <w:t>Твої руки я візьму знову в свої руки,&lt;br /&gt;</w:t>
        <w:br/>
        <w:t>Й не розквітне поміж нас жовтий квіт розлуки.</w:t>
      </w:r>
    </w:p>
    <w:p>
      <w:r>
        <w:br/>
        <w:t>Не ховай очей блакитний промінь,&lt;br /&gt;</w:t>
        <w:br/>
        <w:t>Заспівай мені в останній раз.&lt;br /&gt;</w:t>
        <w:br/>
        <w:t>Пісню ту візьму собі на спомин,&lt;br /&gt;</w:t>
        <w:br/>
        <w:t>Пісня буде поміж нас.&lt;br /&gt;</w:t>
        <w:br/>
        <w:t>Бо твій голос, бо твій голос — щедра повінь,&lt;br /&gt;</w:t>
        <w:br/>
        <w:t>Я мов колос, зелен колос, нею повен.&lt;br /&gt;</w:t>
        <w:br/>
        <w:t>Жовтий лист спаде і виросте зелений,&lt;br /&gt;</w:t>
        <w:br/>
        <w:t>А ти в пісні будеш завжди біля мене.</w:t>
      </w:r>
    </w:p>
    <w:p>
      <w:r>
        <w:br/>
        <w:t>Як зійдуть сніги із гір потоками,&lt;br /&gt;</w:t>
        <w:br/>
        <w:t>Ой глибокими, навесні.&lt;br /&gt;</w:t>
        <w:br/>
        <w:t>Забринить дорога та неспокоєм&lt;br /&gt;</w:t>
        <w:br/>
        <w:t>Вдалині мені, вдалині...</w:t>
      </w:r>
    </w:p>
    <w:p>
      <w:r>
        <w:br/>
        <w:t>Зимна осінь ще той слід листям не накрила,&lt;br /&gt;</w:t>
        <w:br/>
        <w:t>Бо до тебе навесні я повернусь, мила.&lt;br /&gt;</w:t>
        <w:br/>
        <w:t>Твої руки я візьму знову в свої руки,&lt;br /&gt;</w:t>
        <w:br/>
        <w:t>Й не розквітне поміж нас жовтий квіт розлуки.</w:t>
      </w:r>
    </w:p>
    <w:p>
      <w:r>
        <w:br/>
        <w:t>Не ховай очей блакитний промінь,&lt;br /&gt;</w:t>
        <w:br/>
        <w:t>Заспівай мені в останній раз.&lt;br /&gt;</w:t>
        <w:br/>
        <w:t>Пісню ту візьму собі на спомин,&lt;br /&gt;</w:t>
        <w:br/>
        <w:t>Пісня буде поміж нас.</w:t>
      </w:r>
    </w:p>
    <w:p>
      <w:r>
        <w:br/>
        <w:t>Бо твій голос, бо твій голос — щедра повінь,&lt;br /&gt;</w:t>
        <w:br/>
        <w:t>Я мов колос, зелен колос, нею повен.&lt;br /&gt;</w:t>
        <w:br/>
        <w:t>Жовтий лист спаде і виросте зелений,&lt;br /&gt;</w:t>
        <w:br/>
        <w:t>А ти в пісні будеш завжди біля мене.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буде поміж нас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