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3,14</w:t>
      </w:r>
    </w:p>
    <w:p>
      <w:r>
        <w:br/>
        <w:t xml:space="preserve"> скучай але в міру&lt;br /&gt;</w:t>
        <w:br/>
        <w:t>бо небо проллється сльозами&lt;br /&gt;</w:t>
        <w:br/>
        <w:t>лишається віра&lt;br /&gt;</w:t>
        <w:br/>
        <w:t>довіра і віра між нами&lt;br /&gt;</w:t>
        <w:br/>
        <w:t>у небі є діри&lt;br /&gt;</w:t>
        <w:br/>
        <w:t>у дірах є зорі прозорі&lt;br /&gt;</w:t>
        <w:br/>
        <w:t>скучай але в міру –&lt;br /&gt;</w:t>
        <w:br/>
        <w:t>у міру старих акваторій</w:t>
      </w:r>
    </w:p>
    <w:p>
      <w:r>
        <w:br/>
        <w:t>скучай але в міру –&lt;br /&gt;</w:t>
        <w:br/>
        <w:t>та не забувай скучати&lt;br /&gt;</w:t>
        <w:br/>
        <w:t>чекання – офіра&lt;br /&gt;</w:t>
        <w:br/>
        <w:t>прожити життя на чатах&lt;br /&gt;</w:t>
        <w:br/>
        <w:t>скучай але в міру&lt;br /&gt;</w:t>
        <w:br/>
        <w:t>і не забувай любити –&lt;br /&gt;</w:t>
        <w:br/>
        <w:t>безмежну довіру&lt;br /&gt;</w:t>
        <w:br/>
        <w:t>і віру в потребу жити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3,14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