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хуртовини</w:t>
      </w:r>
    </w:p>
    <w:p>
      <w:r>
        <w:br/>
        <w:t xml:space="preserve"> &lt;p&gt;Хоч у світлиці висить барометр, який може угадувати, коли дощ буде чи сніг, а коли сонячно, дідусь Гордій поглядає на нього рідко.</w:t>
      </w:r>
    </w:p>
    <w:p>
      <w:r>
        <w:br/>
        <w:t>— У мене свій барометр,— каже він.— Як заниє ліва рука, так і чекай негоди.</w:t>
      </w:r>
    </w:p>
    <w:p>
      <w:r>
        <w:br/>
        <w:t>Дідуся поранило в руку на війні з фашистами. Він був кулеметником, дві медалі "За відвагу" лежать он у шкатулці. Лаврик їх не раз роздивлявся, ще й хлопцям показував.</w:t>
      </w:r>
    </w:p>
    <w:p>
      <w:r>
        <w:br/>
        <w:t>Після війни дідусь лісникував багато років. Отой ліс, що за селом, він саджав і вирощував. Тепер там сосни вищі за їхню хату і зайці водяться, гриби ростуть.</w:t>
      </w:r>
    </w:p>
    <w:p>
      <w:r>
        <w:br/>
        <w:t>А дідусь уже не лісникує, бо старий став. "Був козак, та з'їздився",— так він каже.</w:t>
      </w:r>
    </w:p>
    <w:p>
      <w:r>
        <w:br/>
        <w:t>Улітку дідусь доглядає садок, пасіку, а як похолодає то більше в хаті щось робить: то ложки вирізає з м'якої деревини — липи чи берези, то кошики лозові плете.</w:t>
      </w:r>
    </w:p>
    <w:p>
      <w:r>
        <w:br/>
        <w:t>А Лаврик у нього ніби за помічника.</w:t>
      </w:r>
    </w:p>
    <w:p>
      <w:r>
        <w:br/>
        <w:t>Ось і зараз: сидять вони проти вікна, старий плете верейку на картоплю, а малий приглядається та лозу подає.</w:t>
      </w:r>
    </w:p>
    <w:p>
      <w:r>
        <w:br/>
        <w:t>— А що, Лавріне, скажу я тобі: мабуть, хуртовина буде,— облишає дідусь роботу й дивиться у вікно.</w:t>
      </w:r>
    </w:p>
    <w:p>
      <w:r>
        <w:br/>
        <w:t>Лаврик також вглядається у відталу шибку.</w:t>
      </w:r>
    </w:p>
    <w:p>
      <w:r>
        <w:br/>
        <w:t>— Та сонце ж он як, дідусю, світить, аж сніг переливається.</w:t>
      </w:r>
    </w:p>
    <w:p>
      <w:r>
        <w:br/>
        <w:t>— Еге, моя лівиця мене ніколи не обманювала...</w:t>
      </w:r>
    </w:p>
    <w:p>
      <w:r>
        <w:br/>
        <w:t>Хуртовина почалася наступного дня. Сонце де й поділося, довкруж потемніло, і садок, і город, і хати зникли за білою пеленою. Сніг ішов цілий день і всю ніч. Коли Лаврик прокинувся і виглянув у вікно, то побачив, що яблуні й груші стали зовсім низенькі. То вони так потонули в заметах.</w:t>
      </w:r>
    </w:p>
    <w:p>
      <w:r>
        <w:br/>
        <w:t>Накинувши кожушок, Лаврик вибіг надвір.</w:t>
      </w:r>
    </w:p>
    <w:p>
      <w:r>
        <w:br/>
        <w:t>— Ой і снігу накидало! — загукав радісно.— Де мої лижі, де мої санчата? Дідусю, ви не бачили?</w:t>
      </w:r>
    </w:p>
    <w:p>
      <w:r>
        <w:br/>
        <w:t>Дідусь уже прокидав стежину від ганку до хвіртки і тепер, зіпершись на дерев'яну лопату, перепочивав.</w:t>
      </w:r>
    </w:p>
    <w:p>
      <w:r>
        <w:br/>
        <w:t>— Багато снігу — то добре, на врожай,— мовив.— Та мене зараз інше турбує: як там сосни мої? Гілля у них і так важке, а це ж стільки снігу навалило на хвою. Боюсь: поламає дерева, понівечить.</w:t>
      </w:r>
    </w:p>
    <w:p>
      <w:r>
        <w:br/>
        <w:t>Дідусь побідкався, потім виніс із комори свої широкі лижі, які витесав колись із берези, дістав з горища довгу тичку. Застромив за потертого солдатського паска невелику довбеньку.</w:t>
      </w:r>
    </w:p>
    <w:p>
      <w:r>
        <w:br/>
        <w:t>— А я? — Лаврик одразу збагнув, куди збирається дідусь.</w:t>
      </w:r>
    </w:p>
    <w:p>
      <w:r>
        <w:br/>
        <w:t>Але ж довелося ще довго відпрошуватися в мами й бабусі.</w:t>
      </w:r>
    </w:p>
    <w:p>
      <w:r>
        <w:br/>
        <w:t>— Ну, якщо замерзнете, то й додому не повертайтеся! — сказали вони в один голос.— Що старе, що мале! Два чоботи — пара...</w:t>
      </w:r>
    </w:p>
    <w:p>
      <w:r>
        <w:br/>
        <w:t>А дідусь та Лаврик уже поспішали до лісу. Сніг був молодий, ще не злежався, але лижі ковзали добре, бо дідусь кілька днів тому змастив їх, а перед виїздом натер сукнинкою.</w:t>
      </w:r>
    </w:p>
    <w:p>
      <w:r>
        <w:br/>
        <w:t>Увійшовши до лісу, одразу побачили, що соснам непереливки. Багато дерев попригинало снігом, чимало гілок повідчахувалось.</w:t>
      </w:r>
    </w:p>
    <w:p>
      <w:r>
        <w:br/>
        <w:t>Дідусь стукав по стовбурах довбенькою, гамселив по гіллі тичкою. А Лаврик струшував сніг із маленьких сосонок. Густою холодною порошею обсипало дідуся й онука, а вони пробиралися від дерева до дерева, визволяли їх з-під снігової навали.</w:t>
      </w:r>
    </w:p>
    <w:p>
      <w:r>
        <w:br/>
        <w:t>Хтозна, скільки часу минуло, як забралися в ліс. Зупинило їх розкотисте:</w:t>
      </w:r>
    </w:p>
    <w:p>
      <w:r>
        <w:br/>
        <w:t>— Еге-гей! А це що за сніговики тут воюють?</w:t>
      </w:r>
    </w:p>
    <w:p>
      <w:r>
        <w:br/>
        <w:t>До них прошкував на лижах лісник дядько Андрій, а з ним ще люди.</w:t>
      </w:r>
    </w:p>
    <w:p>
      <w:r>
        <w:br/>
        <w:t>— Ну, Гордію Івановичу, свого лісу ви не забуваєте і за такої пори! — дивувався лісник.</w:t>
      </w:r>
    </w:p>
    <w:p>
      <w:r>
        <w:br/>
        <w:t>— Хіба ж можна друга в біді залишати? — відповідав дідусь.</w:t>
      </w:r>
    </w:p>
    <w:p>
      <w:r>
        <w:br/>
        <w:t>— А цього лісовичка ви тут не заморозили? — І дядько Андрій обійняв Лаврика полами свого широчезного кожуха, потер рукавицею йому щоки.</w:t>
      </w:r>
    </w:p>
    <w:p>
      <w:r>
        <w:br/>
        <w:t>— Ні, мені навпаки — жарко! — Від Лаврика справді аж пара йшла.</w:t>
      </w:r>
    </w:p>
    <w:p>
      <w:r>
        <w:br/>
        <w:t>Лісник вправно розпалив багаття на затишній галявинці.</w:t>
      </w:r>
    </w:p>
    <w:p>
      <w:r>
        <w:br/>
        <w:t>— Ви обсушіться, бо це ж не літо! — наказав.— А ми ось з хлопцями заступимо вам на зміну.</w:t>
      </w:r>
    </w:p>
    <w:p>
      <w:r>
        <w:br/>
        <w:t>Люди пішли лісом, здіймаючи над деревами снігову хмару.</w:t>
      </w:r>
    </w:p>
    <w:p>
      <w:r>
        <w:br/>
        <w:t>— Ну, тепер ліс не пропаде! — задоволено казав дідусь.</w:t>
      </w:r>
    </w:p>
    <w:p>
      <w:r>
        <w:br/>
        <w:t>Він вийняв з торбини кілька картоплин, пригорнув їх тліючими жаринами. Нічого смачнішого не куштував раніше Лаврик! Куди там усяким цукеркам і навіть морозиву! Від печеної в зимовому лісі картоплі тіло сповнювалося теплом і бадьорістю.</w:t>
      </w:r>
    </w:p>
    <w:p>
      <w:r>
        <w:br/>
        <w:t>А сонце вже скочувалося на вершини сосон, і мокра хвоя засяяла міріадами іскринок. Звільнені із снігового полону, дерева немовби усміхалися дідусеві Гордію і Лаврику.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хуртовини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