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Піски</w:t>
      </w:r>
    </w:p>
    <w:p>
      <w:r>
        <w:br/>
        <w:t xml:space="preserve"> &lt;blockquote&gt;В. К.&lt;/blockquote&gt;&lt;br /&gt;</w:t>
        <w:br/>
        <w:t>Піски-піски… До обрію й за обрій&lt;br /&gt;</w:t>
        <w:br/>
        <w:t>Простягся їх сліпучий перелив…&lt;br /&gt;</w:t>
        <w:br/>
        <w:t>Тут дух пустель – тривожний і недобрий&lt;br /&gt;</w:t>
        <w:br/>
        <w:t>На мить одну проклятий літ спинив…</w:t>
      </w:r>
    </w:p>
    <w:p>
      <w:r>
        <w:br/>
        <w:t>Війнув… та все ж наперекір намові&lt;br /&gt;</w:t>
        <w:br/>
        <w:t>Землі неплідний дар дано в ту мить:&lt;br /&gt;</w:t>
        <w:br/>
        <w:t>Тут чебрецю й безсмертників шовкових&lt;br /&gt;</w:t>
        <w:br/>
        <w:t>Вибагливі прослались килими…</w:t>
      </w:r>
    </w:p>
    <w:p>
      <w:r>
        <w:br/>
        <w:t>І тут життя в задушливих обіймах,&lt;br /&gt;</w:t>
        <w:br/>
        <w:t>У фіалково-жовтих островках&lt;br /&gt;</w:t>
        <w:br/>
        <w:t>Чекає першого, хто руку здійме,&lt;br /&gt;</w:t>
        <w:br/>
        <w:t>Через піски проклавши ближчий шлях…</w:t>
      </w:r>
    </w:p>
    <w:p>
      <w:r>
        <w:br/>
        <w:t>І я іду… Тяжка моя дорога…&lt;br /&gt;</w:t>
        <w:br/>
        <w:t>Так обгорнув пекучий сонця сум!&lt;br /&gt;</w:t>
        <w:br/>
        <w:t>В пісках гарячих тонуть босі ноги,&lt;br /&gt;</w:t>
        <w:br/>
        <w:t>І в’януть очи від сипучих дум…</w:t>
      </w:r>
    </w:p>
    <w:p>
      <w:r>
        <w:br/>
        <w:t>І зрадницьки зриваю я в утомі&lt;br /&gt;</w:t>
        <w:br/>
        <w:t>Життя пісків – задуманий чебрець,&lt;br /&gt;</w:t>
        <w:br/>
        <w:t>І пахощі забуті, – а знайомі&lt;br /&gt;</w:t>
        <w:br/>
        <w:t>Мов тріпотіння голубих крилець…</w:t>
      </w:r>
    </w:p>
    <w:p>
      <w:r>
        <w:br/>
        <w:t>І мріють і зникають знов примари,&lt;br /&gt;</w:t>
        <w:br/>
        <w:t>Зринаючи у золотих пісках:&lt;br /&gt;</w:t>
        <w:br/>
        <w:t>Моє блукання, невблаганна кара,&lt;br /&gt;</w:t>
        <w:br/>
        <w:t>Моя любов, мов той чебрець цупка!</w:t>
      </w:r>
    </w:p>
    <w:p>
      <w:r>
        <w:br/>
        <w:t>І так іду… і так ізнов блукаю,&lt;br /&gt;</w:t>
        <w:br/>
        <w:t>Бо знаю: не про мене битий шлях…&lt;br /&gt;</w:t>
        <w:br/>
        <w:t>До обрію й за обрієм без краю&lt;br /&gt;</w:t>
        <w:br/>
        <w:t>Моє життя і голос мій в пісках!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