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Пішли навтікачі</w:t>
      </w:r>
    </w:p>
    <w:p>
      <w:r>
        <w:br/>
        <w:t xml:space="preserve"> Світив місяць, світив з-поза хмари...&lt;br /&gt;</w:t>
        <w:br/>
        <w:t>Два козаки на кониках утікали:&lt;br /&gt;</w:t>
        <w:br/>
        <w:t>Вони ж ото з України утікали,&lt;br /&gt;</w:t>
        <w:br/>
        <w:t>Пильно з України, мов від кари.</w:t>
      </w:r>
    </w:p>
    <w:p>
      <w:r>
        <w:br/>
        <w:t>Дібровонька над водою, знай, шуміла,&lt;br /&gt;</w:t>
        <w:br/>
        <w:t>Щось Дніпр-воду дуже колихало:&lt;br /&gt;</w:t>
        <w:br/>
        <w:t>Чи то вона, та діброва, гомоніла,&lt;br /&gt;</w:t>
        <w:br/>
        <w:t>Чи козаки з Дніпром розмовляли?</w:t>
      </w:r>
    </w:p>
    <w:p>
      <w:r>
        <w:br/>
        <w:t>"Не покидайте рідную, дітки, мати,&lt;br /&gt;</w:t>
        <w:br/>
        <w:t>Не беріте далекого шляху;&lt;br /&gt;</w:t>
        <w:br/>
        <w:t>Бо нікому на ворогів буде стати,&lt;br /&gt;</w:t>
        <w:br/>
        <w:t>Бо достануся татару й ляху!</w:t>
      </w:r>
    </w:p>
    <w:p>
      <w:r>
        <w:br/>
        <w:t>Найдуть ворога на мене чорні хмари, —&lt;br /&gt;</w:t>
        <w:br/>
        <w:t>Литиме кров на чужім краю!&lt;br /&gt;</w:t>
        <w:br/>
        <w:t>Мене вже ховати кластимуть на мари, —&lt;br /&gt;</w:t>
        <w:br/>
        <w:t>Спатиме на тихім Дунаю!</w:t>
      </w:r>
    </w:p>
    <w:p>
      <w:r>
        <w:br/>
        <w:t>Коли ж з'їла уже ржа списа й шаблюки,&lt;br /&gt;</w:t>
        <w:br/>
        <w:t>Вам огидло ходить за волами,&lt;br /&gt;</w:t>
        <w:br/>
        <w:t>Зруйнували й віру вороги-гадюки, —&lt;br /&gt;</w:t>
        <w:br/>
        <w:t>Не втікайте, козаченьки, самі!</w:t>
      </w:r>
    </w:p>
    <w:p>
      <w:r>
        <w:br/>
        <w:t>Візьміть лишень нашу славу ви з собою,&lt;br /&gt;</w:t>
        <w:br/>
        <w:t>Нехай буде чути й за горами..."&lt;br /&gt;</w:t>
        <w:br/>
        <w:t>Гомоніло, гуло над Дніпром-водою,&lt;br /&gt;</w:t>
        <w:br/>
        <w:t>Тупотіло горами й долами.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Пішли навтікачі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