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Пісенька</w:t>
      </w:r>
    </w:p>
    <w:p>
      <w:r>
        <w:br/>
        <w:t xml:space="preserve"> Івану Малковичу</w:t>
      </w:r>
    </w:p>
    <w:p>
      <w:r>
        <w:br/>
        <w:t>Івану Малковичу</w:t>
      </w:r>
    </w:p>
    <w:p>
      <w:r>
        <w:br/>
        <w:t>Де ми ходили,&lt;br /&gt;</w:t>
        <w:br/>
        <w:t>де ми бродили,&lt;br /&gt;</w:t>
        <w:br/>
        <w:t>де мандрували –&lt;br /&gt;</w:t>
        <w:br/>
        <w:t>стежки-доріжки,&lt;br /&gt;</w:t>
        <w:br/>
        <w:t>плаї-плаєчки&lt;br /&gt;</w:t>
        <w:br/>
        <w:t>позаростали.</w:t>
      </w:r>
    </w:p>
    <w:p>
      <w:r>
        <w:br/>
        <w:t>Стежка не скине&lt;br /&gt;</w:t>
        <w:br/>
        <w:t>з себе травичку&lt;br /&gt;</w:t>
        <w:br/>
        <w:t>мокру на вечір,&lt;br /&gt;</w:t>
        <w:br/>
        <w:t>і не розсуне&lt;br /&gt;</w:t>
        <w:br/>
        <w:t>жовту отаву&lt;br /&gt;</w:t>
        <w:br/>
        <w:t>жоден плаєчок.</w:t>
      </w:r>
    </w:p>
    <w:p>
      <w:r>
        <w:br/>
        <w:t>Вже і морозець&lt;br /&gt;</w:t>
        <w:br/>
        <w:t>перший дуріє&lt;br /&gt;</w:t>
        <w:br/>
        <w:t>ясної ночі.&lt;br /&gt;</w:t>
        <w:br/>
        <w:t>Хто замерзає,&lt;br /&gt;</w:t>
        <w:br/>
        <w:t>той розуміє,&lt;br /&gt;</w:t>
        <w:br/>
        <w:t>інший – не хоче.</w:t>
      </w:r>
    </w:p>
    <w:p>
      <w:r>
        <w:br/>
        <w:t>Хто розуміє,&lt;br /&gt;</w:t>
        <w:br/>
        <w:t>той розуміє,&lt;br /&gt;</w:t>
        <w:br/>
        <w:t>інший – не може.&lt;br /&gt;</w:t>
        <w:br/>
        <w:t>Але покаже,&lt;br /&gt;</w:t>
        <w:br/>
        <w:t>звідки наспіє&lt;br /&gt;</w:t>
        <w:br/>
        <w:t>плем'я вороже.</w:t>
      </w:r>
    </w:p>
    <w:p>
      <w:r>
        <w:br/>
        <w:t>Хоч доріженьки&lt;br /&gt;</w:t>
        <w:br/>
        <w:t>позаростали –&lt;br /&gt;</w:t>
        <w:br/>
        <w:t>ворог побачить.&lt;br /&gt;</w:t>
        <w:br/>
        <w:t>…Світ не зчорніє,&lt;br /&gt;</w:t>
        <w:br/>
        <w:t>вовк не завиє,&lt;br /&gt;</w:t>
        <w:br/>
        <w:t>вовчик, наш братчик.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Пісенька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