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космічного гостя</w:t>
      </w:r>
    </w:p>
    <w:p>
      <w:r>
        <w:br/>
        <w:t xml:space="preserve"> Достигають яблука ранети.&lt;br /&gt;</w:t>
        <w:br/>
        <w:t>Рання осінь листя золотить.&lt;br /&gt;</w:t>
        <w:br/>
        <w:t>Гарний хлопець з іншої планети,&lt;br /&gt;</w:t>
        <w:br/>
        <w:t>може, завтра в гості залетить.</w:t>
      </w:r>
    </w:p>
    <w:p>
      <w:r>
        <w:br/>
        <w:t>Діло звичне — міжпланетні мандри.&lt;br /&gt;</w:t>
        <w:br/>
        <w:t>Усміхнеться, зніме свій шолом.&lt;br /&gt;</w:t>
        <w:br/>
        <w:t>Скаже: — Там, в сузір’ї Саламандри,&lt;br /&gt;</w:t>
        <w:br/>
        <w:t>твій коханий бив тобі чолом.</w:t>
      </w:r>
    </w:p>
    <w:p>
      <w:r>
        <w:br/>
        <w:t>Я спитаю: — Є у вас поети?&lt;br /&gt;</w:t>
        <w:br/>
        <w:t>Як по-марсіанськи — макогін?&lt;br /&gt;</w:t>
        <w:br/>
        <w:t>Знаєш, там туманність Андромрди,&lt;br /&gt;</w:t>
        <w:br/>
        <w:t>Хай не йде так часто на обгін.</w:t>
      </w:r>
    </w:p>
    <w:p>
      <w:r>
        <w:br/>
        <w:t>Він посидить, трохи відпочине,&lt;br /&gt;</w:t>
        <w:br/>
        <w:t>цей мій дивний, нетутешній гість.&lt;br /&gt;</w:t>
        <w:br/>
        <w:t>Планетарно синіми очима&lt;br /&gt;</w:t>
        <w:br/>
        <w:t>про безмежний космос розповість.</w:t>
      </w:r>
    </w:p>
    <w:p>
      <w:r>
        <w:br/>
        <w:t>Прийдуть люди з ним погомоніти,&lt;br /&gt;</w:t>
        <w:br/>
        <w:t>хлібом-сіллю я їх пригощу.&lt;br /&gt;</w:t>
        <w:br/>
        <w:t>Передам йому для Береніки&lt;br /&gt;</w:t>
        <w:br/>
        <w:t>білі айстри в крапельках дощу.</w:t>
      </w:r>
    </w:p>
    <w:p>
      <w:r>
        <w:br/>
        <w:t>Перевірю техніку в ракеті,&lt;br /&gt;</w:t>
        <w:br/>
        <w:t>розкажу, як звуться журавлі.&lt;br /&gt;</w:t>
        <w:br/>
        <w:t>Хай посіє в себе на планеті&lt;br /&gt;</w:t>
        <w:br/>
        <w:t>жменьку слів із нашої землі.</w:t>
      </w:r>
    </w:p>
    <w:p>
      <w:r>
        <w:br/>
        <w:t>Апарат космічний загуркоче,&lt;br /&gt;</w:t>
        <w:br/>
        <w:t>пропливе смарагдовий кортеж...&lt;br /&gt;</w:t>
        <w:br/>
        <w:t>— Добре, я коли-небудь заскочу.&lt;br /&gt;</w:t>
        <w:br/>
        <w:t>Ти в якій галактиці живеш?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космічного гостя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