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Пісенька</w:t>
      </w:r>
    </w:p>
    <w:p>
      <w:r>
        <w:br/>
        <w:t xml:space="preserve"> В віках сія його величчя.&lt;br /&gt;</w:t>
        <w:br/>
        <w:t>П'ятнадцять літ&lt;br /&gt;</w:t>
        <w:br/>
        <w:t>Його потуга войовнича&lt;br /&gt;</w:t>
        <w:br/>
        <w:t>Стрясала світ.&lt;br /&gt;</w:t>
        <w:br/>
        <w:t>Його здіймала перемога&lt;br /&gt;</w:t>
        <w:br/>
        <w:t>На верх подій...&lt;br /&gt;</w:t>
        <w:br/>
        <w:t>А ти мавпуєш якомога,&lt;br /&gt;</w:t>
        <w:br/>
        <w:t>Малий мавпій.</w:t>
      </w:r>
    </w:p>
    <w:p>
      <w:r>
        <w:br/>
        <w:t>Він часто сам ходив до бою,&lt;br /&gt;</w:t>
        <w:br/>
        <w:t>Як лев, і вів&lt;br /&gt;</w:t>
        <w:br/>
        <w:t>Крізь пекло всюди за собою&lt;br /&gt;</w:t>
        <w:br/>
        <w:t>Своїх орлів.&lt;br /&gt;</w:t>
        <w:br/>
        <w:t>Він без вагання довірявся&lt;br /&gt;</w:t>
        <w:br/>
        <w:t>Судьбі сліпій...&lt;br /&gt;</w:t>
        <w:br/>
        <w:t>А ти лиш золота накрався,&lt;br /&gt;</w:t>
        <w:br/>
        <w:t>Малий мавпій.</w:t>
      </w:r>
    </w:p>
    <w:p>
      <w:r>
        <w:br/>
        <w:t>Він не одну було столицю&lt;br /&gt;</w:t>
        <w:br/>
        <w:t>Своєю звав,&lt;br /&gt;</w:t>
        <w:br/>
        <w:t>З них, мов корсети, силоміццю&lt;br /&gt;</w:t>
        <w:br/>
        <w:t>Фортеці рвав;&lt;br /&gt;</w:t>
        <w:br/>
        <w:t>Добув він штурмом сто бастілій,&lt;br /&gt;</w:t>
        <w:br/>
        <w:t>Рвачкий борвій...&lt;br /&gt;</w:t>
        <w:br/>
        <w:t>А ти з повіями лиш смілий,&lt;br /&gt;</w:t>
        <w:br/>
        <w:t>Малий мавпій.</w:t>
      </w:r>
    </w:p>
    <w:p>
      <w:r>
        <w:br/>
        <w:t>Світами гнав він по роздоллю&lt;br /&gt;</w:t>
        <w:br/>
        <w:t>Під грім литавр,&lt;br /&gt;</w:t>
        <w:br/>
        <w:t>В руках тримав він людства долю,&lt;br /&gt;</w:t>
        <w:br/>
        <w:t>I меч, і лавр;&lt;br /&gt;</w:t>
        <w:br/>
        <w:t>Любив він величі і слави&lt;br /&gt;</w:t>
        <w:br/>
        <w:t>П'янкий напій...&lt;br /&gt;</w:t>
        <w:br/>
        <w:t>А ти п'єш кров людську, лукавий&lt;br /&gt;</w:t>
        <w:br/>
        <w:t>Малий мавпій.</w:t>
      </w:r>
    </w:p>
    <w:p>
      <w:r>
        <w:br/>
        <w:t>Як він упав у невблаганну&lt;br /&gt;</w:t>
        <w:br/>
        <w:t>Довічну ніч,&lt;br /&gt;</w:t>
        <w:br/>
        <w:t>Розверзлись хлані океану&lt;br /&gt;</w:t>
        <w:br/>
        <w:t>Йому навстріч;&lt;br /&gt;</w:t>
        <w:br/>
        <w:t>Він щез у вирі, велет дужий,&lt;br /&gt;</w:t>
        <w:br/>
        <w:t>Як дух грізний...&lt;br /&gt;</w:t>
        <w:br/>
        <w:t>А ти утопишся в калюжі,&lt;br /&gt;</w:t>
        <w:br/>
        <w:t>Малий мавпій.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