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Писар</w:t>
      </w:r>
    </w:p>
    <w:p>
      <w:r>
        <w:br/>
        <w:t xml:space="preserve"> Поміж книжками, понад папірцями&lt;br /&gt;</w:t>
        <w:br/>
        <w:t>так і живу прозаїчно,&lt;br /&gt;</w:t>
        <w:br/>
        <w:t>клеєм, чорнилом, пером, олівцями&lt;br /&gt;</w:t>
        <w:br/>
        <w:t>аркуші мажу я звично.&lt;br /&gt;</w:t>
        <w:br/>
        <w:t>Маючи двадцять п'ять гульденів плати&lt;br /&gt;</w:t>
        <w:br/>
        <w:t>спати голодний лягаю.&lt;br /&gt;</w:t>
        <w:br/>
        <w:t>Буду босоніж спокійно гуляти,&lt;br /&gt;</w:t>
        <w:br/>
        <w:t>чоботи збивши до краю.</w:t>
      </w:r>
    </w:p>
    <w:p>
      <w:r>
        <w:br/>
        <w:t>Шеф мій — сухар. Він не цінить нічого,&lt;br /&gt;</w:t>
        <w:br/>
        <w:t>крім врядування і праці.&lt;br /&gt;</w:t>
        <w:br/>
        <w:t>Скине він поглядом гостро і строго —&lt;br /&gt;</w:t>
        <w:br/>
        <w:t>ми трясемось в переляці!&lt;br /&gt;</w:t>
        <w:br/>
        <w:t>Ручка з худої руки випадає,&lt;br /&gt;</w:t>
        <w:br/>
        <w:t>тільки гукне він на мене,&lt;br /&gt;</w:t>
        <w:br/>
        <w:t>ноги згинаються, холод проймає,&lt;br /&gt;</w:t>
        <w:br/>
        <w:t>серце тріпоче шалене.</w:t>
      </w:r>
    </w:p>
    <w:p>
      <w:r>
        <w:br/>
        <w:t>Ввечері кволим вертаюсь я кроком&lt;br /&gt;</w:t>
        <w:br/>
        <w:t>в хатку свою на горищі,&lt;br /&gt;</w:t>
        <w:br/>
        <w:t>звідки вдивляюсь намореним оком&lt;br /&gt;</w:t>
        <w:br/>
        <w:t>в тлум, що по вулицях рище.&lt;br /&gt;</w:t>
        <w:br/>
        <w:t>Бачу: гуляють там панії модні,&lt;br /&gt;</w:t>
        <w:br/>
        <w:t>панства хизується лава.&lt;br /&gt;</w:t>
        <w:br/>
        <w:t>Тішить фантазія думи голодні,&lt;br /&gt;</w:t>
        <w:br/>
        <w:t>зменшує злидні уява.</w:t>
      </w:r>
    </w:p>
    <w:p>
      <w:r>
        <w:br/>
        <w:t>Місяцю, вірний товаришу й брате!&lt;br /&gt;</w:t>
        <w:br/>
        <w:t>Ти теж над дахом блукаєш.&lt;br /&gt;</w:t>
        <w:br/>
        <w:t>Третій в компанії — кіт волохатий.&lt;br /&gt;</w:t>
        <w:br/>
        <w:t>Де він подівся? Не знаєш?&lt;br /&gt;</w:t>
        <w:br/>
        <w:t>Вже біля тижня не лазить по даху,&lt;br /&gt;</w:t>
        <w:br/>
        <w:t>не походжає щоночі,&lt;br /&gt;</w:t>
        <w:br/>
        <w:t>свого хвоста не стовбурчить од страху&lt;br /&gt;</w:t>
        <w:br/>
        <w:t>і не витріщує очі.</w:t>
      </w:r>
    </w:p>
    <w:p>
      <w:r>
        <w:br/>
        <w:t>Мабуть, от писаря тоскної міни&lt;br /&gt;</w:t>
        <w:br/>
        <w:t>вирішив кіт утікати,-&lt;br /&gt;</w:t>
        <w:br/>
        <w:t>до веселішої рушив країни&lt;br /&gt;</w:t>
        <w:br/>
        <w:t>люд щасливіший шукати.&lt;br /&gt;</w:t>
        <w:br/>
        <w:t>Кинув на муки, страждання та болі&lt;br /&gt;</w:t>
        <w:br/>
        <w:t>злиднями вбиту людину.&lt;br /&gt;</w:t>
        <w:br/>
        <w:t>Наче той раб, що конає в неволі,&lt;br /&gt;</w:t>
        <w:br/>
        <w:t>гину я, з розпачу гину!</w:t>
      </w:r>
    </w:p>
    <w:p>
      <w:r>
        <w:br/>
        <w:t>Місяцю милий! Осяй ти промінням&lt;br /&gt;</w:t>
        <w:br/>
        <w:t>личко дівчатка стрункого,&lt;br /&gt;</w:t>
        <w:br/>
        <w:t>що про коханого мріє з тремтінням,&lt;br /&gt;</w:t>
        <w:br/>
        <w:t>думкою лине до нього.&lt;br /&gt;</w:t>
        <w:br/>
        <w:t>Кинь свій промінчик матусі й дитині,&lt;br /&gt;</w:t>
        <w:br/>
        <w:t>що он сидять біля хати,-&lt;br /&gt;</w:t>
        <w:br/>
        <w:t>ну, а для мене лишаться хай тіні:&lt;br /&gt;</w:t>
        <w:br/>
        <w:t>злидні мої приховати.</w:t>
      </w:r>
    </w:p>
    <w:p>
      <w:r>
        <w:br/>
        <w:t>Йди, місяченьку, за хмари поволі,&lt;br /&gt;</w:t>
        <w:br/>
        <w:t>кинь бідака тут самого,-&lt;br /&gt;</w:t>
        <w:br/>
        <w:t>писар не знайде ні щастя, ні долі&lt;br /&gt;</w:t>
        <w:br/>
        <w:t>посеред світу усього.&lt;br /&gt;</w:t>
        <w:br/>
        <w:t>Знаю: колись мій начальник погляне,-&lt;br /&gt;</w:t>
        <w:br/>
        <w:t>стіл мій стоїть спорожнілий!&lt;br /&gt;</w:t>
        <w:br/>
        <w:t>Гнів твій мене не злякає, тиране,-&lt;br /&gt;</w:t>
        <w:br/>
        <w:t>скривсь я за стіни могили.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