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Пиріг</w:t>
      </w:r>
    </w:p>
    <w:p>
      <w:r>
        <w:br/>
        <w:t xml:space="preserve"> &lt;p&gt;Пироги лежали на шафі, і, щоб їх дістати, Ромко приставив табуретку. Сашко, Толик і Дмитрик притихли й вичікувально дивилися на Ромка. А той з висоти озирнувся на них і побачив тільки їхні очі — великі цікаві очі. Він перестав навіть думати про те, що до хати може хтось ввійти, а тоді буде йому не з медом. Ромко припіднявся навшпиньки, засунув руку в сито, взяв пиріг — і в цю мить хтось із хлопців ахнув. Ромко злякано й рвучко обернувся, глипнув у вікно, але там нікого не було. Тоді він перевів погляд на хлопців. Сашко і Дмитрик стояли непорушно, тільки очі їхні захоплено обмацували Ромкову руку з пирогом, а Толик винувато й улесливо посміхався.</w:t>
      </w:r>
    </w:p>
    <w:p>
      <w:r>
        <w:br/>
        <w:t>— Ти чого? — спитав Ромко.</w:t>
      </w:r>
    </w:p>
    <w:p>
      <w:r>
        <w:br/>
        <w:t>— Я ще не бачив такого пирога,— відповів Толик, чухаючи потилицю, хоч вона й не свербіла.</w:t>
      </w:r>
    </w:p>
    <w:p>
      <w:r>
        <w:br/>
        <w:t>— Якого?</w:t>
      </w:r>
    </w:p>
    <w:p>
      <w:r>
        <w:br/>
        <w:t>— Такого білого.</w:t>
      </w:r>
    </w:p>
    <w:p>
      <w:r>
        <w:br/>
        <w:t>— А-а-а,— протягнув Ромко і ще міцніше затиснув пиріг у руці, наче боявся, що хтось із хлопців вихопить його. Йому стало жаль отак задарма роздавати пироги — він і сам удосталь не наївся, бо мати напекла їх на свято, а свято має бути аж позавтра.</w:t>
      </w:r>
    </w:p>
    <w:p>
      <w:r>
        <w:br/>
        <w:t>Ромко заховав руку за спину і спитав Толика:</w:t>
      </w:r>
    </w:p>
    <w:p>
      <w:r>
        <w:br/>
        <w:t>— Хочеш?</w:t>
      </w:r>
    </w:p>
    <w:p>
      <w:r>
        <w:br/>
        <w:t>— Хочу,— випалив Толик і, перевівши подих, проковтнув слину.</w:t>
      </w:r>
    </w:p>
    <w:p>
      <w:r>
        <w:br/>
        <w:t>— А ти мені що даси?</w:t>
      </w:r>
    </w:p>
    <w:p>
      <w:r>
        <w:br/>
        <w:t>— Ту велику гільзу, яку ти просив.</w:t>
      </w:r>
    </w:p>
    <w:p>
      <w:r>
        <w:br/>
        <w:t>— Добре,— сказав Ромко.— На!</w:t>
      </w:r>
    </w:p>
    <w:p>
      <w:r>
        <w:br/>
        <w:t>Толик весело ухопив пиріг, похапливо й жадібно відкусив шматок.</w:t>
      </w:r>
    </w:p>
    <w:p>
      <w:r>
        <w:br/>
        <w:t>— Тут не їж! — наказав Ромко.— Сховай і стеж за вікном! — він зачекав, поки Толик сховав надкушений пиріг за пазуху, і знову потягнувся до сита.</w:t>
      </w:r>
    </w:p>
    <w:p>
      <w:r>
        <w:br/>
        <w:t>Витягнувши із сита другий пиріг, Ромко звернувся до Дмитрика:</w:t>
      </w:r>
    </w:p>
    <w:p>
      <w:r>
        <w:br/>
        <w:t>— А ти мені що даси?</w:t>
      </w:r>
    </w:p>
    <w:p>
      <w:r>
        <w:br/>
        <w:t>— А що я тобі дам? — знизав плечима Дмитрик.</w:t>
      </w:r>
    </w:p>
    <w:p>
      <w:r>
        <w:br/>
        <w:t>— Перо даси?</w:t>
      </w:r>
    </w:p>
    <w:p>
      <w:r>
        <w:br/>
        <w:t>— Яке перо?</w:t>
      </w:r>
    </w:p>
    <w:p>
      <w:r>
        <w:br/>
        <w:t>— А те, з пружинкою.</w:t>
      </w:r>
    </w:p>
    <w:p>
      <w:r>
        <w:br/>
        <w:t>— А я чим писати буду?</w:t>
      </w:r>
    </w:p>
    <w:p>
      <w:r>
        <w:br/>
        <w:t>— Тобі батько зробить друге.</w:t>
      </w:r>
    </w:p>
    <w:p>
      <w:r>
        <w:br/>
        <w:t>Десь півтора року тому, коли фронт проходив через Верхівку, наші збили за селом німецького літака і уламки його валялися там ще й досі. Батько Дмитрика з одрізаною до коліна ногою нещодавно повернувся з війни додому, а що був майстром на всі руки, то з уламків того літака виробляв усякі штуковини. Навіть шкільні пера. Щоб чорнила на перо набиралося більше, Дмитрик уже сам із тоненького дротика зробив пружинку, вклав її у жолобок пера і прив'язав кінчиками до шийки і дзьобика. Ого, таким пером як умочиш у чиєсь чорнило, писатимеш пів-уроку!</w:t>
      </w:r>
    </w:p>
    <w:p>
      <w:r>
        <w:br/>
        <w:t>— Ну, то даси перо? — перепитав Ромко.</w:t>
      </w:r>
    </w:p>
    <w:p>
      <w:r>
        <w:br/>
        <w:t>— Як тато зроблять друге, то дам.</w:t>
      </w:r>
    </w:p>
    <w:p>
      <w:r>
        <w:br/>
        <w:t>— Тримай!</w:t>
      </w:r>
    </w:p>
    <w:p>
      <w:r>
        <w:br/>
        <w:t>Дмитрик одразу ж сховав пиріг за пазуху.</w:t>
      </w:r>
    </w:p>
    <w:p>
      <w:r>
        <w:br/>
        <w:t>Тепер черга дійшла до Сашка, і йому ніяково було самому тримати очі на Ромкові, бо Толик і Дмитрик весело зазирали один одному в пазухи, їм не терпілося на вулицю.</w:t>
      </w:r>
    </w:p>
    <w:p>
      <w:r>
        <w:br/>
        <w:t>— А ти? — Ромко подивився на Сашка.</w:t>
      </w:r>
    </w:p>
    <w:p>
      <w:r>
        <w:br/>
        <w:t>— В мене нічого нема,— тихо і жалібно промовив Сашко.</w:t>
      </w:r>
    </w:p>
    <w:p>
      <w:r>
        <w:br/>
        <w:t>Ромко подумав якусь мить і спитав:</w:t>
      </w:r>
    </w:p>
    <w:p>
      <w:r>
        <w:br/>
        <w:t>— На балалайці даси пограти?</w:t>
      </w:r>
    </w:p>
    <w:p>
      <w:r>
        <w:br/>
        <w:t>— Дам,— пожвавішав Сашко.</w:t>
      </w:r>
    </w:p>
    <w:p>
      <w:r>
        <w:br/>
        <w:t>— Додому?</w:t>
      </w:r>
    </w:p>
    <w:p>
      <w:r>
        <w:br/>
        <w:t>— Додому не дам, бо то балалайка Іванова, і він ходить з нею на вечорниці, а як тобі дам додому, він мене налупцює.</w:t>
      </w:r>
    </w:p>
    <w:p>
      <w:r>
        <w:br/>
        <w:t>— То я тобі й пирога не дам,— вимовив Ромко, сподіваючись, що в такий спосіб Сашко погодиться дати йому балалайку додому.</w:t>
      </w:r>
    </w:p>
    <w:p>
      <w:r>
        <w:br/>
        <w:t>Сашко зашарівся, опустив очі додолу, прикусив нижню губу й рішуче ступив до дверей. За ним поспішили Толик і Дмитрик.</w:t>
      </w:r>
    </w:p>
    <w:p>
      <w:r>
        <w:br/>
        <w:t>Ромко такого не чекав. Він зістрибнув із табуретки, поставив її на місце і з пирогом у руці вискочив надвір.</w:t>
      </w:r>
    </w:p>
    <w:p>
      <w:r>
        <w:br/>
        <w:t>Сашко з опущеною головою виходив із подвір'я на дорогу. Ромко підтюпцем наздогнав його, взяв за руку:</w:t>
      </w:r>
    </w:p>
    <w:p>
      <w:r>
        <w:br/>
        <w:t>— На, бери!</w:t>
      </w:r>
    </w:p>
    <w:p>
      <w:r>
        <w:br/>
        <w:t>Сашко висмикнув руку й пішов далі.</w:t>
      </w:r>
    </w:p>
    <w:p>
      <w:r>
        <w:br/>
        <w:t>— Бери задаром! — Ромків голос пом'якшав.— Думаєш, я шкодую?</w:t>
      </w:r>
    </w:p>
    <w:p>
      <w:r>
        <w:br/>
        <w:t>— Відчепись! — із притиском сказав Сашко.</w:t>
      </w:r>
    </w:p>
    <w:p>
      <w:r>
        <w:br/>
        <w:t>Тоді Ромко забіг Сашкові наперед і хотів запхнути йому пиріг за пазуху, але той різко відхилився вбік.</w:t>
      </w:r>
    </w:p>
    <w:p>
      <w:r>
        <w:br/>
        <w:t>Зупинившись, Ромко гукнув:</w:t>
      </w:r>
    </w:p>
    <w:p>
      <w:r>
        <w:br/>
        <w:t>— Візьми, чуєш? Пиріг із пасльоном. Ти ще не знаєш, який він солодкий!</w:t>
      </w:r>
    </w:p>
    <w:p>
      <w:r>
        <w:br/>
        <w:t>Але Сашко простував далі.</w:t>
      </w:r>
    </w:p>
    <w:p>
      <w:r>
        <w:br/>
        <w:t>Ромкові стало прикро до сліз.</w:t>
      </w:r>
    </w:p>
    <w:p>
      <w:r>
        <w:br/>
        <w:t>— Я його все одно назад не понесу,— кричав він Сашкові у спину.— То твій, чуєш? — до Ромкового горла підступав якийсь давкий клубок. — Дивись, я його отут кладу. Чуєш? — він поклав пиріг на траву й рушив до свого подвір'я.</w:t>
      </w:r>
    </w:p>
    <w:p>
      <w:r>
        <w:br/>
        <w:t>Толик і Дмитрик, що хутко впорались із своїми пирогами, стояли біля колодязя й зацікавлено спостерігали за своїми друзями.</w:t>
      </w:r>
    </w:p>
    <w:p>
      <w:r>
        <w:br/>
        <w:t>Ромко озирнувся назад.</w:t>
      </w:r>
    </w:p>
    <w:p>
      <w:r>
        <w:br/>
        <w:t>Сашко вперто віддалявся, не оглядаючись. А між ними білів на траві пиріг, начинений пасльоном.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Пиріг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