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Пірат</w:t>
      </w:r>
    </w:p>
    <w:p>
      <w:r>
        <w:br/>
        <w:t xml:space="preserve"> Пірат — це вівчарка,&lt;br /&gt;</w:t>
        <w:br/>
        <w:t>Розумна й завзята...&lt;br /&gt;</w:t>
        <w:br/>
        <w:t>Три роки&lt;br /&gt;</w:t>
        <w:br/>
        <w:t>Ростив і глядів я&lt;br /&gt;</w:t>
        <w:br/>
        <w:t>Пірата.</w:t>
      </w:r>
    </w:p>
    <w:p>
      <w:r>
        <w:br/>
        <w:t>Ростив не для себе —&lt;br /&gt;</w:t>
        <w:br/>
        <w:t>Ростив для держави:&lt;br /&gt;</w:t>
        <w:br/>
        <w:t>Сьогодні Пірат&lt;br /&gt;</w:t>
        <w:br/>
        <w:t>Від'їздить до застави...</w:t>
      </w:r>
    </w:p>
    <w:p>
      <w:r>
        <w:br/>
        <w:t>...В далеку дорогу,&lt;br /&gt;</w:t>
        <w:br/>
        <w:t>У путь невідому&lt;br /&gt;</w:t>
        <w:br/>
        <w:t>Пірата свого&lt;br /&gt;</w:t>
        <w:br/>
        <w:t>Виряджав я із дому.</w:t>
      </w:r>
    </w:p>
    <w:p>
      <w:r>
        <w:br/>
        <w:t>Майна у собаки&lt;br /&gt;</w:t>
        <w:br/>
        <w:t>Було небагато:&lt;br /&gt;</w:t>
        <w:br/>
        <w:t>Медалі,&lt;br /&gt;</w:t>
        <w:br/>
        <w:t>Намордник —&lt;br /&gt;</w:t>
        <w:br/>
        <w:t>Всі речі Пірата...</w:t>
      </w:r>
    </w:p>
    <w:p>
      <w:r>
        <w:br/>
        <w:t>Весь час на вокзалі&lt;br /&gt;</w:t>
        <w:br/>
        <w:t>Скавчав він в тривозі:&lt;br /&gt;</w:t>
        <w:br/>
        <w:t>Лякали собаку&lt;br /&gt;</w:t>
        <w:br/>
        <w:t>Гудки тепловозів.</w:t>
      </w:r>
    </w:p>
    <w:p>
      <w:r>
        <w:br/>
        <w:t>Були в нього очі&lt;br /&gt;</w:t>
        <w:br/>
        <w:t>Такі сумовиті,&lt;br /&gt;</w:t>
        <w:br/>
        <w:t>Немов промовляли:&lt;br /&gt;</w:t>
        <w:br/>
        <w:t>"Де ж дружба на світі?&lt;br /&gt;</w:t>
        <w:br/>
        <w:t>Куди ти мене віддаєш?&lt;br /&gt;</w:t>
        <w:br/>
        <w:t>Це ж — нечесно!"</w:t>
      </w:r>
    </w:p>
    <w:p>
      <w:r>
        <w:br/>
        <w:t>Пірате,&lt;br /&gt;</w:t>
        <w:br/>
        <w:t>Тварино моя безсловесна!&lt;br /&gt;</w:t>
        <w:br/>
        <w:t>Чекає тебе&lt;br /&gt;</w:t>
        <w:br/>
        <w:t>Прикордонна застава!&lt;br /&gt;</w:t>
        <w:br/>
        <w:t>Життя твоє буде&lt;br /&gt;</w:t>
        <w:br/>
        <w:t>Цікаве-цікаве:</w:t>
      </w:r>
    </w:p>
    <w:p>
      <w:r>
        <w:br/>
        <w:t>Ти будеш з бійцями&lt;br /&gt;</w:t>
        <w:br/>
        <w:t>В дозорі стояти.&lt;br /&gt;</w:t>
        <w:br/>
        <w:t>Ти зловиш колись&lt;br /&gt;</w:t>
        <w:br/>
        <w:t>Диверсанта, Пірате!</w:t>
      </w:r>
    </w:p>
    <w:p>
      <w:r>
        <w:br/>
        <w:t>Прощаймося ж, друже!..&lt;br /&gt;</w:t>
        <w:br/>
        <w:t>На довгу розлуку&lt;br /&gt;</w:t>
        <w:br/>
        <w:t>Давай мені лапу,&lt;br /&gt;</w:t>
        <w:br/>
        <w:t>А я тобі — руку!..</w:t>
      </w:r>
    </w:p>
    <w:p>
      <w:r>
        <w:br/>
        <w:t>...Поїхав Пірат&lt;br /&gt;</w:t>
        <w:br/>
        <w:t>Із бійцем у вагоні...&lt;br /&gt;</w:t>
        <w:br/>
        <w:t>Я довго стояв&lt;br /&gt;</w:t>
        <w:br/>
        <w:t>В самоті на пероні.&lt;br /&gt;</w:t>
        <w:br/>
        <w:t>А потім в мовчанні&lt;br /&gt;</w:t>
        <w:br/>
        <w:t>Вернувся до хати...&lt;br /&gt;</w:t>
        <w:br/>
        <w:t>Зустрів мене вдома&lt;br /&gt;</w:t>
        <w:br/>
        <w:t>Мій котик вусатий;&lt;br /&gt;</w:t>
        <w:br/>
        <w:t>Мій щиглик у клітці&lt;br /&gt;</w:t>
        <w:br/>
        <w:t>Піснями залився...</w:t>
      </w:r>
    </w:p>
    <w:p>
      <w:r>
        <w:br/>
        <w:t>Присів я до столу,&lt;br /&gt;</w:t>
        <w:br/>
        <w:t>Присів — зажурився:</w:t>
      </w:r>
    </w:p>
    <w:p>
      <w:r>
        <w:br/>
        <w:t>Я бачу і досі&lt;br /&gt;</w:t>
        <w:br/>
        <w:t>Піратові очі.&lt;br /&gt;</w:t>
        <w:br/>
        <w:t>З котом я не граю&lt;br /&gt;</w:t>
        <w:br/>
        <w:t>І птаха не хочу:&lt;br /&gt;</w:t>
        <w:br/>
        <w:t>Нема мені втіхи&lt;br /&gt;</w:t>
        <w:br/>
        <w:t>Ні з тим, ані з другим...</w:t>
      </w:r>
    </w:p>
    <w:p>
      <w:r>
        <w:br/>
        <w:t>Я знаю тепер,&lt;br /&gt;</w:t>
        <w:br/>
        <w:t>Як прощатися з другом!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