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Пилинки-пустунки</w:t>
      </w:r>
    </w:p>
    <w:p>
      <w:r>
        <w:br/>
        <w:t xml:space="preserve"> &lt;p&gt;– Мня-ау! – сказав Кіт, з огидою оглядаючи свої лапки. – Знову митися доведеться – скільки на підлозі пилюки... Чому цього пилу завжди так багато?</w:t>
      </w:r>
    </w:p>
    <w:p>
      <w:r>
        <w:br/>
        <w:t>&amp;#8195; – Чим нас більше – тим веселіше жити, – відповіли йому Пилинки.</w:t>
      </w:r>
    </w:p>
    <w:p>
      <w:r>
        <w:br/>
        <w:t>&amp;#8195; Вони зіскочили з сонячного Промінчика й затанцювали гопака.</w:t>
      </w:r>
    </w:p>
    <w:p>
      <w:r>
        <w:br/>
        <w:t>&amp;#8195; – Який жах! – поскаржився Кактус. – Ці Пилинки такі невгамовні, такі метушливі, що у мене від їх витівок у носі свербить.</w:t>
      </w:r>
    </w:p>
    <w:p>
      <w:r>
        <w:br/>
        <w:t>&amp;#8195; – Будемо гратися? – шурхнув Вітерець, зазираючи у кімнату. І, не дочекавшись відповіді, підкинув Пилинки вгору, до стелі.</w:t>
      </w:r>
    </w:p>
    <w:p>
      <w:r>
        <w:br/>
        <w:t>&amp;#8195; – Пчхі-і-і! – чхнула Люстра. – Дзинь-дзяк! – затріпотіли, вдаряючи товстобоку Лампочку, дрібненькі кришталики.</w:t>
      </w:r>
    </w:p>
    <w:p>
      <w:r>
        <w:br/>
        <w:t>&amp;#8195; – Яка вона гладенька, лискуча! – раділи Пилинки, вкриваючи Лампочку суцільним сірим шаром.</w:t>
      </w:r>
    </w:p>
    <w:p>
      <w:r>
        <w:br/>
        <w:t>&amp;#8195; – Відчепіться! – зайшлася криком Лампочка, намагаючись позбутися пройдисвіток, зігнати їх зі своєї, колись прозорої, шкіри.</w:t>
      </w:r>
    </w:p>
    <w:p>
      <w:r>
        <w:br/>
        <w:t>&amp;#8195; – Знову цей пил... – зітхнула Мама й дістала Пилосос.</w:t>
      </w:r>
    </w:p>
    <w:p>
      <w:r>
        <w:br/>
        <w:t>&amp;#8195; До кімнати увійшов Хлопчик.</w:t>
      </w:r>
    </w:p>
    <w:p>
      <w:r>
        <w:br/>
        <w:t>&amp;#8195; – Допоможи мені прибирати, синку, – попрохала Мама. – Інакше я не встигну приготувати обід.</w:t>
      </w:r>
    </w:p>
    <w:p>
      <w:r>
        <w:br/>
        <w:t>&amp;#8195; – Ми з Пилососом давні друзі, тому охоче попрацюємо разом, – погодився Хлопчик й увімкнув Пилосос.</w:t>
      </w:r>
    </w:p>
    <w:p>
      <w:r>
        <w:br/>
        <w:t>&amp;#8195; Намагаючись перекричати басовите гудіння, Хлопчик заспівав бадьору пісеньку.</w:t>
      </w:r>
    </w:p>
    <w:p>
      <w:r>
        <w:br/>
        <w:t>&amp;#8195; – Треба тікати звідси, – вирішив Кіт. – Цей гамір заважає мені відпочивати.</w:t>
      </w:r>
    </w:p>
    <w:p>
      <w:r>
        <w:br/>
        <w:t>&amp;#8195; І, помахуючи хвостом, він велично покрокував до кухні, намагаючись опинитися подалі від надокучливого залізного звіра й поближче до улюблених смачних котлет.</w:t>
      </w:r>
    </w:p>
    <w:p>
      <w:r>
        <w:br/>
        <w:t>&amp;#8195; Саме у цей час Пилосос вправно тицяв довгий ніс у найдальші закутки.</w:t>
      </w:r>
    </w:p>
    <w:p>
      <w:r>
        <w:br/>
        <w:t>&amp;#8195; – Де ви, рідненькі? Куди заховалися? – пахкав він, підстрибуючи спересердя.</w:t>
      </w:r>
    </w:p>
    <w:p>
      <w:r>
        <w:br/>
        <w:t>&amp;#8195; Пилинки задоволено реготали й перелітали з місця на місце.</w:t>
      </w:r>
    </w:p>
    <w:p>
      <w:r>
        <w:br/>
        <w:t>&amp;#8195; – Знову бешкетувати? – розлютився Пилосос. – Ото я вас... Зупиніться! Від мене вам не втекти! Все одно, спіймаю та з’їм!</w:t>
      </w:r>
    </w:p>
    <w:p>
      <w:r>
        <w:br/>
        <w:t>&amp;#8195; – Горлаєш, аж на десятій вулиці чути, – дражнилися Пилинки. – Ми на книжковій шафі. Хіба не бачиш?</w:t>
      </w:r>
    </w:p>
    <w:p>
      <w:r>
        <w:br/>
        <w:t>&amp;#8195; – Ні, ми тут! – гаморили з карниза інші.</w:t>
      </w:r>
    </w:p>
    <w:p>
      <w:r>
        <w:br/>
        <w:t>&amp;#8195; – На нас подивися! – кричали Пилинки, які мешкали у скляній вазі.</w:t>
      </w:r>
    </w:p>
    <w:p>
      <w:r>
        <w:br/>
        <w:t>&amp;#8195; – Стривайте, дурненькі, почекайте на мене! – ревів Пилосос.</w:t>
      </w:r>
    </w:p>
    <w:p>
      <w:r>
        <w:br/>
        <w:t>&amp;#8195; – Ти вже прибрав, синку? – поцікавилася Мама, яка вже не тільки приготувала обід, але й розклала посуд.</w:t>
      </w:r>
    </w:p>
    <w:p>
      <w:r>
        <w:br/>
        <w:t>&amp;#8195; – Ні-і! Ці Пилинки хитрі, вони від нас ховаються, – в один голос поскаржилися Хлопчик та Пилосос.</w:t>
      </w:r>
    </w:p>
    <w:p>
      <w:r>
        <w:br/>
        <w:t>&amp;#8195; – Нічого, – заспокійливо посміхнулася Мама. – От я навчу вас, що робити. Треба спочатку у цьому напрямку, а потім у зворотному – так, так і так! – і Мама швидко повела щіткою спочатку в один бік, а потім в інший. Потім вона взяла спеціальну серветку і протерла нею стіл та шафу.</w:t>
      </w:r>
    </w:p>
    <w:p>
      <w:r>
        <w:br/>
        <w:t>&amp;#8195; – Спіймалися, голубоньки, – радів Пилосос, ковтаючи Пилинок, які спохмурніли і більше не хихотіли.</w:t>
      </w:r>
    </w:p>
    <w:p>
      <w:r>
        <w:br/>
        <w:t>&amp;#8195; – Ми будемо сумувати у темряві, – схлипували деякі Пилинки, зникаючи у залізному тілі Пилососа.</w:t>
      </w:r>
    </w:p>
    <w:p>
      <w:r>
        <w:br/>
        <w:t>&amp;#8195; – До побачення! – бурмотіли інші. – Ми ще зустрінемось з вами, і тоді...</w:t>
      </w:r>
    </w:p>
    <w:p>
      <w:r>
        <w:br/>
        <w:t>&amp;#8195; – Мняв! Як охайно стало навкруги! – радів Кіт, вмощуючись на канапі.</w:t>
      </w:r>
    </w:p>
    <w:p>
      <w:r>
        <w:br/>
        <w:t>&amp;#8195; – Як легко дихати! І в носі не свербить! – підтримав його Кактус.</w:t>
      </w:r>
    </w:p>
    <w:p>
      <w:r>
        <w:br/>
        <w:t>&amp;#8195; – Боротьба була важкою, але ми перемогли! – заплескав у долоні Хлопчик.</w:t>
      </w:r>
    </w:p>
    <w:p>
      <w:r>
        <w:br/>
        <w:t>&amp;#8195; – Ходімо обідати, герою. Тільки руки спочатку помий, – нагадала Мама.</w:t>
      </w:r>
    </w:p>
    <w:p>
      <w:r>
        <w:br/>
        <w:t>&amp;#8195; Зазирнувши у вікно, нові Пилинки перелякано сахалися. "Чому в кімнаті немає жодної нашої родички? – тривожилися вони. – Щось тут не так. Підемо шукати інший притулок". І летіли далі, обминаючи чисту кімнату.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Пилинки-пустунки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