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Пігмаліон</w:t>
      </w:r>
    </w:p>
    <w:p>
      <w:r>
        <w:br/>
        <w:t xml:space="preserve"> &lt;p&gt;Відтепер він голився двічі на день: ранком, коли сходив у майстерню, та увечері, по роботі, і то тільки для того, щоб зайвий раз з безжальною і трохи нарочитою одвертістю нагадати собі, що він старіє. Чіпким, точним зором фахівця Майстер Пігмаліон обмацував своє обличчя в дзеркалі і помічав найтонші зморшки біля очей, зібгану шкіру од широко розкриленого носа до підборіддя, підозріло високе чоло, що, здавалося, вищало з кожним днем (острівок чубка обступали білі серпи залисин), і очі, в яких уже давно не світилося колишнє молодече завзяття, а тільки віддзеркалювалася меланхолійно ніжна, як рання сивина, втома. І чим довше вдивлявся Майстер у своє обличчя, тим чужішало воно, бо ще ніби вчора уявлявся собі молодим, трохи не юнацького віку: поріг між юністю й зрілістю він переступив непомітно, безболісно, навіть не розгледівши його крізь вуаль, що зіткав довкола себе із витворів уяви та хисту.</w:t>
      </w:r>
    </w:p>
    <w:p>
      <w:r>
        <w:br/>
        <w:t>Тим болючіше було усвідомити раптом, що він уже не молодий, що невблаганно старіє.</w:t>
      </w:r>
    </w:p>
    <w:p>
      <w:r>
        <w:br/>
        <w:t>А позаду, здавалося, нічого нема, окрім ясного миттєвого спалаху, який зветься дитинством, та кількох тисяч роботів довкола, в блакитній оазі серед вічної пустелі, роботів, кожен з яких носить обличчя, виліплене ним, Великим Майстром.</w:t>
      </w:r>
    </w:p>
    <w:p>
      <w:r>
        <w:br/>
        <w:t>Особливо гнітили його вечори. Пігмаліон прокидався після роботи, наче після сну з прекрасними кольоровими видіннями, піднімався до себе, з'їдав приготовлений роботом обід і виходив на терасу. Троє сонць (він усе ще за земною звичкою називав їх сонцями), ясніючи, наче три старовинні бронзові щити, золотистий, оранжевий і ніжно-зелений, — одне по одному пірнали за розмитий маревом обрій; але небо, сухе й шорстке, позбавлене лагідної земної глибини, вбиралося в багатобарвний веселковий серпанок, переливалося й полум'яніло. Жовте люстро слюдянистих пісків довкола оази, де на крихітнім клаптикові існував створений ним, Великим Майстром, світ, віддзеркалювало барви неба, геть розбовтуючи їх і пропонуючи Майстрові химерний коктейль із кольорів у плоскодонній, зі стрімко вигнутими краями піалі.</w:t>
      </w:r>
    </w:p>
    <w:p>
      <w:r>
        <w:br/>
        <w:t>Замолоду він щовечора, сидячи в кріслі на терасі, пив той коктейль кольорів і завжди відчував спрагу. А зараз дивився довкола сухими, байдужими очима.</w:t>
      </w:r>
    </w:p>
    <w:p>
      <w:r>
        <w:br/>
        <w:t>Відтак наставала мить, якої Пігмаліон боявся тепер найбільше. Прохолодний вітрець, який віяв од океану, що по той бік пустелі, раптом влягався; натомість сутінки, провісники білої і задушливої ночі, скрадалися по барханах і пустелях, і вимурувані його роботами будинки, і рівна, присмалена долоня космодрому по той бік селища, на узгір'ї, і блакитно-зелений парк унизу, довкола вілли Майстра, парк, де кожне дерево, кожна квітка і кожна бадилина були витворені його, Майстра, уявою та руками за літа, що збігли, як збігає з гірських озер вода, потроху розмиваючи греблю,— все довкола неживе, штучне, синтетичне (бо з живого у цій барвистій піалі був лише він, Пігмаліон) щедро видихувало настояну за довгий тутешній день на сяєві трьох сонць суху, млосну гарячінь, і те жалке дихання потроху роз'ятрювало, наструнювало кожен його нерв, аж поки груди Майстра не починало судомити од безпричинного жалю та смутку. Виснажений тим вогнем, він ішов з тераси у вітальню, сідав до телевідеофонів і дзвонив напівзабутим і зовсім забутим знайомим по усіх поселеннях барвистої планети за тисячі й десятки тисяч кілометрів од його експериментального селища. Але крізь мертве скло екрана проступали такі ж мертві, дивовижно симетричні, бездарно правильні лиця конвейерних роботів. Було літо, час відпусток, люди роз'їхалися по островах в океані або полетіли на далеку, усе ще манливу Землю.</w:t>
      </w:r>
    </w:p>
    <w:p>
      <w:r>
        <w:br/>
        <w:t>Втім, коли хто відгукувався на дзвінок, Майстрові після розмови робилося ще сумніше. Знайомі жили чужим і дикуватим, як на його погляд, життям, сенс якого він давно перестав розуміти, і Майстер не мав чого їм сказати, окрім ввічливих привітань та банальних загальностей, що од них його аж нудило. І Пігмаліон, нудьгуючи вечорами за живим людським голосом, все частіше вмикав службу часу планети і слухав дикторку, яка монотонно сповіщала про неспинний плин годин, хвилин та секунд.</w:t>
      </w:r>
    </w:p>
    <w:p>
      <w:r>
        <w:br/>
        <w:t>Цей голос повертав Майстра до життя.</w:t>
      </w:r>
    </w:p>
    <w:p>
      <w:r>
        <w:br/>
        <w:t>Він повільно сходив униз та йшов парком і вулицями селища; зустрічні роботи, вільні од нічної зміни у шахтах, прогулювалися по тих же вуличках та алеях парами й поодинці; вони чемно віталися до нього і вбиралися в усмішки, які придумав для них він, Великий Майстер; роботи були прекрасно складені, навіть вродливі, і кожен з них мав власне, неповторне обличчя, і це було геніально – придумати стільки облич, які не повторюються, це страшенно тішило Пігмаліона. Але тепер, дещо несподівано для себе, він став помічати, що насправді крізь тисячі витворених ним облич а роками починає проступати одне і те ж старіюче обличчя — обличчя Пігмаліона, обличчя, яке він зараз майже ненавидів.</w:t>
      </w:r>
    </w:p>
    <w:p>
      <w:r>
        <w:br/>
        <w:t>Він проходив крізь своє селище, наче голка без нитки крізь шитво, нічого не залишаючи по собі, бо його роботи не мали емоцій, а відтак і емоційної пам'яті, це була категорична вимога Вченої Ради Землі, яка дозволяла йому цей великий експеримент; механічний мозок вмикався лише тоді, коли Майстер потрапляв у їхнє зорове поле; тоді на їхніх обличчях з'являється запрограмований ним усміх. Але за хвилю, тільки-но Пігмаліон проминав роботів, вони уже не пам'ятали Майстра і не думали про нього, як і ні про що взагалі не думали, ковзаючи ним, Майстром, створеними очима по барвистих переливах неба чи побожно принюхуючись до ним же створених квітів у парку, квітів, які пахли розпареною трьома сонцями гумою, пластиком і синтетичними фарбами.</w:t>
      </w:r>
    </w:p>
    <w:p>
      <w:r>
        <w:br/>
        <w:t>Він проходив крізь селище і піднімався на узгір'я, де на краю космодрому стояла склеєна роботами за його проектом із скла та кольорових пластмас кав'яренька, диво новітньої архітектури, як і все, за що він брався; хоч диво це не було кому поцінувати, бо навіть земними ракетами зараз кермували запрограмовані роботи, в головах яких не було нічого, окрім карт Галактики, правил космічного руху і схем основних вузлів корабля. Поки Пігмаліонові роботи розвантажували та навантажували ракету, вони, жонглюючи цифрами і технічними термінами, випивали по кілька чашок кави і завченою низкою, по старшинству, вертали на космодром. Це була його примха — забавкова кав'яренька, коли він уперше відчув, що старіє, що страшно нудить самотою і вечорами йому треба кудись іти, будь-куди, аби лише мати ілюзію руху; насправді ж йому не було куди йти — і в кав'ярні, як і в цілім всесвіті, на нього ніхто не ждав, навіть вона, Галатея, бо Галатея теж була тільки ним сотворений робот, але з геніально вродливим обличчям.</w:t>
      </w:r>
    </w:p>
    <w:p>
      <w:r>
        <w:br/>
        <w:t>Зачувши його ходу, Галатея зустрічала Майстра посередині зали, залитої мерехтливим сяєвом бузково-білої ночі, бо кав'ярня не мала штучного освітлення, вона живилася світлом, що лилося згори крізь сферичну скляну баню. Галатея опускала очі і згинала в колінах ноги, ледь-ледь піднявши граційним жестом поділ по-старо-світському довгої сукні. Майстер бачив такий уклін у давніх фільмах і подарував його Галатеї. Підійшовши до свого творіння, Пігмаліон тремтячими пальцями пробігав по її божевільно гарному обличчі і відсмикував руку, ледве діткнувшись мертвого холоду еластичної гуми.</w:t>
      </w:r>
    </w:p>
    <w:p>
      <w:r>
        <w:br/>
        <w:t>Чашечку кави,— глухо казав Майстер і сідав за крайній столик біля скляної стіни, а вона, дивовижно струнка та граційна, звично приносила йому на старовинній срібній таці каву, що парувала, і довга легка сукня гойдалася на ній, наче дзвін, і од того подзвону серце його голосно і боляче калатало.</w:t>
      </w:r>
    </w:p>
    <w:p>
      <w:r>
        <w:br/>
        <w:t>Вона вмикала музику, і під сферичним дахом кав'ярні пливли напрочуд мелодійні, ніжні і тужні пісні народу, якого вже давно не було у всесвіті, бо Галактика знала тепер лише землян, лише людей, але кров якого все ще стугоніла у скронях Майстра, як стугонить у металевих чи пластмасових трубах підземна ріка, відведена вправними інженерами з-під міста. Потім Галатея сідала навпроти Майстра, і він милувався її світлим, сповненим глибокої внутрішньої гідності, туги й приваби обличчям, як різьбяр милується власною скульптурою, хоч то й не був лише його витвір, бо, ліплячи це обличчя в гарячкові години натхнення, Пігмаліон мав перед собою відбиток із прадавньої парусини, мальованої народом, чиї пісні його так зворушували.</w:t>
      </w:r>
    </w:p>
    <w:p>
      <w:r>
        <w:br/>
        <w:t>А за скляною стіною, і довкола, і вгорі, підсвічена барханами та небозводом, де все ще вирували прижухлі відблиски оранжевого, золотистого і зеленого сонць, німувала застигла нерухома каламуть літньої ночі. І недавній смуток та жаль за чимось значнішим, праведнішим, що існувало десь поза ним і чого він не звідав, та вже ніколи й не звідає, знову тихо скрапував у душу Пігмаліона, і він знову почувався комашкою, ув'язненою мільйони років тому в ясно-синьому смарагдовому кристалі і тепер виставленою в присмерковім залі геологічного музею...</w:t>
      </w:r>
    </w:p>
    <w:p>
      <w:r>
        <w:br/>
        <w:t>Подеколи з пустелі на блакитних гравітаційних крилах прилітав стрункий, вродливий, наче міфічний молодий бог, бородань. Він залишав крила біля ґанку, і вони синювато леліли за склом, наче крила африканського опівнічного метелика, а сам заходив до кав'ярні, кивав Майстрові і просив у Галатеї чашечку кави. І Галатея так само граційно, як і до Майстра, підходила до цього зайди, що, не приховуючи, милувався її прекрасним обличчям, і сукня так само видзвонювала на її ідеально-стрункій поставі. Майстер по-смішному ревнував власне творіння до зухвалої молодості, сили та вроди бороданя і поскоріше замовляв другу чашечку кави, аби Галатея сіла до його столу і дивилася тільки на нього, Великого Майстра. З бороданем Пігмаліон досі як слід не зазнайомився, хоч зустрічав його в цій пустелі уже близько року. Попри все, він був холодний та байдужий до людей, хоч і страждав од самотності. Тільки за першої зустрічі Майстер з обов'язку перед настановами Вченої Ради, яка неохоче дозволила йому цей нечуваний експеримент, експеримент творця, бога, Всевишнього — сотворити серед пустелі замкнену в собі модель цивілізації,— поспитав бородатого зайду, хто він, і бородань відповів йому аж надто стисло:</w:t>
      </w:r>
    </w:p>
    <w:p>
      <w:r>
        <w:br/>
        <w:t>— Ніхто...</w:t>
      </w:r>
    </w:p>
    <w:p>
      <w:r>
        <w:br/>
        <w:t>Майстер вдовольнився і з тої відповіді, аби не виглядати смішним та старосвітським, присікуючись до людини, яка має за ліпше жити в пустелі, а не на гамірливій, перенаселеній Землі чи в людськім поселенні на одній із планет Галактики серед раціональних і непробудно оптимістичних завойовників всесвіту. Втім, зайда і справді був ніхто, химерний уламок могутньої цивілізації, якому ніколи не сотворити світу, що його сотворив у богоподібнім вибухові натхнення він, Великий Майстер Пігмаліон...</w:t>
      </w:r>
    </w:p>
    <w:p>
      <w:r>
        <w:br/>
        <w:t>Ця божевільна думка запульсувала в мозкові Майстра одного такого вечора, коли гарячі сутінки, млість і туга за незвіданим напливали з пустелі, билися об його терасу, перекочувалися великими хвилями через Пігмаліона, і вже не було чим дихати. Він довго опирався цій ідеї, але якось увечері наказав Галатеї з'явитися в майстерню, і вона зайшла тихою, граційною ходою; очі мадонни, богоматері дивилися крізь Майстра, бо вона не навчена була відчувати. Майстер наказав їй роздягатися, і вона слухняно роздяглася, відкривши своє прекрасне, виліплене чутливими пальцями Великого Майстра тіло з рожевими сосками на півкулях грудей і каштановим трикутником між струнких стегон; і він наказав Галатеї лягти на операційний стіл, і вона лягла, і Пігмаліон схилився над нею і вимкнув її, як вимикав телевізор, електробритву чи магнітофон. І Галатея лежала перед ним, нерухома та безголоса, як лялька, в якій поламалася пружина, і її вії уже не тремтіли, як тремтять шовкові фіранки на вікнах його майстерні, коли вітер приносить з далекого океану через піски пустелі запах солоних хвиль. Тепер вона була мертвіша, ніж будь-коли, навіть до свого сотворіння, бо тоді вона уже існувала в уяві Майстра.</w:t>
      </w:r>
    </w:p>
    <w:p>
      <w:r>
        <w:br/>
        <w:t>І настали найщасливіші дні Майстра, шість днів творіння, в які він почувався богом.</w:t>
      </w:r>
    </w:p>
    <w:p>
      <w:r>
        <w:br/>
        <w:t>Тепер Майстер знову, стомившись, любив заходити до телекімнати, що було спротивіла йому.</w:t>
      </w:r>
    </w:p>
    <w:p>
      <w:r>
        <w:br/>
        <w:t>Відчувши, що думка й уява ходять по колу, наче воли на древньоєгипетській фресці, він тікав з майстерні, падав у крісло і вмикав водночас усі чотири програми, що їх транслювала в космос Земля. Стіни телезали наливалися зеленкувато-срібним світлом, відтак крізь те марево проступали барвисті пасмуги, що зав'язувалися у все тугіші вузли, і шум міських залюднених вулиць, шепіт трав у степових заповідниках, лемент пташиних базарів на островах, крики породіль і перші схлипи новонароджених впливали до кімнати; Земля транслювала у космос лише саму себе, таку, якою вона е зараз, цієї миті, транслювала для таких, як він, закинутих у галактичне безмежжя, аби її далекі діти почувалися менш самотніми. На одному з екранів над сонним містом сходило земне сонце, а на протилежній стіні залите електричними вогнями вечірнє місто вирувало, молодята блукали в парках, хлопчаки і дівчата витанцьовували на майданчиках та в кав'ярнях під клекіт оркестрів, і крупним планом за столиком кав'ярні — двійко молодят, він і вона, а літ їм — по сімнадцять, і сиділи вони, поклавши руки на плечі одне одному, а потім він пробіг пальцями по її щоці, по коротко стриженому, під хлопчика, волоссі, полоскотав за вухом і знову поклав руку їй на плече, худе, вугласте плече, яке ще не налилося зрілою жіночою повнотою, а на естраді танцювали вільно й легко, ніби пливли в пінистому потічку музики, а він стояв на дні потоку і заздро дивився на гнучкі юні постаті, що ширяють над ним. Двійко молодят за крайнім столиком цілувалися, і пальці їхніх рук переплітались, як переплітається трава в лузі чи очерет у березі.</w:t>
      </w:r>
    </w:p>
    <w:p>
      <w:r>
        <w:br/>
        <w:t>Пігмаліонові знову закортіло туди, на Землю, він постарався бодай на мить забути свою торішню поїздку, і враз здалося, що на нього теж хтось чекає в цих кам'яних пічках, де замість вугілля палахкотять одвічні людські пристрасті. Але насправді ніхто не ждав Майстра на Землі, і минулого літа він сповна усвідомив цю сумну істину. Він бродив зеленими вечірніми вулицями, між машин та людей, між столиків у літніх кав'ярнях, між вітрин, реклам, шелесту листя і шелесту голосів, і все навколо було таке, як і сьогодні на цім оманливім екрані, але все те було не для нього. Пігмаліон і до цієї подорожі розумів, що, заповнений по вінця самим собою і своєю творчістю, він не навчився, як того вимагав узвичаєний людський побут, спілкуватися з людьми. Він не вмів легко, як інші, переступити поріг між собою й іншою особистістю і страждав од цього, сидячи на парапеті між тротуаром та вулицею, на гамірному міському перехресті, і людський потік перекочувався через Майстра, як вода через гранітний кругляк, що тисячоліттями лежить на дні ріки і геть обріс зеленим слизом.</w:t>
      </w:r>
    </w:p>
    <w:p>
      <w:r>
        <w:br/>
        <w:t>Ніколи ще не почувався він таким старим та самотнім, як торік у місті, повному людей.</w:t>
      </w:r>
    </w:p>
    <w:p>
      <w:r>
        <w:br/>
        <w:t>Дівчина літ вісімнадцяти у короткій блакитній сукні і білій блузці пробиралася крізь натовп до парапету і зупинилася неподалік Майстра. Серце Пігмаліона затріпотіло, наче тої миті, коли дізнався, що йому дозволено його великий експеримент; він гарячково підшуковував у пам'яті слова, які личили б до цього випадку — він майже вірив, що дівчина теж самотня і сама доля, змилостивившись, послала її Майстрові. Але слова вихопилися дурні, банальні, бо те, що для іншого було звичайно, з вуст Пігмаліона звучало неприродно і ницо. Він ждав, перестраханий, що дівчина, уникаючи недолугих залицянь літнього чоловіка, пірне в натовп, але дівчина засміялася і спитала: "А ви тут справді самі?" — "Сам". — "Отак самі й сидите?" — стільки наївного, юного подиву було в її голосі, що Майстер засоромився, спробував боронитись. "Але ж і ви — самі. Хіба це так уже неприродно — бути самому?" — "Я – чекаю".— "Кого ж ви чекаєте?" — посмутнілим голосом запитав Пігмаліон. "Ось побачите". А до неї уже поспішав молодик із простуватим обличчям посередності, обличчям, від якого відмовився б найпримітивніший його робот, але дівча пішло за тим молодиком, навіть не озирнулося на Великого Майстра: Пігмаліон, дивакуватий чоловічок", що самотньо сидів на парапеті, вже не існував для неї. Він почувався богом, якого замуровано в гробниці, — Майстер кохався в давньоєгипетському мистецтві. Там були люди і боги, і боги були самотні, і їхні нерухомі, вибалушені очі випромінювали відчай.</w:t>
      </w:r>
    </w:p>
    <w:p>
      <w:r>
        <w:br/>
        <w:t>Він повернувся до готелю, вклався в ліжко і довго згадував ніч, задля якої, власне, й приїздив у це місто. Та давня ніч була така не схожа на сьогоднішню! Йому ще не було вісімнадцяти. Вони здибалися випадково на концерті й познайомилися, а потім блукали вулицями вечірнього міста, і в їхніх душах усе ще звучали мелодії великих композиторів минувшини, і кожне слово їхнє було повне глибокого смислу, а може, це йому тепер здається. А потім вони всю ніч просиділи в парку над рікою, і Пігмаліон віддав їй свого светра, бо ніч видалася холодна. Вона спала, поклавши голову з двома пругкими кісками йому на коліна, аж поки по той бік річки, з луків, не вигулькнуло сонце і небо стало схоже на небо його теперішньої планети. Вона випрасувала сукню в його студентській кімнатці і пішла від нього, не сказавши ні імені, ні адреси: домовилися, що він ждатиме на неї увечері біля парапету, на перехресті вулиць, де чекала па того простакуватого молодика дівчина в блакитній сукні. Він чекав трохи не все літо, чекав щовечора, але вона так і не прийшла і вже не прийде...</w:t>
      </w:r>
    </w:p>
    <w:p>
      <w:r>
        <w:br/>
        <w:t>Пігмаліон вимикав телеекрани, сходив у майстерню, клав руки з чутливими владними пальцями музики або різьбяра на її податливе лице, заплющував очі — і обличчя Галатеї під його пальцями мінялося. Це вже не було ідеально правильне, іконописне лице красуні-богоматері, це було лице, яке Пігмаліон бачив на своїх колінах тієї літньої ночі у мерехтливих світанкових відблисках, яке він цілував і пестив, обличчя, про яке він казав: "Ти така гарна..." — а вона посміхалася: "Де вже там гарна? Довгоноса, пащекувата. Як моя мама каже — на любителя..." Він клав руки на її плечі, груди, стегна, і все набирало природніших земних форм, бо вій творив зараз ту, котру любив...</w:t>
      </w:r>
    </w:p>
    <w:p>
      <w:r>
        <w:br/>
        <w:t>І настав день сьомий, коли Великий Майстер відійшов від операційного столу, сів на підвіконня, а по кількох хвилинах вона розплющила очі, уже не прозорі, безхмарні очі робота, а очі людини, бо вогонь свідомого життя жеврів у них. Галатея повела очима по кімнаті, побачила Майстра і усміхнулася; відтак побачила в люстрі на стелі себе, голу-голісіньку, схопилась на ноги і затулилася руками — це був інстинктивний рух Єви, її праматері, і Пігмаліон подивувався дивовижній схожості світу живого. Він засміявся і сказав піти за перегородку, де на неї чекало зіткане роботами за його, Майстра, малюнком вбрання.</w:t>
      </w:r>
    </w:p>
    <w:p>
      <w:r>
        <w:br/>
        <w:t>Коли вона одяглася і з'явилася перед його очі, Пігмаліон раптом подумав, що недаремно він стільки вечорів чекав на неї там, на перехресті міських вулиць,— вона ж таки прийшла до нього, хіба що трохи, літ на п'ятнадцять, запізнилася.</w:t>
      </w:r>
    </w:p>
    <w:p>
      <w:r>
        <w:br/>
        <w:t>Уперше Майстер сидів на терасі не сам.</w:t>
      </w:r>
    </w:p>
    <w:p>
      <w:r>
        <w:br/>
        <w:t>Було раннє надвечір'я, і од щедрості барв наморочилося в голові.</w:t>
      </w:r>
    </w:p>
    <w:p>
      <w:r>
        <w:br/>
        <w:t>— Це усе сотворив я, — він погордливо кивнув на селище серед пустині, на гумово-синтетичний сад, на юрми роботів у алеях, роботів, які старанно вдавали, ніби живуть. — Світ, який існує сам у собі і не має внутрішньої потреби спілкуватися з іншими світами. Але прийде час, люди стомляться жити,— Майстер висповідував найпотаємніше,— і тоді мій світ перекинеться на інші планети, де поки що живуть люди...</w:t>
      </w:r>
    </w:p>
    <w:p>
      <w:r>
        <w:br/>
        <w:t>— І це все сотворив ти? — вона показала на безкінечні бархани пустелі і на барвисту парасолю неба над пісками.</w:t>
      </w:r>
    </w:p>
    <w:p>
      <w:r>
        <w:br/>
        <w:t>— Ні, це не я, — холодно посміхнувся Майстер, вперше глянувши на сотворений ним світ сторонніми очима: він справді видавався таким крихітним порівняно з безмежжям всесвіту!</w:t>
      </w:r>
    </w:p>
    <w:p>
      <w:r>
        <w:br/>
        <w:t>— А хто ж сотворив усе це? — в голосі Галатеї забриніло щире захоплення.</w:t>
      </w:r>
    </w:p>
    <w:p>
      <w:r>
        <w:br/>
        <w:t>— Може, бог, — Пігмаліон саркастично скривив уста.</w:t>
      </w:r>
    </w:p>
    <w:p>
      <w:r>
        <w:br/>
        <w:t>— А бог — це як і ти, але більший?</w:t>
      </w:r>
    </w:p>
    <w:p>
      <w:r>
        <w:br/>
        <w:t>— Я сотворив тебе, чого не зумів зробити бог,— відповів Майстер.</w:t>
      </w:r>
    </w:p>
    <w:p>
      <w:r>
        <w:br/>
        <w:t>Вона опустилася на коліна і поцілувала йому руку.</w:t>
      </w:r>
    </w:p>
    <w:p>
      <w:r>
        <w:br/>
        <w:t>По кількох щасливих днях, піднявшись з майстерні, од своїх роботів, що в їхніх обличчях було тепер щось від нервово-вуглуватого виду Галатеї, на терасу, Майстер завмер, глибоко зворушений. Вбрана в ясно-синє плаття, вона сиділа в глибокім розлогім кріслі, склавши довгі і тонкі руки, наче крила, на колінах та дивилася, в бік космодрому, на краю якого жевріла у барвах надвечірніх сонць кав'ярня. Майстер спіймав її тривожний, заглиблений у себе погляд, ніби Галатея бродила в ці хвилини по краєчку далекого спогаду і боялася оступитись. Пігмаліон нечутно підійшов, поклав руку їй на плече. Галатея здригнулася.</w:t>
      </w:r>
    </w:p>
    <w:p>
      <w:r>
        <w:br/>
        <w:t>— Ти пам'ятаєш мене? — запитав з радісною непевністю в голосі.</w:t>
      </w:r>
    </w:p>
    <w:p>
      <w:r>
        <w:br/>
        <w:t>— Пам'ятаю... — Крізь її бліді щоки проступив рум'янець. — Тепер я пам'ятаю: ти прилітав до мене на блакитних крилах, у тебе була смішна борода і блискучі, іскристі очі...</w:t>
      </w:r>
    </w:p>
    <w:p>
      <w:r>
        <w:br/>
        <w:t>— Ти мене дивуєш, — рівним, сухуватим голосом сказав Майстер. — За моїми розрахунками ти, колишня, не мусила б мати пам'ять. Виявляється, ти й тоді була щасливим винятком серед роботів. Мозок моїх роботів — чистісінький аркуш паперу, на якім я пишу все, що мені заманеться написати.</w:t>
      </w:r>
    </w:p>
    <w:p>
      <w:r>
        <w:br/>
        <w:t>Приховуючи розпач, він опустився вниз і подзвонив головному роботові, аби вночі кав'ярню знесли, а на тім місці посадили пластмасовий сад, і хай на ранок сад цвіте. Тоді випив склянку вина, уперше за ці дні, відколи створив її, і вернувся на терасу. Але Галатеї на терасі не було. Кілька хвилин Майстер самотньо сидів у кріслі, як і тисячу вечорів до цього, і колишній страх перед присмерковими тінями пустелі скрадався до нього. Раптом він побачив на схилі пагорба, де стояла кав'ярня, ясно-синю постать Галатеї. Вона швидко піднімалася по доріжці, якою досі ходив лише він, Майстер. Пігмаліон схопився на ноги, метнувся з тераси і побіг селищем навздогінці за нею, не помічаючи здивованих роботів, що звично вклонялися йому вслід — на очах у роботів Майстер ніколи не поспішав.</w:t>
      </w:r>
    </w:p>
    <w:p>
      <w:r>
        <w:br/>
        <w:t>Він завжди був для них втіленням вищої сили, яка породила і їх, і все довкола, до останньої піщинки в пустелі.</w:t>
      </w:r>
    </w:p>
    <w:p>
      <w:r>
        <w:br/>
        <w:t>І все ж Пігмаліон запізнився. Він ще здаля побачив на тлі вечірнього неба по той бік скляної стіни блакитні крила зайди. Розпачливий гнів сколотнув його. Але Пігмаліон швидко отямився — будь-що, тільки не видатися смішним у нахабнуватих очах молодика. Зовні спокійний та розважливий, зайшов він до кав'ярні і навіть кивнув чужакові. Галатея і бородань сиділи за столиком одне дроти одного, наче ті двоє землян на телеекрані, і так само трималися за руки, і пальці їхніх рук перемовлялися між собою, як листя татарського зілля, коли в березі повіє вітер.</w:t>
      </w:r>
    </w:p>
    <w:p>
      <w:r>
        <w:br/>
        <w:t>Вона підвелася назустріч Пігмаліонові і опустила очі:</w:t>
      </w:r>
    </w:p>
    <w:p>
      <w:r>
        <w:br/>
        <w:t>— Це він, Майстре. Я так вдячна тобі, що ти мене сотворив і дав мені полюбити.</w:t>
      </w:r>
    </w:p>
    <w:p>
      <w:r>
        <w:br/>
        <w:t>Він сам запрограмував їй любов і вдячність!</w:t>
      </w:r>
    </w:p>
    <w:p>
      <w:r>
        <w:br/>
        <w:t>— Склянку вина, — сказав він, стенувши плечима, ніби це його ніяк не обходило, і сів за свій крайній, біля скляної стіни, столик.</w:t>
      </w:r>
    </w:p>
    <w:p>
      <w:r>
        <w:br/>
        <w:t>Галатея слухняно принесла вино і одразу ж вернулася до бороданя. Вони бачили зараз лише одне одного, і Майстер скоро почав сумніватися, чи він ще є тут, на краю сизувато-білої нічної пустелі, од якої його відділяла лише прозора скляна павутина. Найрозумніше було б підвестися і піти до себе на терасу, де так тихо й самотньо, де він наодинці із всесвітом, але не було мужності ступити перших півкроку. Почувався порожнім, як бувають порожні оболонки його пластмасових ляльок, коли ті оболонки зношуються і він дарує роботам обнову, а колишні їхні тіла виставляє в музеї масок.</w:t>
      </w:r>
    </w:p>
    <w:p>
      <w:r>
        <w:br/>
        <w:t>Великий Майстер з дивовижним спокоєм подумав, що це його останній вечір, бо все інше, що він мав, не варте було, щоб заради нього жити.</w:t>
      </w:r>
    </w:p>
    <w:p>
      <w:r>
        <w:br/>
        <w:t>Він почав пригадувати Землю і хвилини, коли почувався щасливим. Але на пам'ять спливало лише перехрестя, де він безнадійно чекав на неї; а ще — безсонна минулорічна ніч у задушливому готелі, ніч безжальних, дратівливих спогадів, ніч, коли він так і не зумів заснути і трохи не до ранку слухав шум міста за вікном. Шум поволі гаснув, тільки машини все ще проносилися вулицею, шерехтячи колесами об асфальт, а люди нарешті заснули. Він одягнувся і вийшов на вулицю...</w:t>
      </w:r>
    </w:p>
    <w:p>
      <w:r>
        <w:br/>
        <w:t>Майстер допив вино і дозволив собі озирнутися на них, але їх уже не було в кав'ярні; вони стояли по той бік скляної стіни, на бархані, і молодик, цей Ніхто, ладнав за спиною крила, а Галатея закохано стежила за кожним його рухом. Нарешті зайда одяг крила, повернувся до дівчини і взяв її на руки — дівчину, яку сотворив він, Великий Майстер! Вони плавно знялися в небо і попливли над білястими барханами в сизому мороці літньої ночі і розтанули, тільки у піднебессі, підсвічено далекими сонцями, ще раз прощально зблиснуло синім, наче океан, її плаття...</w:t>
      </w:r>
    </w:p>
    <w:p>
      <w:r>
        <w:br/>
        <w:t>А Пігмаліон сидів у порожній кав'ярні, ненавидячи себе за те, що досі живе, і несподівано знову пригадував торішню піч, коли він вийшов з готелю на таку ж пустельну, як піски за скляною стіною, вулицю. Після вечірньої колотнечі дивовижними здалися йому безлюдні міські магістралі, бульвари, сквери, двори. Здавалося, що шерхіт його черевиків об бруківку — то єдиний звук у сонному місті. Небо над будинками було незвично високе, сріблясто-біле, серп молодого місяця виблискував на краю крихітної сизуватої хмарки, що ніби була настромлена на його гострий ріг; світлофори самотньо переморгувалися па перехрестях червоними, золотистими і зеленими, як сонце на його планеті, очищами. Але за ними ніхто не стежив, зграї голубів паслися на чоластих, брукованих вулицях, де вдень було так тісно машинам. Рівне бузкове світло падало з неба, як падає літній дощ, висріблюючи шибки вікон, бані давніх соборів, листя тополь; і лише під деревами що тремтіли ніжні зеленкуваті присмерки. Майстер ішов навмання, куди очі бачили, і ритм його тихої розважливої ходи поволі брав гору над його нічним відчаєм, і думки Пігмаліона потроху світлішали, випогоджувалися, і давно вже душу його по сповнювала така задумлива, добра тиша.</w:t>
      </w:r>
    </w:p>
    <w:p>
      <w:r>
        <w:br/>
        <w:t>Того досвітку він зрозумів глибоку мудрість природи, яка після бурхливих пристрастей молодості дарувала людині роки спокійної замисленої ходи...</w:t>
      </w:r>
    </w:p>
    <w:p>
      <w:r>
        <w:br/>
        <w:t>1969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Пігмаліон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