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Підручник з філософії</w:t>
      </w:r>
    </w:p>
    <w:p>
      <w:r>
        <w:br/>
        <w:t xml:space="preserve"> &lt;p&gt;Значить, ага, категорії, окреме, загальне, пов’язано нерозривно, поглибимо наше уявлення, із теорії в практику, так, анімізм, що таке? анімізм, не знаю, цього не спитають, Спартак, феодально, на мануфактурах, союзі з селянством і, перехідний етап, ясно, волюнтаризм, на прикладі, заперечують, так, загальне і абс-, як? абсо-лютизують, кого, цікаво? ага, окремо, прикриваючись гаслами, ясно, з гуманним лицем, курсив мій, певні кола, вони добалакались до того, зразками жіночого тіла, кого кого? жі-но-чо-го-ті-ла? зразками жіночого тіла! так, так, захарастили сторінки фотожурналу зразками жіночого тіла, аж вони! як стало відомо, вчасно викрили плани, інструкція з-за кордону, чого б не навести приклад?! зразками жіночого тіла, падлюки, ревізіоністи, попуст у галузі термінології, не хоч трошки! узбочення лінії, хоч детальку яку! стиляги, загальне й окреме, класовість категорій, брати б таких! зразками жі-но-чо-го тіла, ех-хе, ті-ла, методологічні висновки, катеґорії, катеґорії! анімізм!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Підручник з філософії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