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Підпасок</w:t>
      </w:r>
    </w:p>
    <w:p>
      <w:r>
        <w:br/>
        <w:t xml:space="preserve"> У Климка — сорочка біла,&lt;br /&gt;</w:t>
        <w:br/>
        <w:t>Батіжок через плече.&lt;br /&gt;</w:t>
        <w:br/>
        <w:t>Сонце землю так нагріло,—&lt;br /&gt;</w:t>
        <w:br/>
        <w:t>Навіть п'ятам гаряче!</w:t>
      </w:r>
    </w:p>
    <w:p>
      <w:r>
        <w:br/>
        <w:t>В холодочку під кущами&lt;br /&gt;</w:t>
        <w:br/>
        <w:t>Клим поснідав нашвидку.&lt;br /&gt;</w:t>
        <w:br/>
        <w:t>Із дідами-пастухами&lt;br /&gt;</w:t>
        <w:br/>
        <w:t>Він корів пасе в лужку.</w:t>
      </w:r>
    </w:p>
    <w:p>
      <w:r>
        <w:br/>
        <w:t>Віє вітер із діброви,&lt;br /&gt;</w:t>
        <w:br/>
        <w:t>Спіють дині й кавуни...&lt;br /&gt;</w:t>
        <w:br/>
        <w:t>Неквапливо йдуть корови —&lt;br /&gt;</w:t>
        <w:br/>
        <w:t>Вже напаслися вони.</w:t>
      </w:r>
    </w:p>
    <w:p>
      <w:r>
        <w:br/>
        <w:t>Знає хлопчик їхні звички,&lt;br /&gt;</w:t>
        <w:br/>
        <w:t>Вивчив навіть їхнє "му-у":&lt;br /&gt;</w:t>
        <w:br/>
        <w:t>— Му-у! — водички,&lt;br /&gt;</w:t>
        <w:br/>
        <w:t>— Му-у! — травички,&lt;br /&gt;</w:t>
        <w:br/>
        <w:t>— Му-у! — не доять нас чому-у?</w:t>
      </w:r>
    </w:p>
    <w:p>
      <w:r>
        <w:br/>
        <w:t>Пастушатко діловито&lt;br /&gt;</w:t>
        <w:br/>
        <w:t>Хвиська довгим батогом.&lt;br /&gt;</w:t>
        <w:br/>
        <w:t>Забреде Красуня в жито —&lt;br /&gt;</w:t>
        <w:br/>
        <w:t>Перейме її бігом;</w:t>
      </w:r>
    </w:p>
    <w:p>
      <w:r>
        <w:br/>
        <w:t>Голубаню, Чарівницю&lt;br /&gt;</w:t>
        <w:br/>
        <w:t>Із баштану заверне:&lt;br /&gt;</w:t>
        <w:br/>
        <w:t>Замахнеться для годиться,&lt;br /&gt;</w:t>
        <w:br/>
        <w:t>А не вдарить, не кляне.</w:t>
      </w:r>
    </w:p>
    <w:p>
      <w:r>
        <w:br/>
        <w:t>Не відійде й на хвилину&lt;br /&gt;</w:t>
        <w:br/>
        <w:t>Пастуша від череди.&lt;br /&gt;</w:t>
        <w:br/>
        <w:t>— Нам росте хороша зміна! —&lt;br /&gt;</w:t>
        <w:br/>
        <w:t>Посміхаються діди...</w:t>
      </w:r>
    </w:p>
    <w:p>
      <w:r>
        <w:br/>
        <w:t>Близько серпень... В лісі й полі&lt;br /&gt;</w:t>
        <w:br/>
        <w:t>Скоро стишаться пташки.&lt;br /&gt;</w:t>
        <w:br/>
        <w:t>Незабаром&lt;br /&gt;</w:t>
        <w:br/>
        <w:t>в милій школі&lt;br /&gt;</w:t>
        <w:br/>
        <w:t>Хлопчик сяде за книжки.</w:t>
      </w:r>
    </w:p>
    <w:p>
      <w:r>
        <w:br/>
        <w:t>Дев'ять літ йому минає,&lt;br /&gt;</w:t>
        <w:br/>
        <w:t>Перейшов він в третій клас.&lt;br /&gt;</w:t>
        <w:br/>
        <w:t>...В річку сонечко сідає,&lt;br /&gt;</w:t>
        <w:br/>
        <w:t>Літній день згасає...&lt;br /&gt;</w:t>
        <w:br/>
        <w:t>Згас...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Підпасок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