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палубним тентом</w:t>
      </w:r>
    </w:p>
    <w:p>
      <w:r>
        <w:br/>
        <w:t xml:space="preserve"> &lt;p&gt;— Чи може мужчина, — звісно, якщо він джентльмен, — обізвати жінку свинюкою?</w:t>
      </w:r>
    </w:p>
    <w:p>
      <w:r>
        <w:br/>
        <w:t>Маленький чоловічок кинув цей виклик усьому товариству і, відхилившись на спинку шезлонга, став неквапно попивати лимонад. Вигляд при цьому він мав сторожкий, ураз самовпевнений і войовничий. Ніхто йому не відповів. Вони вже звикли до маленького чоловічка, до його запальної вдачі й пишномовності.</w:t>
      </w:r>
    </w:p>
    <w:p>
      <w:r>
        <w:br/>
        <w:t>— Кажу ж вам, саме в моїй присутності він заявив, що одна леді — її ніхто з вас не знає — свиня. Він сказав навіть не "свиня", а брутально обізвав її "свинюкою". На мою думку, справжній мужчина не може так висловитись про жінку.</w:t>
      </w:r>
    </w:p>
    <w:p>
      <w:r>
        <w:br/>
        <w:t>Доктор Доусон флегматично попихкував чорною люлькою. Метюз, обхопивши руками зігнуті коліна, поринув у споглядання польоту чайки. Суїт допив своє шотландське віскі з содовою і розглянувся по палубі в пошуках стюарда.</w:t>
      </w:r>
    </w:p>
    <w:p>
      <w:r>
        <w:br/>
        <w:t>— Я запитую вас, містере Трелоре, чи може мужчина обізвати хоч би й яку жінку свинюкою?</w:t>
      </w:r>
    </w:p>
    <w:p>
      <w:r>
        <w:br/>
        <w:t>Трелор, що сидів поруч нього, здригнувся від несподіваного нападу, здивувавшись, чому це чоловічок гадає, що він спроможний обізвати жінку свинюкою.</w:t>
      </w:r>
    </w:p>
    <w:p>
      <w:r>
        <w:br/>
        <w:t>— Я б сказав, — нерішуче почав він, — що це... мг... як до жінки.</w:t>
      </w:r>
    </w:p>
    <w:p>
      <w:r>
        <w:br/>
        <w:t>Чоловічок був приголомшений.</w:t>
      </w:r>
    </w:p>
    <w:p>
      <w:r>
        <w:br/>
        <w:t>— Ви хочете сказати?.. — тремтячим голосом мовив він.</w:t>
      </w:r>
    </w:p>
    <w:p>
      <w:r>
        <w:br/>
        <w:t>— Що мені траплялися особи жіночої статі, які поводились по-свинському, а то й гірше.</w:t>
      </w:r>
    </w:p>
    <w:p>
      <w:r>
        <w:br/>
        <w:t>Запала довга ніякова мовчанка. Чоловічок аж зіщулився, так вразила його відверта вульгарність відповіді.</w:t>
      </w:r>
    </w:p>
    <w:p>
      <w:r>
        <w:br/>
        <w:t>Вираз безмежного суму й образи з’явився у нього на обличчі.</w:t>
      </w:r>
    </w:p>
    <w:p>
      <w:r>
        <w:br/>
        <w:t>— Ви розповіли про чоловіка, що непристойно висловився, і відразу склали йому ціну, — спокійно й холодно мовив Трелор. — А зараз я вам розповім про одну жінку, — даруйте, про леді, а потім попрошу вас скласти їй ціну. Я назву її міс Керазерс, — хоча б тому, що справжнє ім’я її інше. Це сталося на одному з кораблів Східної компанії кілька років тому.</w:t>
      </w:r>
    </w:p>
    <w:p>
      <w:r>
        <w:br/>
        <w:t>Міс Керазерс була чарівна. Ні, не те слово — вона була жінка разюча, справжня леді. Її батько займав високу посаду — кожен із вас одразу згадав би це ім’я, якби я назвав його. Міс Керазерс подорожувала разом із матір’ю та двома покоївками; вона їхала до свого батька, що перебував десь на Сході.</w:t>
      </w:r>
    </w:p>
    <w:p>
      <w:r>
        <w:br/>
        <w:t>Вона, даруйте за повторення, була жінка разюча. Тільки це слово варте її. Говорячи про неї, всі прикметники, навіть нейтральні, треба вживати у найвищому ступені. Все на світі могла вона робити краще за будь-яку жінку й за більшість чоловіків. Її гра, співи... це щось дивовижне! Вона була, — як казав один балакій про старого Наполеона, — поза конкуренцією. А як вона плавала! На спортивних змаганнях вона могла б зажити неабиякої слави. Це — одна з тих небагатьох жінок, які навіть без прикрас, у скромному купальному костюмі видаються ще прекрасніші. А її одяг! У неї був справді художній смак.</w:t>
      </w:r>
    </w:p>
    <w:p>
      <w:r>
        <w:br/>
        <w:t>Отже, як вона плавала. Фігура в цієї жінки була досконала, —— ви розумієте, що маю на думці. Не дебеле, м’язисте тіло акробатки, а щось тендітне, витончене й граціозне. Але водночас і сила. Диву гідне поєднання! Ви знаєте, якою привабною буває жіноча рука — м’яке, ніжне передпліччя з самим тільки натяком на м’язи; невеличкий лікоть і мила припухлість понад зап’ястком, невеличка, округла, міцна. Ось такою була її рука. І оці чіткі, жваві рухи, коли вона пливла англійським кролем... Що там казати, я розуміюсь на анатомії, на спорті й такому іншому, та все ж як їй те щастило робити — мені й досі дивина.</w:t>
      </w:r>
    </w:p>
    <w:p>
      <w:r>
        <w:br/>
        <w:t>Вона могла залишатись під водою дві хвилини, — я завважував час. На кораблі ніхто, окрім Денітсона, не міг добути з дна стількох монет за одним нурком. На прові у нас був великий брезентовий басейн з морською водою, і ми часто задля розваги кидали туди дрібні монети. Раз на моїх очах міс Керазерс пірнула з містка в той басейн, шести футів завглибшки (що саме собою було не абищо), і дістала не менш як сорок сім монет, розкиданих по всьому дну. Денітсон, стриманий молодий англієць, ніяк не міг її перевершити і тільки силувавсь якомога не лишатись позаду.</w:t>
      </w:r>
    </w:p>
    <w:p>
      <w:r>
        <w:br/>
        <w:t>Ця жінка була створена для моря. Але й на землі вона почувалася не менш впевнено, і верхи на коні також. Це був ідеал жінки. Якби ви бачили її, ніжну й чарівливу, в оточенні півдесятка палких залицяльників, якби спостерігали ту млосну байдужість і раптові спалахи блискучого розуму й дотепності, які вона на них випробовувала, — ви б подумали, що ця жінка ні на що інше в світі не здатна. В такі хвилини я мусив нагадувати собі про сорок сім монет, добутих із дна басейну. Ось яка була ця незвичайна жінка, що в неї все горіло в руках.</w:t>
      </w:r>
    </w:p>
    <w:p>
      <w:r>
        <w:br/>
        <w:t>Всі чоловіки полонилися нею. Як на правду, то і я разом з усіма ходив слідком за її спідницею. І молоді цуценята, й сиві собаки, що мали б на старості літ дійти розуму, — всі стелилися перед нею. Варто їй було свиснути, як ті вже осьдечки — скавучать і вихляють хвостами. В тому, що сталося, винен був кожен із них — і рожевий дев’ятнадцятилітній херувимчик Ардмор (що мав обійняти посаду секретаря в консульстві), і сивий морський вовк капітан Бентлі, незворушний виглядом, наче китайський ідол. Був там і один милий, середнього віку чоловік, — чи не Перкінс на ім’я, — котрий зовсім забув, що з ним їде дружина, аж міс Керазерс сама нагадала йому про його законний обов’язок.</w:t>
      </w:r>
    </w:p>
    <w:p>
      <w:r>
        <w:br/>
        <w:t>Чоловіки були паче віск у неї в руках. Вона їх спопеляла, розтоплювала, ліпила з них, що хотіла. Жоден із стюардів, для яких вона була далека й недосяжна, не вагався б і миті, якби вона наказала йому вилити тарілку юшки на самого капітана. Ви знаєте таких жінок — про них мріє кожен чоловік у світі. Вона була незрівнянна переможниця чоловічих сердець. То був ніби вогонь, жало, удар батога, електрична іскра. Часом її бурхлива натура проривалася крізь оболонку вроди й чарівності, і тоді, повірте, ця жінка примушувала свою бідолашну жертву тремтіти зі страху й приниження.</w:t>
      </w:r>
    </w:p>
    <w:p>
      <w:r>
        <w:br/>
        <w:t>Щоб краще зрозуміти подальші події, не забувайте того, що й горда вона була неабияк. Горда своєю расою й кастою, своєю владою й жіночою принадою; то були гордощі незвичні, страшні й свавільні.</w:t>
      </w:r>
    </w:p>
    <w:p>
      <w:r>
        <w:br/>
        <w:t>Вона підкорила собі весь корабель, усіх пасажирів, підкорила собі й Денітсона. Навіть найменш проникливі бачили, що він далеко випередив усіх нас. Денітсон подобався їй щодалі дужче, — то було безперечно. Я певен, що ніколи до жодного чоловіка міс Керазерс не ставилась так прихильно, як до Денітсона. І от, знаючи, що нам годі змагатися з ним, ми все одно віддано чекали наказів міс Керазерс, бо й далі обожнювали її. Хтозна, чим би все те скінчилося, якби не сталась одна подія, коли ми прибули в Коломбо.</w:t>
      </w:r>
    </w:p>
    <w:p>
      <w:r>
        <w:br/>
        <w:t>Ви знаєте Коломбо й бачили, як у бухті тубільні хлопчаки пірнають по монети, хоч акул там кишма кишить. Звісно, хлопці зважуються на це тільки в місцях, де водяться узбережні акули й акули-риболови. Присутність справжнього хижака — тигрячої або сірої акули, що запливає туди з австралійських вод, — вони відчувають майже надприродним чуттям. Скоро-но з’являється такий хижак, як бісенята вже видираються на берег, а пасажири аж ген коли збагнуть, у чому річ.</w:t>
      </w:r>
    </w:p>
    <w:p>
      <w:r>
        <w:br/>
        <w:t>Сталося це після сніданку. Міс Керазерс, як завжди, в оточенні своїх кавалерів сиділа під палубним тентом. Старий капітан Бентлі щойно одержав від неї ласкавого наказа і дав дозвіл на те, чого ніколи не дозволяв раніше (та й навряд чи ще колись дозволить), — пустити тубільних хлопчаків на верхню палубу. Бачте-бо, міс Керазерс сама була чудовий плавець, і ті діти зацікавили її. Вона зібрала цілу колекцію з наших дрібних монет й кидала їх за борт — то жменями, а то по одній; сама встановлювала' умови змагань, розпікала невдах й обдаровувала спритніших, — одне слово, командувала парадом.</w:t>
      </w:r>
    </w:p>
    <w:p>
      <w:r>
        <w:br/>
        <w:t>Надто уважно придивлялась вона до їхніх стрибків. Ви знаєте, як важко утримувати тулуб прямовисно в повітрі, коли стрибаєш з висоти ногами вперед. Центр ваги тіла — високо, тож перекинутись можна запросто. А тубільні злиденята винайшли новий спосіб, що його міс Керазерс заманулося вивчити. Із шлюпбалок вони кидалися вниз, нахиляючи при цьому голови й плечі та дивлячись на воду. І тільки в останню мить їхні тіла рвучко випростувалися і стойма входили в воду.</w:t>
      </w:r>
    </w:p>
    <w:p>
      <w:r>
        <w:br/>
        <w:t>Видовище було чудове. Щоправда, пірнали хлопці гірше; але з-поміж них знайшовся один, що в цьому був мастак, — як, до речі, й у всіх інших викрутах. Мабуть, його навчав якийсь білий, бо такого гарного стрибка</w:t>
      </w:r>
    </w:p>
    <w:p>
      <w:r>
        <w:br/>
        <w:t>ластівкою я ще зроду не бачив. Ви ж знаєте, що як стрибаєш униз головою з великої висоти, то головне — ввійти у воду під правильним кутом. Невелика похибка означає, щонайменше, перебитий хребет і каліцтво на ціле життя. А для багатьох невправних стрибунів — це запевна смерть. Але той хлопчина був знавецький: на моїх очах він пірнав з реї, що на висоті сімдесят футів. Це скидалося на пташиний лет — голову відкинуто назад, руки притиснено до грудей, а тіло поземо падає в повітрі. Якби він отак ударився об воду, його б розплющило, мов оселедця. Та понад самісінькою водою голова його нахилялася вперед, над нею зводились і змикалися руки, і граціозно вигнуте тіло правильно вводило в воду.</w:t>
      </w:r>
    </w:p>
    <w:p>
      <w:r>
        <w:br/>
        <w:t>Хлопчина знову й знову чарував нас своїм стрибком, а найбільш від усіх захоплювалась міс Керазерс. Йому було років дванадцять-тринадцять, але кмітливістю він перевершував усіх своїх товаришів і був у цій ватазі загальний улюбленець і ватажок. Навіть хлопці старші за віком визнавали його першість. Це був красень із гнучким тілом молодого бога, з широко розставленими розумними й зухвалими очима, — бронзова статуя, в яку вдихнули вогонь життя. Вам траплялись такі дивовижні створіння і в тваринному світі, скажімо, кінь або леопард: щонайменший порух шовкових м’язів, дика грація неспокійних гарячих тіл — все те ніби випромінює ясне життєдайне світло, нестримну енергію буття. Такий був і цей хлопчина. Життя просто бурхало в ньому, воно світилося в поблиску його шкіри, палахкотіло у нього в очах. Глянеш на цього хлопчика — й наче ковтнеш цілющого свіжого повітря, такий він був чистий і юний, так буяв здоров’ям, невтримною жвавістю.</w:t>
      </w:r>
    </w:p>
    <w:p>
      <w:r>
        <w:br/>
        <w:t>І саме він у розпалі забави перший застеріг про небезпеку. Хлоп’ята в перестраху стрімголов кинулися до трапу; пливли вони чимшвидше, і вода аж вирувала від гарячкових їхніх рухів. Кожен як міг вибирався на безпечне місце й допомагав товаришеві. Нарешті всі вони зібрались на трапі й задивилися вниз, у воду.</w:t>
      </w:r>
    </w:p>
    <w:p>
      <w:r>
        <w:br/>
        <w:t>— Що сталося? — спитала міс Керазерс.</w:t>
      </w:r>
    </w:p>
    <w:p>
      <w:r>
        <w:br/>
        <w:t>— Певно, тигряча акула, — відказав капітан Бентлі. —-Злиденятам пощастило, що встигли втекти від неї.</w:t>
      </w:r>
    </w:p>
    <w:p>
      <w:r>
        <w:br/>
        <w:t>— Хіба тубільці бояться акул? — запитала вона.</w:t>
      </w:r>
    </w:p>
    <w:p>
      <w:r>
        <w:br/>
        <w:t>— А ви ні? — запитанням відповів капітан.</w:t>
      </w:r>
    </w:p>
    <w:p>
      <w:r>
        <w:br/>
        <w:t>Вона здригнулася, глянула за борт і невдоволено скривилась.</w:t>
      </w:r>
    </w:p>
    <w:p>
      <w:r>
        <w:br/>
        <w:t>— Ні за що в світі я не ступила б туди, де може бути акула, — промовила вона й знову здригнулася. — Вони жахливі! Просто жахливі!</w:t>
      </w:r>
    </w:p>
    <w:p>
      <w:r>
        <w:br/>
        <w:t>Хлопчаки піднялись на верхню палубу і з’юрмилися біля поруччя, захоплено дивлячись на міс Керазерс, — вона ж бо подарувала їм ціле багатство! Видовище скінчилося, і капітан Бентлі жестом наказав їм забиратись. Але міс Керазерс зупинила його:</w:t>
      </w:r>
    </w:p>
    <w:p>
      <w:r>
        <w:br/>
        <w:t>— Зачекайте хвилинку, капітане, прошу вас. Я завжди вважала, що тубільці не бояться акул.</w:t>
      </w:r>
    </w:p>
    <w:p>
      <w:r>
        <w:br/>
        <w:t>Вона підкликала до себе хлопчину, що стрибав ластівкою, і знаком звеліла йому стрибнути ще раз. Той похитав головою й засміявся разом з усією своєю ватагою — так, наче це був гарний дотеп.</w:t>
      </w:r>
    </w:p>
    <w:p>
      <w:r>
        <w:br/>
        <w:t>— Акула, — показав він на воду.</w:t>
      </w:r>
    </w:p>
    <w:p>
      <w:r>
        <w:br/>
        <w:t>— Ні, — мовила міс Керазерс. — Там немає акул.</w:t>
      </w:r>
    </w:p>
    <w:p>
      <w:r>
        <w:br/>
        <w:t>Але хлопчина рішуче похитав головою, і те саме зробили і його приятелі.</w:t>
      </w:r>
    </w:p>
    <w:p>
      <w:r>
        <w:br/>
        <w:t>— Ні, ні! — скрикнула міс Керазерс і звернулась до нас: — Хто позичить мені півкрони й соверен?</w:t>
      </w:r>
    </w:p>
    <w:p>
      <w:r>
        <w:br/>
        <w:t>Одразу з півдесятка рук простягли їй свої крони й соверени, і вона взяла дві монети у молодого Ардмора.</w:t>
      </w:r>
    </w:p>
    <w:p>
      <w:r>
        <w:br/>
        <w:t>Півкрони міс Керазерс показала хлоп’ятам. Та жоден з них не виявив бажання стрибати, вони стояли й тільки нерішуче всміхалися. Міс Керазерс почала пропонувати монету кожному порізно, але кожен, коли надходила його черга, лише потирав ногу об ногу, всміхався й хитав головою. Тоді вона жбурнула півкрони за борт. Діти зажурено стежили за польотом срібної монети, однак ні один так і не рушив з місця.</w:t>
      </w:r>
    </w:p>
    <w:p>
      <w:r>
        <w:br/>
        <w:t>— Тільки не кидайте соверена, — тихо мовив їй Денітсон.</w:t>
      </w:r>
    </w:p>
    <w:p>
      <w:r>
        <w:br/>
        <w:t>Мовби не почувши цих слів, вона піднесла золоту монету до очей хлопчини, що стрибав ластівкою.</w:t>
      </w:r>
    </w:p>
    <w:p>
      <w:r>
        <w:br/>
        <w:t>— Не треба, — сказав капітан Бентлі. — Я й слабу кішку за борт не викину, коли поблизу акула.</w:t>
      </w:r>
    </w:p>
    <w:p>
      <w:r>
        <w:br/>
        <w:t>Та вона лиш засміялась і вперто й далі дражнила хлопця.</w:t>
      </w:r>
    </w:p>
    <w:p>
      <w:r>
        <w:br/>
        <w:t>— Не спокушайте його, — наполягав Денітсон. — Це ж для нього ціле багатство, і він може кинутись за ним.</w:t>
      </w:r>
    </w:p>
    <w:p>
      <w:r>
        <w:br/>
        <w:t>Міс Керазерс раптом зауважила:</w:t>
      </w:r>
    </w:p>
    <w:p>
      <w:r>
        <w:br/>
        <w:t>— А ви б ні? — І додала трохи лагідніше: — Якби я кинула?</w:t>
      </w:r>
    </w:p>
    <w:p>
      <w:r>
        <w:br/>
        <w:t>Денітсон похитав головою.</w:t>
      </w:r>
    </w:p>
    <w:p>
      <w:r>
        <w:br/>
        <w:t>— Високо ж ви себе цінуєте, — проказала вона. — А за скільки соверенів ви б погодилися?</w:t>
      </w:r>
    </w:p>
    <w:p>
      <w:r>
        <w:br/>
        <w:t>— Стільки ще не накарбували, — почулося у відповідь.</w:t>
      </w:r>
    </w:p>
    <w:p>
      <w:r>
        <w:br/>
        <w:t>На хвильку міс Керазерс замислилась, у суперечці з Де-</w:t>
      </w:r>
    </w:p>
    <w:p>
      <w:r>
        <w:br/>
        <w:t>нітсоном забувши про хлопчину.</w:t>
      </w:r>
    </w:p>
    <w:p>
      <w:r>
        <w:br/>
        <w:t>— А заради мене? — спитала вона дуже тихо.</w:t>
      </w:r>
    </w:p>
    <w:p>
      <w:r>
        <w:br/>
        <w:t>— Тільки щоб урятувати вам життя.</w:t>
      </w:r>
    </w:p>
    <w:p>
      <w:r>
        <w:br/>
        <w:t>Вона знов обернулась до хлопчини і показала йому монету, засліплюючи його дорогоцінним блиском. Тоді вдала, ніби кидає золотий у море; хлопчик мимовільно шарпнувся до поруччя, але спинився, коли друзі його загукали різко й докірливо. В їхніх голосах вчувався гнів.</w:t>
      </w:r>
    </w:p>
    <w:p>
      <w:r>
        <w:br/>
        <w:t>— Я знаю, це лише пустощі, — сказав Денітсон. — Пустуйте скільки душа забажає, та, ради бога, не кидайте!</w:t>
      </w:r>
    </w:p>
    <w:p>
      <w:r>
        <w:br/>
        <w:t>Чи це був вияв її дивної впертості, чи, може, вона сумнівалася, що хлопчик здатен стрибнути, — хтозна. Такого не чекав ніхто з нас. З-під палубного тента, золотом зблиснувши на сонці, вилетіла монета, описала ясну дугу і впала у море. Перш ніж хлопця встигли спинити, він уже був за бортом; тіло його, граціозно вигнувшись, летіло в воду. Вони знялись у повітря водночас — монета й хлопчик. Гарне то було видовище! Соверен чітко прорізав воду, і майже тієї ж миті, на тому самому місці з нечутним плеском пірнув і хлопець.</w:t>
      </w:r>
    </w:p>
    <w:p>
      <w:r>
        <w:br/>
        <w:t>Бистроокі темношкірі його приятелі голосно скрикнули. Ми всі опинилися біля поруччя. Не кажіть мені, що при нападі акула обов’язково перевертається на спину. Ця не перевернулась. З висоти, де ми стояли, у прозорій морській воді було видно все. Акула була велика й одним ударом розтяла хлопчину навпіл.</w:t>
      </w:r>
    </w:p>
    <w:p>
      <w:r>
        <w:br/>
        <w:t>Хтось із нас щось прошепотів — не знаю, хто саме, може, і я. Потому запала мовчанка. Міс Керазерс озвалася перша. її лице було смертельно бліде.</w:t>
      </w:r>
    </w:p>
    <w:p>
      <w:r>
        <w:br/>
        <w:t>— Я... я й гадки не мала... — мовила вона з короткий істеричним смішком.</w:t>
      </w:r>
    </w:p>
    <w:p>
      <w:r>
        <w:br/>
        <w:t>Усю свою гордість закликала вона на допомогу, щоб узяти себе в руки. Вона безпорадно глянула на Денітсона, а тоді по черзі на кожного з нас. В очах у неї стояв нестерпний біль, губи тремтіли. Тепер згадуючи про той</w:t>
      </w:r>
    </w:p>
    <w:p>
      <w:r>
        <w:br/>
        <w:t>момент, я визнаю, що ми повелися тоді жорстоко. Ніхто з нас не вимовив і слова.</w:t>
      </w:r>
    </w:p>
    <w:p>
      <w:r>
        <w:br/>
        <w:t>— Містере Денітсоне, — промовила вона. — Томе, проведіть мене вниз, будь ласка.</w:t>
      </w:r>
    </w:p>
    <w:p>
      <w:r>
        <w:br/>
        <w:t>Він ані оком не скинув на неї, ані зворухнувся; зроду я не бачив такого похмурого чоловічого обличчя. Відтак він дістав із цигарниці сигарету й запалив. Капітан Бентлі гнівно пирхнув і сплюнув за борт. Ото й тільки, — панувала цілковита тиша.</w:t>
      </w:r>
    </w:p>
    <w:p>
      <w:r>
        <w:br/>
        <w:t>Міс Керазерс обернулась і твердою ходою рушила по палубі. Та, пройшовши кроків із двадцять, заточилася і, щоб не впасти, схопилась рукою за стіну. Далі вона ступала дуже повільно, притримуючись за стіни кают.</w:t>
      </w:r>
    </w:p>
    <w:p>
      <w:r>
        <w:br/>
        <w:t>Трелор змовк. Обернувшись до маленького чоловічка, він подивився на нього холодно й запитливо.</w:t>
      </w:r>
    </w:p>
    <w:p>
      <w:r>
        <w:br/>
        <w:t>— Ну? —нарешті озвався Трелор. —То складіть їй ціну.</w:t>
      </w:r>
    </w:p>
    <w:p>
      <w:r>
        <w:br/>
        <w:t>Чоловічок ковтнув слину.</w:t>
      </w:r>
    </w:p>
    <w:p>
      <w:r>
        <w:br/>
        <w:t>— Мені нема чого казати, — промовив він. — Що тут скажеш.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палубним тентом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