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однією зірочкою</w:t>
      </w:r>
    </w:p>
    <w:p>
      <w:r>
        <w:br/>
        <w:t xml:space="preserve"> Віслава Шимборська&lt;br /&gt;</w:t>
        <w:br/>
        <w:t>Під однією зірочкою</w:t>
      </w:r>
    </w:p>
    <w:p>
      <w:r>
        <w:br/>
        <w:t>Перекладач: Г.Кочур&lt;br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Перепрошую випадковість, що зву її доконечністю.&lt;br /&gt;</w:t>
        <w:br/>
        <w:t>Перепрошую доконечність, якщо все ж таки помиляюсь.&lt;br /&gt;</w:t>
        <w:br/>
        <w:t>Нехай не сердиться щастя, що беру його ніби власне.&lt;br /&gt;</w:t>
        <w:br/>
        <w:t>Нехай дарують померлі, що в пам'яті ледве жевріють.&lt;br /&gt;</w:t>
        <w:br/>
        <w:t>Перепрошую час за безмір світу, не баченого протягом миті.&lt;br /&gt;</w:t>
        <w:br/>
        <w:t>Перепрошую давнє кохання, що нове вважаю за перше.&lt;br /&gt;</w:t>
        <w:br/>
        <w:t>Простіть мені, війни далекі, що приношу квіти додому.&lt;br /&gt;</w:t>
        <w:br/>
        <w:t>Простіть мені, рани відкриті, що собі я вколола пальця.&lt;br /&gt;</w:t>
        <w:br/>
        <w:t>Перепрошую тих, що в безодні волають, за менует на платівці.&lt;br /&gt;</w:t>
        <w:br/>
        <w:t>Перепрошую всіх людей на вокзалах за сон о п'ятій перед світанком.&lt;br /&gt;</w:t>
        <w:br/>
        <w:t>Даруй, надіє зацькована, що інколи я сміюся.&lt;br /&gt;</w:t>
        <w:br/>
        <w:t>Даруйте мені, пустелі, що ложки води не несу вам.&lt;br /&gt;</w:t>
        <w:br/>
        <w:t>Ти, яструбе, протягом років той самий, у клітці тій самій,&lt;br /&gt;</w:t>
        <w:br/>
        <w:t>без руху, з поглядом завше наміреним в цятку ту саму, —&lt;br /&gt;</w:t>
        <w:br/>
        <w:t>даруй мені, навіть якби ти був лиш опудалом птаха.&lt;br /&gt;</w:t>
        <w:br/>
        <w:t>Даруй мені, зрубане дерево, за чотири ноги стола.&lt;br /&gt;</w:t>
        <w:br/>
        <w:t>Даруйте, великі питання, за відповіді маленькі.&lt;br /&gt;</w:t>
        <w:br/>
        <w:t>Правдо, не приділяй мені ти надто багато уваги.&lt;br /&gt;</w:t>
        <w:br/>
        <w:t>Поваго, вияви, прошу, до мене великодушність.&lt;br /&gt;</w:t>
        <w:br/>
        <w:t>Стерп, таємнице буття, що нитки я смикаю з твого шлейфа.&lt;br /&gt;</w:t>
        <w:br/>
        <w:t>Не винувать мене, душе, що нечасто я тебе маю.&lt;br /&gt;</w:t>
        <w:br/>
        <w:t>Перепрошую все, що не можу бути я скрізь і всюди.&lt;br /&gt;</w:t>
        <w:br/>
        <w:t>Перепрошую всіх, що не вмію кожним і кожною бути.&lt;br /&gt;</w:t>
        <w:br/>
        <w:t>Знаю, що, поки живу я, ніщо мене не виправдовує,&lt;br /&gt;</w:t>
        <w:br/>
        <w:t>адже й сама собі я на перешкоді стою.&lt;br /&gt;</w:t>
        <w:br/>
        <w:t>Не кривдься на мене, мово, що позичаю слів патетичних,&lt;br /&gt;</w:t>
        <w:br/>
        <w:t>а тоді докладаю праці, щоб вони видавались легкими.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однією зірочкою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