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кручею – сніги. Плач вітру по слідах...</w:t>
      </w:r>
    </w:p>
    <w:p>
      <w:r>
        <w:br/>
        <w:t xml:space="preserve"> Під кручею – сніги. Плач вітру по слідах…&lt;br /&gt;</w:t>
        <w:br/>
        <w:t>І темна і важка лежить вода,&lt;br /&gt;</w:t>
        <w:br/>
        <w:t>як лід той темний… Мертвий той вогонь,&lt;br /&gt;</w:t>
        <w:br/>
        <w:t>дідів, батьків життя… їх кров та біль на сконі.&lt;br /&gt;</w:t>
        <w:br/>
        <w:t>Зоря у пустирях надвечір зажовтіє,&lt;br /&gt;</w:t>
        <w:br/>
        <w:t>і вир снігів заточиться, збіжить&lt;br /&gt;</w:t>
        <w:br/>
        <w:t>у темну, сонну, синю безвість, безнадійність…&lt;br /&gt;</w:t>
        <w:br/>
        <w:t>що ясна сила снилася лиш мить…&lt;br /&gt;</w:t>
        <w:br/>
        <w:t>Схолоне, змовкне все… Лиш білий, мертвий сніг,&lt;br /&gt;</w:t>
        <w:br/>
        <w:t>Лиш попіл давнини, що ніччю й болем ліг…&lt;br /&gt;</w:t>
        <w:br/>
        <w:t>Пальці – ті вузли! Весела криця – очи.&lt;br /&gt;</w:t>
        <w:br/>
        <w:t>Все вперед! – ген, у безкрай нестримний тупіт, біг.&lt;br /&gt;</w:t>
        <w:br/>
        <w:t>Вся твоя земля, – як бачиш, як захочеш.&lt;br /&gt;</w:t>
        <w:br/>
        <w:t>Очі бачать світ, щоб він у серце ліг.&lt;br /&gt;</w:t>
        <w:br/>
        <w:t>Не казкові коні на припоні! Ні!&lt;br /&gt;</w:t>
        <w:br/>
        <w:t>Не хмари на бурю і не грім там – за горою!&lt;br /&gt;</w:t>
        <w:br/>
        <w:t>Тільки вогні у далині! А жаль та сум та біль – на дні,&lt;br /&gt;</w:t>
        <w:br/>
        <w:t>та горить проклін усім, що ждуть спокою.&lt;br /&gt;</w:t>
        <w:br/>
        <w:t>Над поля і луки… понад тихе те село&lt;br /&gt;</w:t>
        <w:br/>
        <w:t>в схови давнини – могили – заклик гупне громом!&lt;br /&gt;</w:t>
        <w:br/>
        <w:t>Що цвіло – достигло! Нині зв’яне, а на зло&lt;br /&gt;</w:t>
        <w:br/>
        <w:t>маємо ми лік той, – кров, що хиб не зна, не знає втоми.&lt;br /&gt;</w:t>
        <w:br/>
        <w:t>І безкрай, світами, нині творча путь,&lt;br /&gt;</w:t>
        <w:br/>
        <w:t>і нема чого зідхати та журитися!&lt;br /&gt;</w:t>
        <w:br/>
        <w:t>Поки очи бачать світ та хочуть його, – п’ють,&lt;br /&gt;</w:t>
        <w:br/>
        <w:t>поки витримає серце бити й битися.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кручею – сніги. Плач вітру по слідах...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