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колесами чавунними</w:t>
      </w:r>
    </w:p>
    <w:p>
      <w:r>
        <w:br/>
        <w:t xml:space="preserve"> ...Срібна паморозь над скронями&lt;br /&gt;</w:t>
        <w:br/>
        <w:t>Заіскрилась...&lt;br /&gt;</w:t>
        <w:br/>
        <w:t>зацвіла.&lt;br /&gt;</w:t>
        <w:br/>
        <w:t>На чолі від бур,&lt;br /&gt;</w:t>
        <w:br/>
        <w:t>від холоду&lt;br /&gt;</w:t>
        <w:br/>
        <w:t>Чорна-чорна борозна.&lt;br /&gt;</w:t>
        <w:br/>
        <w:t>Це від горя, що замолоду&lt;br /&gt;</w:t>
        <w:br/>
        <w:t>Довелось мені зазнать,&lt;br /&gt;</w:t>
        <w:br/>
        <w:t>І тепер...&lt;br /&gt;</w:t>
        <w:br/>
        <w:t>З зимою сірою&lt;br /&gt;</w:t>
        <w:br/>
        <w:t>І пісні й думки сплелись.&lt;br /&gt;</w:t>
        <w:br/>
        <w:t>Не скажу, що й досі вірю я&lt;br /&gt;</w:t>
        <w:br/>
        <w:t>В те, що вірив я колись.&lt;br /&gt;</w:t>
        <w:br/>
        <w:t>Не скажу, що й досі вірю я&lt;br /&gt;</w:t>
        <w:br/>
        <w:t>У правдивість юних дум...&lt;br /&gt;</w:t>
        <w:br/>
        <w:t>Хто із вас,&lt;br /&gt;</w:t>
        <w:br/>
        <w:t>якою мірою&lt;br /&gt;</w:t>
        <w:br/>
        <w:t>Змірять може біль і сум?&lt;br /&gt;</w:t>
        <w:br/>
        <w:t>Хто із вас життя покручене&lt;br /&gt;</w:t>
        <w:br/>
        <w:t>Розмотає,&lt;br /&gt;</w:t>
        <w:br/>
        <w:t>розплете?&lt;br /&gt;</w:t>
        <w:br/>
        <w:t>Хто розкаже про засмучену&lt;br /&gt;</w:t>
        <w:br/>
        <w:t>Осінь...&lt;br /&gt;</w:t>
        <w:br/>
        <w:t>листя золоте?&lt;br /&gt;</w:t>
        <w:br/>
        <w:t>Що на брук за тротуарами&lt;br /&gt;</w:t>
        <w:br/>
        <w:t>Упаде в холодний день&lt;br /&gt;</w:t>
        <w:br/>
        <w:t>І розтоптане, покаране&lt;br /&gt;</w:t>
        <w:br/>
        <w:t>Не співатиме пісень.&lt;br /&gt;</w:t>
        <w:br/>
        <w:t>ЖИТТЯ Й РЕВОЛЮЦІЯ. 1925, ч. 10, с. 4-5; подано лише уривок вірша.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колесами чавунними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