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дощ</w:t>
      </w:r>
    </w:p>
    <w:p>
      <w:r>
        <w:br/>
        <w:t xml:space="preserve"> &lt;p&gt;В кімнаті рівно й ясно горить велика, чиста лямпа, і за столом, повернувшись спиною до Васі, Паша розмотує зубами клубок ниток.</w:t>
      </w:r>
    </w:p>
    <w:p>
      <w:r>
        <w:br/>
        <w:t>Ще рано – тільки восьма година вечора.</w:t>
      </w:r>
    </w:p>
    <w:p>
      <w:r>
        <w:br/>
        <w:t>Вася лежить на ліжкові, заклавши руки за голову, і тупо дивиться в той проміжок стіни, що між стелею й дверима.</w:t>
      </w:r>
    </w:p>
    <w:p>
      <w:r>
        <w:br/>
        <w:t>Ліворуч – вішалка з акуратно навішаною одежею, праворуч – плакат. Чисто, світло, тихо, і… нестерпуча нудьга.</w:t>
      </w:r>
    </w:p>
    <w:p>
      <w:r>
        <w:br/>
        <w:t>За чорним вікном полосує дощ.</w:t>
      </w:r>
    </w:p>
    <w:p>
      <w:r>
        <w:br/>
        <w:t>Дощі йдуть тиждень без перерви.</w:t>
      </w:r>
    </w:p>
    <w:p>
      <w:r>
        <w:br/>
        <w:t>Щодня сірі, мокрі хмари низько пливуть над землею, набухають аж до вікон, голий вітер гонить їх на хмуру північ. Вітер рве змиршавілі, присохлі вже бур’яни й без краю полоще дощами. Безпомічні кущі й дерева тремтять перед ним здрібнілим, переляканим листям і, хитаючись, постійно струшують з себе дощові води.</w:t>
      </w:r>
    </w:p>
    <w:p>
      <w:r>
        <w:br/>
        <w:t>Тиждень, як мокрий і непривітний панує хаос, ллють потоки з труби, тарабанять по шибках косі краплі дощів… Страшенно мокро, все тече, навіть у галошах не пройдеш, і кудись вийти майже неможливо.</w:t>
      </w:r>
    </w:p>
    <w:p>
      <w:r>
        <w:br/>
        <w:t>…Тиждень, як цілковита нуда опанувала Васю.</w:t>
      </w:r>
    </w:p>
    <w:p>
      <w:r>
        <w:br/>
        <w:t>В кооперативі, де він служить прикажчиком, торгівлі в ці дні майже нема. Крамниця зачиняється рано, і в три годині Вася приходить додому весь блискучий у своїй намоченій шкіряній тужурці.</w:t>
      </w:r>
    </w:p>
    <w:p>
      <w:r>
        <w:br/>
        <w:t>По обіді, дома робити абсолютно нічого. По обіді він, за звичкою, лягає на ліжко й засинає під "Известиями" на 2–3 години. Потім, прокинувшись з червоними рубцями на обличчі й припухлими очима, ляпає галошами по кімнаті, дивиться в вікно на безконечну нуду, що січе, рве, полосує на дворі. Спиняючись перед дзеркалом, він подовгу видавлює угрі й прищі на носі, позіхає широко, страшно, аж щелепи лущать.</w:t>
      </w:r>
    </w:p>
    <w:p>
      <w:r>
        <w:br/>
        <w:t>В голові якийсь сірий прес, і щось гнітить, мов обухом потилицю…</w:t>
      </w:r>
    </w:p>
    <w:p>
      <w:r>
        <w:br/>
        <w:t>Паша подає й прибирає обід швидко та акуратно.</w:t>
      </w:r>
    </w:p>
    <w:p>
      <w:r>
        <w:br/>
        <w:t>Впоравши мужа, вона знов сідає за свої шитва.</w:t>
      </w:r>
    </w:p>
    <w:p>
      <w:r>
        <w:br/>
        <w:t>Іноді цокотить машиною, а то шиє кольоровими нитками, і обзивається до Васі тільки, коли треба чимсь їй допомогти.</w:t>
      </w:r>
    </w:p>
    <w:p>
      <w:r>
        <w:br/>
        <w:t>А то – мовчить. Вася відчуває в цій мовчанці й діловій скупченості щось нарочите, надумане, але теж мовчить, бо боїться. Боїться одвертого погляду сірих, вакхічних очей колишньої чекістки й почервонілості на щоках. І він поділяє свою нудьгу з плакатним портретом на стіні, позираючи на нього бездумними, осклілими очима, не знаючи куди себе діти.</w:t>
      </w:r>
    </w:p>
    <w:p>
      <w:r>
        <w:br/>
        <w:t>Вечір приходить раніш, ніж звичайно. Тоді Вася проворно ставить самовар і п’є чай, теж мовчки й сам, бо Паша п’є після нього; потім знов лягає на ліжко і тупо дивиться на білий проміжок в стіні між стелею й дверима…</w:t>
      </w:r>
    </w:p>
    <w:p>
      <w:r>
        <w:br/>
        <w:t>За цей тиждень, коли йдуть ненастанні дощі, утворилась майже неможлива атмосфера скучного, кімнатного життя.</w:t>
      </w:r>
    </w:p>
    <w:p>
      <w:r>
        <w:br/>
        <w:t>Період, що Паша була нездержливо весела і цілими годинами лящала своїм круглим, мов горішки, смішком, ніби хто лоскотав її, і вона не давала Васі спокою, при чому сірі очи дивилися п’яно й ставали липкі, масні, вакхічні, минув якраз саме напередодні дощів. Прийшли дні погорди, зневаги, мовчазного презирства та владного понукання…</w:t>
      </w:r>
    </w:p>
    <w:p>
      <w:r>
        <w:br/>
        <w:t>Вася давно вже призвичаївся до цих змін у поводженні своєї дружини. Коли Паша "одгороджувалась" і була неприступна, він, боячись чимсь зірвати мовчанку і викликати на себе шпаркий дощ обвинувачень та закидів, а то й одвертих погроз зразу ж покинути його, тікав зі своєї кімнати; але тепер нікуди було йти. З сусідами Паша перегризлась, нічого й думати було, щоб посидіти в сусідній кімнаті, десь повіятись у місто – не давав дощ. І почуваючи себе невільно, під якимсь невидимим тиском, Вася одлежувався на ліжкові, бистро виконуючи Пашині накази, і мовчки зносив причіпки й гострі шпички критики.</w:t>
      </w:r>
    </w:p>
    <w:p>
      <w:r>
        <w:br/>
        <w:t>За вікном дощ напирав з більшою силою і, здавалось, кожен його приступ все більш і більш звужував клітку поневолення. Можна пропасти…</w:t>
      </w:r>
    </w:p>
    <w:p>
      <w:r>
        <w:br/>
        <w:t>Але сьогодні в Васиній голові полізли мислі.</w:t>
      </w:r>
    </w:p>
    <w:p>
      <w:r>
        <w:br/>
        <w:t>Коли він лежав на ліжкові й дивився тупими очима перед себе, почали одвалюватись сірі уламки того пресу, що гнітив мозок. Вони важкими, неповоротними масами розходились у всі боки, і з-поміж них проривались гарячі, кольорові плями…</w:t>
      </w:r>
    </w:p>
    <w:p>
      <w:r>
        <w:br/>
        <w:t>Чомусь цей вечір сприяв споминам, потроху розхитуючись, Вася поринав у них, і картини минулого вияснювались з-під мли сірої нудьги…</w:t>
      </w:r>
    </w:p>
    <w:p>
      <w:r>
        <w:br/>
        <w:t>Раптом густа, важка кров закипіла, мов смола, її гарячий плин нездорово вдарив у голову.</w:t>
      </w:r>
    </w:p>
    <w:p>
      <w:r>
        <w:br/>
        <w:t>Було це чи не було? "Било ето ілі нєт?" – неймовірно задививсь перед себе Вася.</w:t>
      </w:r>
    </w:p>
    <w:p>
      <w:r>
        <w:br/>
        <w:t>Що було? Образи рвались на уривки, і тільки дзвінка, бісерна, заливчаста мелодія блискучим струменем лилась ненастанно і, пронизуючи, в’язала їх, загострювала пристрасне чуття в грудях, владно щось викликаючи…</w:t>
      </w:r>
    </w:p>
    <w:p>
      <w:r>
        <w:br/>
        <w:t>Бирюзой разукрашу светлицу,</w:t>
      </w:r>
    </w:p>
    <w:p>
      <w:r>
        <w:br/>
        <w:t>Золотую поставлю кровать.</w:t>
      </w:r>
    </w:p>
    <w:p>
      <w:r>
        <w:br/>
        <w:t>І враз, день той – безповоротно-минулий і неможливий, яскравий, як дикий глід на тлі злото-синього осіннього дня, розгорнувся перед збентеженим і зачарованим поглядом Васі і в’ївся в його серце гострими зубами червоного жалю й божевільної пристрасті. Подзьобане обличчя густо зачервоніло, злиняло-блакитні очи заграли переблисками. І хижо роздулись ніздрі.</w:t>
      </w:r>
    </w:p>
    <w:p>
      <w:r>
        <w:br/>
        <w:t>– … Так, це було…</w:t>
      </w:r>
    </w:p>
    <w:p>
      <w:r>
        <w:br/>
        <w:t>Коли?</w:t>
      </w:r>
    </w:p>
    <w:p>
      <w:r>
        <w:br/>
        <w:t>Тоді, як сонце палило степи, але вставало марево над ними, в лихорадковій хапанині згорали страшенно довгі дні, і давила горло вічна спрага… А весільна душа, п’яна й розхристана, червона, спітніла й оскаженіла, ходила наопашки, виставляючись, мов подражнюючи чорні, серйозні кольти…</w:t>
      </w:r>
    </w:p>
    <w:p>
      <w:r>
        <w:br/>
        <w:t>Вони – матроси, що для степів покинули осиротіле море, та їхній панцирник "Авангард Революції" – творили тоді одно залізне тіло, і воно сталевою гусеницею бистро лазило спаленими степами, несучи смерть і паніку.</w:t>
      </w:r>
    </w:p>
    <w:p>
      <w:r>
        <w:br/>
        <w:t>В той день "Авангард Революції" затримавсь на хвилинку на торішнім степовім полустанку на невеличкий ремонт. Команда висипала на перон. Братва нашвидку без картузів, у білих матросках з широчезними червоними бантами, збилася в веселе коло. Вася з "товаришкою", під ніжне подзвонювання мандоліни і приглушений ритм бубона, танцював морський танок.</w:t>
      </w:r>
    </w:p>
    <w:p>
      <w:r>
        <w:br/>
        <w:t>Потім став танцювати другий. Вася втирав своє зчервоніле "решето" – так звалось його поколупане віспою обличчя, як показавсь димок: на полустанок летів поїзд.</w:t>
      </w:r>
    </w:p>
    <w:p>
      <w:r>
        <w:br/>
        <w:t>– Брааа!.. – простяглося з панцирника.</w:t>
      </w:r>
    </w:p>
    <w:p>
      <w:r>
        <w:br/>
        <w:t>– Веселєй, шпана ідьооо!..</w:t>
      </w:r>
    </w:p>
    <w:p>
      <w:r>
        <w:br/>
        <w:t>Братва оглянулась, і ніжна мандоліна, ніби веселіючи, прискорила темп… Знявся галас, присвисти.</w:t>
      </w:r>
    </w:p>
    <w:p>
      <w:r>
        <w:br/>
        <w:t>Умлілий танцюра вигинавсь близько землі, кінчаючи нашвидку складний номер…</w:t>
      </w:r>
    </w:p>
    <w:p>
      <w:r>
        <w:br/>
        <w:t>І зразу ж без передишки:</w:t>
      </w:r>
    </w:p>
    <w:p>
      <w:r>
        <w:br/>
        <w:t>– Пісню! – крикнули.</w:t>
      </w:r>
    </w:p>
    <w:p>
      <w:r>
        <w:br/>
        <w:t>– Вась… сюда!</w:t>
      </w:r>
    </w:p>
    <w:p>
      <w:r>
        <w:br/>
        <w:t>Мандолініст кивнув головою, стукнув стиха бубон, і Вась, опинившися знову в колі, високим і заливчастим тенором почав:</w:t>
      </w:r>
    </w:p>
    <w:p>
      <w:r>
        <w:br/>
        <w:t>Полюбил всей душой я девицу,</w:t>
      </w:r>
    </w:p>
    <w:p>
      <w:r>
        <w:br/>
        <w:t>За нее я готов жизнь отдать…</w:t>
      </w:r>
    </w:p>
    <w:p>
      <w:r>
        <w:br/>
        <w:t>Кароокий Шверцель, ставши проти нього, йому вторив. Шверцель дививсь у вічі Васі і, б’ючи злегка долоня об долоню, одзначав такт. Його м’який баритон мусів давати уривчастий, складний фон…</w:t>
      </w:r>
    </w:p>
    <w:p>
      <w:r>
        <w:br/>
        <w:t>Поїзд прошумів і спинився. Це була кавалерійська частина, що поспішала на фронт, і з тепляків купами нависали кавалеристи, розглядаючи матроську групу на пероні.</w:t>
      </w:r>
    </w:p>
    <w:p>
      <w:r>
        <w:br/>
        <w:t>Але матроси не звертали на поїзд жодної уваги. Їхній Васька всередині "забирав висоту", і в цей момент "брашка" вважала за недостойне цікавитись чимсь іншим…</w:t>
      </w:r>
    </w:p>
    <w:p>
      <w:r>
        <w:br/>
        <w:t>Перон заряснів злиняло-зеленими фігурами кавалеристів, що з казанками поспішали за станцію до колодязів, групи їх проходжувались, розминаючи ноги, оточували матросів… Зачервоніли малинові галіфе на високих і статних командирах, і червоні денця кубанок… Брязнули остроги, станція загомоніла криками…</w:t>
      </w:r>
    </w:p>
    <w:p>
      <w:r>
        <w:br/>
        <w:t>Если в сердце сомненье вкрадется,</w:t>
      </w:r>
    </w:p>
    <w:p>
      <w:r>
        <w:br/>
        <w:t>Что красавица мне не верна.</w:t>
      </w:r>
    </w:p>
    <w:p>
      <w:r>
        <w:br/>
        <w:t>Серйозне Васьчине обличчя пружилось, червоніючи, він глянув проти себе —</w:t>
      </w:r>
    </w:p>
    <w:p>
      <w:r>
        <w:br/>
        <w:t>На прощанье весь мир содрогнется,</w:t>
      </w:r>
    </w:p>
    <w:p>
      <w:r>
        <w:br/>
        <w:t>Ужаснется и сам сатана.</w:t>
      </w:r>
    </w:p>
    <w:p>
      <w:r>
        <w:br/>
        <w:t>Він закінчив, лупаючи очима перед себе, ніби ніяк не міг роздивитись, що там таке.</w:t>
      </w:r>
    </w:p>
    <w:p>
      <w:r>
        <w:br/>
        <w:t>І знов бренькнула мандоліна, чемно задзвонив бубон; на Ваську налягли, щоб танцював.</w:t>
      </w:r>
    </w:p>
    <w:p>
      <w:r>
        <w:br/>
        <w:t>– А ну вас к чортам…</w:t>
      </w:r>
    </w:p>
    <w:p>
      <w:r>
        <w:br/>
        <w:t>– Вась, мотрі ж, – крикнули зі сміхом над ухо Васі ті, що тягли його в коло.</w:t>
      </w:r>
    </w:p>
    <w:p>
      <w:r>
        <w:br/>
        <w:t>Але Вась, одбиваючись, і так уже "мотріл" у всі очи.</w:t>
      </w:r>
    </w:p>
    <w:p>
      <w:r>
        <w:br/>
        <w:t>Проти нього по діаметрові за спинами матросів стояла біля командира, спершись йому на руку, "кавалеристка". На плечі недбало був кинутий англійський френч, сліпуча біла шия виглядала з одкритої матроски, в блискучих очах танцював промінистий сміх, і губи клалися в обережну усмішку; свіже біло-рожеве обличчя світилось.</w:t>
      </w:r>
    </w:p>
    <w:p>
      <w:r>
        <w:br/>
        <w:t>І зразу пам’ятає Вася: ніби бистрий, червоний ніж полоснув у груди, і розгорнувся там блискучий жар. Він почув, як десь далеко, глибоко, щось солодко вщипнуло його, легко, але страшно сильно, здвигнуло і підкинуло десь.</w:t>
      </w:r>
    </w:p>
    <w:p>
      <w:r>
        <w:br/>
        <w:t>Братва з геготом розступилась, Ваську жбурнули всередину; як очмарілий тигр він повів бурхливий танок.</w:t>
      </w:r>
    </w:p>
    <w:p>
      <w:r>
        <w:br/>
        <w:t>…По-о морям, морям, морям, морям.</w:t>
      </w:r>
    </w:p>
    <w:p>
      <w:r>
        <w:br/>
        <w:t>Ех! Нынче здесь, а завтра там…</w:t>
      </w:r>
    </w:p>
    <w:p>
      <w:r>
        <w:br/>
        <w:t>Попереду танцював бубон, матроси рушили шумливою юрбою: панцирник давав різкі, сигнальні свистки.</w:t>
      </w:r>
    </w:p>
    <w:p>
      <w:r>
        <w:br/>
        <w:t>Васька, ставши на платформі, гостро мучився, напружені очи пильнували перону. Позад нього налягла братва, братва визирала з вікон, майоріли руки, кричали.</w:t>
      </w:r>
    </w:p>
    <w:p>
      <w:r>
        <w:br/>
        <w:t>А "кавалеристка", проходжуючись на пероні і слухаючи командира, ввесь час поглядала на панцирника і соромливо посміхалась.</w:t>
      </w:r>
    </w:p>
    <w:p>
      <w:r>
        <w:br/>
        <w:t>Враз родився план.</w:t>
      </w:r>
    </w:p>
    <w:p>
      <w:r>
        <w:br/>
        <w:t>З криком матроси, один за одним шугнули з вагона.</w:t>
      </w:r>
    </w:p>
    <w:p>
      <w:r>
        <w:br/>
        <w:t>– А-а-а! До-о-о!</w:t>
      </w:r>
    </w:p>
    <w:p>
      <w:r>
        <w:br/>
        <w:t>В руках зачорніли кольти. Матроси несамовитою чередою подались на той бік станції, залящали постріли. Слідом повалила кавалерія.</w:t>
      </w:r>
    </w:p>
    <w:p>
      <w:r>
        <w:br/>
        <w:t>– Що-о?</w:t>
      </w:r>
    </w:p>
    <w:p>
      <w:r>
        <w:br/>
        <w:t>Але матроси, стріляючи вгору, мчали назад, один за одним, на ходу вскакуючи в вагон. Панцирник поволі рушав.</w:t>
      </w:r>
    </w:p>
    <w:p>
      <w:r>
        <w:br/>
        <w:t>Хтось посилав останні постріли поверх станції… махав на прощання кольтом з площадки, а в вагоні колисався нездержливий, прибойний гамір.</w:t>
      </w:r>
    </w:p>
    <w:p>
      <w:r>
        <w:br/>
        <w:t>– Фахт той, що "кавалеристка" була тут: одбили і везуть з собою.</w:t>
      </w:r>
    </w:p>
    <w:p>
      <w:r>
        <w:br/>
        <w:t>– Ге-о-о!..</w:t>
      </w:r>
    </w:p>
    <w:p>
      <w:r>
        <w:br/>
        <w:t>…А командир у малиновім галіфе похопився, як доносив той останній, що вскочив у поїзд, пізно: дурак стріляв з нагана в утікаючий панцирник!.. Панцирник, покурюючи ріденьким димком, розгонисто врізався в сонячно-степовий простір – ішов на велику вузлову станцію, шалено танцювало круглий танок поле за вікнами і мигтіли копи, в вагоні ні чорта було розібрати за прибойним галасом… Вагон шарпало, сіпало, коливало на боки; братва качалась на ногах як п’яна. А всередині стояла "кавалеристка": френч загубивсь на полустанку, в самій-но матросці – тільки крив’яна зірка на грудях. Злегка зчервоніла, змішавшись, соромливо й з цікавістю оглядалась навколо. Позирала на кожну спітнілу, що налазила, морду. Усміхаючись, мовчала і одмахувалась…</w:t>
      </w:r>
    </w:p>
    <w:p>
      <w:r>
        <w:br/>
        <w:t>– … Конфетка золотая! – летів угорі ззаду красивий комплімент.</w:t>
      </w:r>
    </w:p>
    <w:p>
      <w:r>
        <w:br/>
        <w:t>– … Океанський корал…</w:t>
      </w:r>
    </w:p>
    <w:p>
      <w:r>
        <w:br/>
        <w:t>– … А як ваше ім’я? – граючи ролю "перєводчика", серйозно приступав до неї, чорний, як сажа, Кирило…</w:t>
      </w:r>
    </w:p>
    <w:p>
      <w:r>
        <w:br/>
        <w:t>Васька скочив на лаву і, надуживаючи запасними силами легенів, попер:</w:t>
      </w:r>
    </w:p>
    <w:p>
      <w:r>
        <w:br/>
        <w:t>– Нє орі-і-і!.. Распро… Ша-а!</w:t>
      </w:r>
    </w:p>
    <w:p>
      <w:r>
        <w:br/>
        <w:t>І стало тихо.</w:t>
      </w:r>
    </w:p>
    <w:p>
      <w:r>
        <w:br/>
        <w:t>– Товариші! – почав було, б’ючи себе в груди, Васька серед непевної тиші, але "кавалеристка" легким скоком стала з ним поруч, і він, посунувшись, замовк. Дививсь на неї.</w:t>
      </w:r>
    </w:p>
    <w:p>
      <w:r>
        <w:br/>
        <w:t>"Кавалеристка", мотнувши підстриженою головою, ще раз усміхнулась до всіх і заговорила. Вона поводила перед себе рукою, ніби дитина. Так і говорила.</w:t>
      </w:r>
    </w:p>
    <w:p>
      <w:r>
        <w:br/>
        <w:t>– Товариші! Ви даремно старались. Це вийшла помилка. Я не така!.. Розумієте? Я – агітаторка кавалерійської частини, що йде на фронт, і повинна бути там. Гадаю, що на дальшій станції ви мене пустите… От і все. Ви не маєте права та й не можете і не будете мене держати: не нужно й нецікаво. Я рада вашому геройському товариству і дякую за виявлену до мене увагу, але не можу… Бачте, ви помилились.</w:t>
      </w:r>
    </w:p>
    <w:p>
      <w:r>
        <w:br/>
        <w:t>Вона замовкла.</w:t>
      </w:r>
    </w:p>
    <w:p>
      <w:r>
        <w:br/>
        <w:t>– Ні, колего, ми не ошіблісь. – Це виступив з "реччю" брюнет Кирило з одним скляним оком, він повів набік рукою. – Вас нам і треба. У нас нєт агітатора. Ви будете просвіщать. У нас веселєй, кавалерія – чепуха, морськой народ понімає дєло! Ми – авангард революції і защітнікі трьох інтернаціоналів, і хто вас займьот – п’ять смертей. Правда, товаріщі?</w:t>
      </w:r>
    </w:p>
    <w:p>
      <w:r>
        <w:br/>
        <w:t>Сипнули страшні оплески і божевільні крики:</w:t>
      </w:r>
    </w:p>
    <w:p>
      <w:r>
        <w:br/>
        <w:t>– Бра-аво!</w:t>
      </w:r>
    </w:p>
    <w:p>
      <w:r>
        <w:br/>
        <w:t>– Рєж далі…</w:t>
      </w:r>
    </w:p>
    <w:p>
      <w:r>
        <w:br/>
        <w:t>– Правильно, брюнет…</w:t>
      </w:r>
    </w:p>
    <w:p>
      <w:r>
        <w:br/>
        <w:t>Здвигонули вагоном.</w:t>
      </w:r>
    </w:p>
    <w:p>
      <w:r>
        <w:br/>
        <w:t>Братва сказилась… "Кавалеристка" хотіла ще говорити, але їй не давали вимовити слова…</w:t>
      </w:r>
    </w:p>
    <w:p>
      <w:r>
        <w:br/>
        <w:t>– Дозвольте, баришенька, ілі товаришка, – "різав" Кирило далі, уперши скляне око в поличку, де стояла "кавалеристка". – Ви розберіть діло. От посмотріть хоч на етого, – він ткнув рукою на Васю – у нас його називають решетом за фізіономію, да ви такого нігде больш не найдете. Він хорошо співає… Ви будете говорить, він співать. А то – нєт пари. Не дивіться, що он парень такой, ви только погладьте його за ворсою…</w:t>
      </w:r>
    </w:p>
    <w:p>
      <w:r>
        <w:br/>
        <w:t>– Ілі… – хтось ззаду пустив "гадость".</w:t>
      </w:r>
    </w:p>
    <w:p>
      <w:r>
        <w:br/>
        <w:t>"Кавалеристка" густо почервоніла…</w:t>
      </w:r>
    </w:p>
    <w:p>
      <w:r>
        <w:br/>
        <w:t>– Ето кто? – бистро озирнувсь назад Вася, і обличчя в нього напнулось…</w:t>
      </w:r>
    </w:p>
    <w:p>
      <w:r>
        <w:br/>
        <w:t>Мент тиші… і враз Вася, махнувши вгору ножиком, з розгону, як дикий бик, скочив з полички і подрався назад.</w:t>
      </w:r>
    </w:p>
    <w:p>
      <w:r>
        <w:br/>
        <w:t>Зчинивсь ґвалт.</w:t>
      </w:r>
    </w:p>
    <w:p>
      <w:r>
        <w:br/>
        <w:t>Васю затримали, схопивши під руки, він виривався.</w:t>
      </w:r>
    </w:p>
    <w:p>
      <w:r>
        <w:br/>
        <w:t>"Кавалеристка", прискочивши, благала, що це дурниці, не варт.</w:t>
      </w:r>
    </w:p>
    <w:p>
      <w:r>
        <w:br/>
        <w:t>Спинений, Вася тяжко одсапувався…</w:t>
      </w:r>
    </w:p>
    <w:p>
      <w:r>
        <w:br/>
        <w:t>…Вагон розгойдувався все дужче, ніби йому ставало веселіш і він танцював веселий танок. Залізні стукоти, радіючи, примішувались до вагонного галасу… У степ врізався панцирник залізною гусеницею і ніс смерть і паніку…</w:t>
      </w:r>
    </w:p>
    <w:p>
      <w:r>
        <w:br/>
        <w:t>…"Кавалеристка", сидячи на лавці, курила папіросу і говорила до брашки:</w:t>
      </w:r>
    </w:p>
    <w:p>
      <w:r>
        <w:br/>
        <w:t>– Мені це все страшенно подобається… Я теж люблю море: воно виховує буйний дух; і побачити море – це моя мрія. От тільки, що Денікін… Ну, та ми його розіб’ємо. Правда ж? Тоді знов ми десь побачимось. Напевне побачимось. Я б хотіла стрінуть Васю!.. – І вона повела оком в Васин бік і ворухнула тонкою бровою. – Заспівайте, Васю, те, що на станції… Ви співаєте з почуттям…</w:t>
      </w:r>
    </w:p>
    <w:p>
      <w:r>
        <w:br/>
        <w:t>Звичайно, Вася співав…</w:t>
      </w:r>
    </w:p>
    <w:p>
      <w:r>
        <w:br/>
        <w:t>Стояв і одбивав долонями такт проти Васі кароокий Шверцель і бринчала мандоліна. Вася туживсь у всю і чув, як надувається синя жила в нього на лобі і лізуть, як у барана, очи…</w:t>
      </w:r>
    </w:p>
    <w:p>
      <w:r>
        <w:br/>
        <w:t>Васю "качали"… І от…</w:t>
      </w:r>
    </w:p>
    <w:p>
      <w:r>
        <w:br/>
        <w:t>Наближалась станція. "Кавалеристка" скромно сміялась, одержуючи побажання зі всіх боків. З усіх боків налазила братва.</w:t>
      </w:r>
    </w:p>
    <w:p>
      <w:r>
        <w:br/>
        <w:t>– А на прощання, баришенька… – невдало і не "в цель" підморгнув скляним оком Кирило, – Васю…</w:t>
      </w:r>
    </w:p>
    <w:p>
      <w:r>
        <w:br/>
        <w:t>Буйним криком братва піддержала резолюцію.</w:t>
      </w:r>
    </w:p>
    <w:p>
      <w:r>
        <w:br/>
        <w:t>– А чому й ні! – браво махнулась, сміючись, "кавалеристка". І не встиг Вася здвинути кашкета на потилицю, як до його губів хтось міцно притиснув дикий глід: червоний і гостро-колючий.</w:t>
      </w:r>
    </w:p>
    <w:p>
      <w:r>
        <w:br/>
        <w:t>Панцирник ще не спинивсь зовсім, а од станції до нього бігла з винтовками наперевіс розстрільня чекістів.</w:t>
      </w:r>
    </w:p>
    <w:p>
      <w:r>
        <w:br/>
        <w:t>"Кавалеристка" струнко зскочила з східця і спинила розстрільню. Оглядаючись, вона посилала рукою останній привіт. Чекісти з цікавістю дивились.</w:t>
      </w:r>
    </w:p>
    <w:p>
      <w:r>
        <w:br/>
        <w:t>Панцирник недовго стояв на станції й поліз далі. Пускаючи ріденький димок, він розгонисто врізався в степовий простір – мчав на фронт. Залізний стукіт сердито гриз вагонну тишу.</w:t>
      </w:r>
    </w:p>
    <w:p>
      <w:r>
        <w:br/>
        <w:t>Вася дививсь у вікно балдою, і колючка, що встромилася в його серце, простягалась довга й тонка, мов вечірня тінь.</w:t>
      </w:r>
    </w:p>
    <w:p>
      <w:r>
        <w:br/>
        <w:t>Але не тільки боліло.</w:t>
      </w:r>
    </w:p>
    <w:p>
      <w:r>
        <w:br/>
        <w:t>Щось пронизливо-солодко лоскотало на самім дні, і була гостра печаль. На губах дикий глід: червоний і колючий, і переливавсь десь далеко бісерний переливчатий струмінь: "Золотую поставлю кровать".</w:t>
      </w:r>
    </w:p>
    <w:p>
      <w:r>
        <w:br/>
        <w:t>Вася гаряче потягся й оглянувсь на вікно.</w:t>
      </w:r>
    </w:p>
    <w:p>
      <w:r>
        <w:br/>
        <w:t>Шпарив дощ.</w:t>
      </w:r>
    </w:p>
    <w:p>
      <w:r>
        <w:br/>
        <w:t>Груди й голова у Васі прочистились, дзвонила в середині кров, таж сама гостро-колюча радість-пєчаль, що й тоді, після того, як панцирник одійшов з узлової станції, де лишилась "кавалеристка", стреміла й різала серце.</w:t>
      </w:r>
    </w:p>
    <w:p>
      <w:r>
        <w:br/>
        <w:t>Безумно захотілось натягтись і лопнути струною, і він схопився з ліжка, приступив до Паші і, розставивши руки, як артист, заливчасто пустив:</w:t>
      </w:r>
    </w:p>
    <w:p>
      <w:r>
        <w:br/>
        <w:t>Если в сердце сомненье вкрадется,</w:t>
      </w:r>
    </w:p>
    <w:p>
      <w:r>
        <w:br/>
        <w:t>Что красавица мне не верна…</w:t>
      </w:r>
    </w:p>
    <w:p>
      <w:r>
        <w:br/>
        <w:t>В дружині, в Паші, йому вбачалась частка, іскорка "кавалеристки"… в неясну далину одходив маревний степ…</w:t>
      </w:r>
    </w:p>
    <w:p>
      <w:r>
        <w:br/>
        <w:t>Паша звела на нього здивоване, незрозуміле обличчя:</w:t>
      </w:r>
    </w:p>
    <w:p>
      <w:r>
        <w:br/>
        <w:t>– Ты с умом? Чего орешь?</w:t>
      </w:r>
    </w:p>
    <w:p>
      <w:r>
        <w:br/>
        <w:t>Але Вася не вгамувався.</w:t>
      </w:r>
    </w:p>
    <w:p>
      <w:r>
        <w:br/>
        <w:t>На прощанье весь мир содрогнется,</w:t>
      </w:r>
    </w:p>
    <w:p>
      <w:r>
        <w:br/>
        <w:t>Ужаснется и сам сатана.</w:t>
      </w:r>
    </w:p>
    <w:p>
      <w:r>
        <w:br/>
        <w:t>Червоний, з блискучими очима, з блудною посмішкою, Вася хотів обняти і міцно притиснути до себе Пашу, але вона одгородилась шитвом і кинула брутальну фразу:</w:t>
      </w:r>
    </w:p>
    <w:p>
      <w:r>
        <w:br/>
        <w:t>– Ну, ну – оставь; не лезь, свиня!</w:t>
      </w:r>
    </w:p>
    <w:p>
      <w:r>
        <w:br/>
        <w:t>Внутрішній напор круто здав назад, Вася спинивсь і збентежено глянув на Пашу. Потім:</w:t>
      </w:r>
    </w:p>
    <w:p>
      <w:r>
        <w:br/>
        <w:t>– Ти сумашедша!</w:t>
      </w:r>
    </w:p>
    <w:p>
      <w:r>
        <w:br/>
        <w:t>І страшенно ображений, мовчки пішов до вікна; опершись спиною, з якимсь жалем дививсь на Пашу.</w:t>
      </w:r>
    </w:p>
    <w:p>
      <w:r>
        <w:br/>
        <w:t>– Ты сам сумасшедший. Хіба мислімо так орать?</w:t>
      </w:r>
    </w:p>
    <w:p>
      <w:r>
        <w:br/>
        <w:t>– А тобі що? – озвавсь Вася запитливо-незрозуміло.</w:t>
      </w:r>
    </w:p>
    <w:p>
      <w:r>
        <w:br/>
        <w:t>– Як – що?</w:t>
      </w:r>
    </w:p>
    <w:p>
      <w:r>
        <w:br/>
        <w:t>Паша одкинула шитво. Раптом щоки в неї почервоніли, крильця на носі стали білі. Тоді Вася стиха жбурнув:</w:t>
      </w:r>
    </w:p>
    <w:p>
      <w:r>
        <w:br/>
        <w:t>– Коли не вгодно, можеш на дощ.</w:t>
      </w:r>
    </w:p>
    <w:p>
      <w:r>
        <w:br/>
        <w:t>Він не докінчив, бо не знав, що говорити далі. В голові все змішалось. "На дощ, то й на дощ".</w:t>
      </w:r>
    </w:p>
    <w:p>
      <w:r>
        <w:br/>
        <w:t>Паша з силою стрималась і, удаючи з себе спокійно-веселу, взялась за шитво. Розгортаючи вишивку, сказала:</w:t>
      </w:r>
    </w:p>
    <w:p>
      <w:r>
        <w:br/>
        <w:t>– Ла-адно. Запомни, що ти мені сказав. Я буду пам’ятати. Хорошо!</w:t>
      </w:r>
    </w:p>
    <w:p>
      <w:r>
        <w:br/>
        <w:t>Вася важко сопів, ледве дочуваючи її слова, і одно було ясно для нього, що він зопалу скочив у яму і вийшло так, що буде щось небажане й дурне.</w:t>
      </w:r>
    </w:p>
    <w:p>
      <w:r>
        <w:br/>
        <w:t>Стало страшенно огидно – безвихідно й безрадісно і почуття боягузтва заворушилося в нім. Мовчки він одійшов од вікна і почав взуватись.</w:t>
      </w:r>
    </w:p>
    <w:p>
      <w:r>
        <w:br/>
        <w:t>Паша теж мовчала, не звертаючи на нього уваги.</w:t>
      </w:r>
    </w:p>
    <w:p>
      <w:r>
        <w:br/>
        <w:t>Насунувши картуза й піднявши комір, Вася вийшов з кімнати…</w:t>
      </w:r>
    </w:p>
    <w:p>
      <w:r>
        <w:br/>
        <w:t>Дощ бив просто в лице і забивав дух. Надворі була страшенна метушня, нерозбериха, дерево буйно шуміло, темінь одбивалась од дощової води, і од цього летіла пиляка.</w:t>
      </w:r>
    </w:p>
    <w:p>
      <w:r>
        <w:br/>
        <w:t>Одноокий на вулиці ліхтар сумно гойдавсь, переможений і вщент забитий переможним дощем, і плакав не втираючи сліз…</w:t>
      </w:r>
    </w:p>
    <w:p>
      <w:r>
        <w:br/>
        <w:t>Вася лихорадково перебирав у голові, що може бути завтра, і з досадою і переляком думав, що Паша його покине.</w:t>
      </w:r>
    </w:p>
    <w:p>
      <w:r>
        <w:br/>
        <w:t>"Дура!" – усовіщував він її і не смів виправдуватись.</w:t>
      </w:r>
    </w:p>
    <w:p>
      <w:r>
        <w:br/>
        <w:t>Дійшовши від рогу вулиці до ліхтаря, Вася глянув на хаотичну самоту чорних вулиць і повернув назад…</w:t>
      </w:r>
    </w:p>
    <w:p>
      <w:r>
        <w:br/>
        <w:t>"Дура!" – ще раз обережно подумав він про Пашу.</w:t>
      </w:r>
    </w:p>
    <w:p>
      <w:r>
        <w:br/>
        <w:t>Паша сиділа, як він покинув її – шила.</w:t>
      </w:r>
    </w:p>
    <w:p>
      <w:r>
        <w:br/>
        <w:t>Озираючись, Вася роздігсь і ліг спать. Він укутався з головою. Було важко, сумбурно незграбними колодами думки все перекладалися в голові, й нічого з цього не виходило. Щулячись, кілька разів визирав Вася з-під ковдри, чи не вкладає Паша речей.</w:t>
      </w:r>
    </w:p>
    <w:p>
      <w:r>
        <w:br/>
        <w:t>Пов’язана білою хусткою, Паша шила собі; на плечі плаття злазило, і видно було сорочку.</w:t>
      </w:r>
    </w:p>
    <w:p>
      <w:r>
        <w:br/>
        <w:t>"Чорт з нею, покине – хай покине!"</w:t>
      </w:r>
    </w:p>
    <w:p>
      <w:r>
        <w:br/>
        <w:t>Під ковдрою одкрились простір і світ, і блиснула синя даль.</w:t>
      </w:r>
    </w:p>
    <w:p>
      <w:r>
        <w:br/>
        <w:t>"Через неї викинули з партії; мотаєшся як… ще, гад, угрожаєт…"</w:t>
      </w:r>
    </w:p>
    <w:p>
      <w:r>
        <w:br/>
        <w:t>Він уявив себе вільним машиністом, компанію в Харкові, "прикалабок".</w:t>
      </w:r>
    </w:p>
    <w:p>
      <w:r>
        <w:br/>
        <w:t>"Хай іде, спробує".</w:t>
      </w:r>
    </w:p>
    <w:p>
      <w:r>
        <w:br/>
        <w:t>В "прикалабку", про який мріяв Вася, переливались брязк і сміх, весело цокало скло, і перед такою ж самою як "кавалеристка" красунею, Вася з жагою співав: "Золотую… поставлю…"</w:t>
      </w:r>
    </w:p>
    <w:p>
      <w:r>
        <w:br/>
        <w:t>Він заснув.</w:t>
      </w:r>
    </w:p>
    <w:p>
      <w:r>
        <w:br/>
        <w:t>За густою, соковитою вранішньою тінню від дому, стояв рівний напружений сліпучий блиск. Тверда синь без хмаринки випнулась проти вікна. Дощ пройшов за ніч.</w:t>
      </w:r>
    </w:p>
    <w:p>
      <w:r>
        <w:br/>
        <w:t>Вася глянув на годинника і поспішно схопився з ліжка. Ледве не заснув. Бризнув в обличчя водою, пригладив перед дзеркалом голову.</w:t>
      </w:r>
    </w:p>
    <w:p>
      <w:r>
        <w:br/>
        <w:t>– Паша, а Паша!</w:t>
      </w:r>
    </w:p>
    <w:p>
      <w:r>
        <w:br/>
        <w:t>З коридору неслось жваве розмовне цокотіння і лящав Пашин кругло-горішковий заливчастий смішок, ніби хто лоскотав її.</w:t>
      </w:r>
    </w:p>
    <w:p>
      <w:r>
        <w:br/>
        <w:t>– Паша!</w:t>
      </w:r>
    </w:p>
    <w:p>
      <w:r>
        <w:br/>
        <w:t>З розбігу Паша одхилила двері і, червоніючи своїм оживленим обличчям, грайливо запитала:</w:t>
      </w:r>
    </w:p>
    <w:p>
      <w:r>
        <w:br/>
        <w:t>– А що? Самовар? Готовий! За-а-араз! – і, наспівуючи це "за-а-араз", подалась назад.</w:t>
      </w:r>
    </w:p>
    <w:p>
      <w:r>
        <w:br/>
        <w:t>Стукаючи каблучками, вона моторно поставила на столі блискучого самовара і відгорнула сніжно-білу серветку, під якою все було наготовано: сяюча шклянка, варення, цукор, білий хліб.</w:t>
      </w:r>
    </w:p>
    <w:p>
      <w:r>
        <w:br/>
        <w:t>Вася швидко пив чай.</w:t>
      </w:r>
    </w:p>
    <w:p>
      <w:r>
        <w:br/>
        <w:t>Паша крутилась перед дзеркалом, поправляючи червону хустку на голові. З нападами лоскотливого смішку вона розповідала про тьотю, що зайшла до неї, йдучи на базар…</w:t>
      </w:r>
    </w:p>
    <w:p>
      <w:r>
        <w:br/>
        <w:t>– А ти… пізно прийдеш?</w:t>
      </w:r>
    </w:p>
    <w:p>
      <w:r>
        <w:br/>
        <w:t>– О п’ятій.</w:t>
      </w:r>
    </w:p>
    <w:p>
      <w:r>
        <w:br/>
        <w:t>Вася натягав тужурку.</w:t>
      </w:r>
    </w:p>
    <w:p>
      <w:r>
        <w:br/>
        <w:t>– Гм… – скорчила Паша плакливу гримасу. – Чому так пізно?.. Я не хочу так пізно… Мені буде ску-учно.</w:t>
      </w:r>
    </w:p>
    <w:p>
      <w:r>
        <w:br/>
        <w:t>– Прийдеш в магазин за газетою… Пока! – ділово сказав Вася.</w:t>
      </w:r>
    </w:p>
    <w:p>
      <w:r>
        <w:br/>
        <w:t>– Ну, прощай!</w:t>
      </w:r>
    </w:p>
    <w:p>
      <w:r>
        <w:br/>
        <w:t>Війнувши руками, Паша зручно й легко обкрутнулась навколо Васі, щільно припала до його губів, потім одкинулась і, пригнувшись, розсипала додолу бісерний смішок.</w:t>
      </w:r>
    </w:p>
    <w:p>
      <w:r>
        <w:br/>
        <w:t>На її сірих, майже немигливих очах золотої гадючки (і колишньої чекістки) тремтіли хмільні вогники, і навколо очей було липко, масно, п’яно.</w:t>
      </w:r>
    </w:p>
    <w:p>
      <w:r>
        <w:br/>
        <w:t>Свіжий вийшов Вася з дому, одна по одній вставали ділові думки про магазин.</w:t>
      </w:r>
    </w:p>
    <w:p>
      <w:r>
        <w:br/>
        <w:t>Те вчорашнє, що на гірший випадок обережно і з острахом держалось напоготові, було непотрібне. Вася, радий, не хотів повертатись до нього. Сяяв, ніби полірований день, гострі й свіжі пронизували повітря тонковинні запашки твердо-золотої осені…</w:t>
      </w:r>
    </w:p>
    <w:p>
      <w:r>
        <w:br/>
        <w:t>І тільки голий колючий кущ шипшини з яскраво-червоними кривавими перлинами неясно нагадав про щось далеко і безповоротно минуле.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