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брамою собору</w:t>
      </w:r>
    </w:p>
    <w:p>
      <w:r>
        <w:br/>
        <w:t xml:space="preserve"> &lt;p&gt;(Ескіз)</w:t>
      </w:r>
    </w:p>
    <w:p>
      <w:r>
        <w:br/>
        <w:t>Сонце, сонце... Білосніжні хмаринки, як пір’я, легенько пливуть краями неба і, здається, вартують красу-сонце, що соромливо кидає на білий мармур золоті поцілунки...</w:t>
      </w:r>
    </w:p>
    <w:p>
      <w:r>
        <w:br/>
        <w:t>— Іш-іш! — В морі сонячного проміння купається ластівка.</w:t>
      </w:r>
    </w:p>
    <w:p>
      <w:r>
        <w:br/>
        <w:t>Тихо-побожно гудуть дзвони, шумить телеграфний стовп, і до вуха долітає мінливий гуркіт городського життя:</w:t>
      </w:r>
    </w:p>
    <w:p>
      <w:r>
        <w:br/>
        <w:t>— Зз-уї... Трах-та-та... Зз-уї...</w:t>
      </w:r>
    </w:p>
    <w:p>
      <w:r>
        <w:br/>
        <w:t>Біло-сіра брама собору одбиває невеличкі зігнуті тіні людей. Старці.</w:t>
      </w:r>
    </w:p>
    <w:p>
      <w:r>
        <w:br/>
        <w:t>Ось іронічно посміхається дідусь; широке, з плюгавою лисиною обличчя, хитрі очі, низенький...</w:t>
      </w:r>
    </w:p>
    <w:p>
      <w:r>
        <w:br/>
        <w:t>— Дайте, господа, що милость ваша...</w:t>
      </w:r>
    </w:p>
    <w:p>
      <w:r>
        <w:br/>
        <w:t>Висока, з загорілим довгим обличчям жінка-старчиха звірем хижим поглядає на дідуся і лається:</w:t>
      </w:r>
    </w:p>
    <w:p>
      <w:r>
        <w:br/>
        <w:t>— Чорт приніс тебе, не пропадеш!</w:t>
      </w:r>
    </w:p>
    <w:p>
      <w:r>
        <w:br/>
        <w:t>— Еге ж, раньше стояв коло Софії, а це знов сюди...</w:t>
      </w:r>
    </w:p>
    <w:p>
      <w:r>
        <w:br/>
        <w:t>— Не спорте, бог за всіх безпокоїться...</w:t>
      </w:r>
    </w:p>
    <w:p>
      <w:r>
        <w:br/>
        <w:t>— Не гавкай: безпокоїться! Цілий день стою, а тільки три карбованці. Голодна й холодна...</w:t>
      </w:r>
    </w:p>
    <w:p>
      <w:r>
        <w:br/>
        <w:t>З собору вийшла поважна дама. Дідусь хапливо пригладив лисину і простяг руку:</w:t>
      </w:r>
    </w:p>
    <w:p>
      <w:r>
        <w:br/>
        <w:t>— Давайте, що милость...</w:t>
      </w:r>
    </w:p>
    <w:p>
      <w:r>
        <w:br/>
        <w:t>Дама дістає гроші. Висока ж старчиха роблено-хворобливо кашлянула, виправилась і тоненько почала:</w:t>
      </w:r>
    </w:p>
    <w:p>
      <w:r>
        <w:br/>
        <w:t>— Господь-бог за ваших родителів...— О, на! — Старчиха штовхнула дідуся і силоміць вихопила в дами папірець в п’ятдесят копійок: — Лізеш, нечиста твар!</w:t>
      </w:r>
    </w:p>
    <w:p>
      <w:r>
        <w:br/>
        <w:t>Дама перехрестилась, крутнула головою і пішла.</w:t>
      </w:r>
    </w:p>
    <w:p>
      <w:r>
        <w:br/>
        <w:t>— Оце сьогодні,— звернувся дідусь до свого кривого товариша,— третій раз так — прямо собака, а не людина: рве, хватає, ненажера...</w:t>
      </w:r>
    </w:p>
    <w:p>
      <w:r>
        <w:br/>
        <w:t>Кривий піддержав:</w:t>
      </w:r>
    </w:p>
    <w:p>
      <w:r>
        <w:br/>
        <w:t>— Неправильно. Христіянство... той, кажу, хіба не можна розділити на всю "братію"?</w:t>
      </w:r>
    </w:p>
    <w:p>
      <w:r>
        <w:br/>
        <w:t>— Що?! На всю "братію"... Мовчи краще, карячкуватий, а то схопиш костура!..</w:t>
      </w:r>
    </w:p>
    <w:p>
      <w:r>
        <w:br/>
        <w:t>Чоловічки полохливо заплигали в очах кривого.</w:t>
      </w:r>
    </w:p>
    <w:p>
      <w:r>
        <w:br/>
        <w:t>— Я, той, кажу...</w:t>
      </w:r>
    </w:p>
    <w:p>
      <w:r>
        <w:br/>
        <w:t>Старчиха його не слухала; скалячи зуби, вона підійшла до старої підсліпуватої бабусі, що моргала од сонця і тоненько тягла в ніс вічне: "Дайте старій та немощній..."</w:t>
      </w:r>
    </w:p>
    <w:p>
      <w:r>
        <w:br/>
        <w:t>Сонце кинуло ласкавий промінь на браму, освітило-приголубило нужденних і злих старців і сховалось за банями Софійського собору.</w:t>
      </w:r>
    </w:p>
    <w:p>
      <w:r>
        <w:br/>
        <w:t>І знов заіскрились тротуари, сонливо-змучені обличчя городян і — сонце, сонце...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брамою собору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