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П’яниця</w:t>
      </w:r>
    </w:p>
    <w:p>
      <w:r>
        <w:br/>
        <w:t xml:space="preserve"> &lt;p&gt;І</w:t>
      </w:r>
    </w:p>
    <w:p>
      <w:r>
        <w:br/>
        <w:t>Хвилат Мишурин сьогодня вже мусів вийти на роботу. Учора він поховав жінку. Ще й досі в халупці пахло ладаном і горілим воском. Четверо діток сиділо на лавці: двойко схилили свої біляві головоньки до старшої сестри на плече, а меншенька дівчинка чіплялась ззаду їй на шию й пустувала. Дзвінкий її регіт розтинався по хаті й гострим ножем пронизував серце Хвилатове, віддавався у мізку тупим болем і не давав зібрати докупи потрібних думок. Він тільки що нагодував діточок, і йому доконче треба було вже йти на шахту, щоб заступити по черзі машиніста, але якийсь невимовний тягар давив його, й він не міг підвестись з дзиглика, щоб зодягтись. Сльози підступали йому до горла, давили, бриніли на віях і застилали перед ним усе якоюсь імлою; здавалося, що знову халупчина повна димом, знову блиснули в очах воскові свічки і з імли виступило біле як крейда сурове й спокійне жінчине обличчя з синіми вустами, чорними бровами й гострим носом. "А як же дітки? — ніби говорило воно.— Катерині ж ще тільки одинадцятий годочок, хіба вона управиться за дорослу? Чи безпечно ж лишати дітей самих, бодай і на недовгий час... надворі зима, вибіжить яке неслухняне, застудить себе й помре... А в хаті топиться піч: пустуватимуть з огнем, спалять хату, чого доброго,— й самі не встигнуть вихопитись..."</w:t>
      </w:r>
    </w:p>
    <w:p>
      <w:r>
        <w:br/>
        <w:t>Здавлений плач, схожий на божевільний регіт, розітнувсь по кімнатці, перелякав дітей, і вони, як одно, скрикнули голосно й почали гірко ридати. Мале притулилось до Катрусі й несамовито тягло розпучливим голосом:</w:t>
      </w:r>
    </w:p>
    <w:p>
      <w:r>
        <w:br/>
        <w:t>— М-а-а-мо!.. Ой ма-а-мо!..</w:t>
      </w:r>
    </w:p>
    <w:p>
      <w:r>
        <w:br/>
        <w:t>Хвилат опам’ятавсь, кинувся до діток і почав їх розважати як міг. Це було нелегко: довго ще чулось їхнє хлипання в халупці. Прогуло десь на шахті вже й другу годину, а він усе сидів, обнявши діток і розмовляючи з ними.</w:t>
      </w:r>
    </w:p>
    <w:p>
      <w:r>
        <w:br/>
        <w:t>Далі він таки переміг себе й підвівся.</w:t>
      </w:r>
    </w:p>
    <w:p>
      <w:r>
        <w:br/>
        <w:t>— Ну, ти ж, Катрусю! доглядай за Павликом і за Митькою, щоб вони не пустували тут... А Оришці... там, у сінях... молоко... Доглядай... Я незабаром прийду. Доглядай же...</w:t>
      </w:r>
    </w:p>
    <w:p>
      <w:r>
        <w:br/>
        <w:t>Хвилат одягся й вийшов. Надворі мело. Сердитий вітер засипав йому очі снігом, мов порохом, розгорнув поли й пронизав до кісток. Хвилат запізнився трохи й знав, що машиніст досі вже лає його за це. Але він не зважав на те. Головне діло, чи відпусте його інженір ще на дві доби, поки з Расєї приїде його сестра доглядати діток і господарювати? Повинен пустити, бо хіба ж він не розуміє, яково чоловікові з дітьми, коли помре у нього дружина...</w:t>
      </w:r>
    </w:p>
    <w:p>
      <w:r>
        <w:br/>
        <w:t>II</w:t>
      </w:r>
    </w:p>
    <w:p>
      <w:r>
        <w:br/>
        <w:t>Густав Іванович Епп, як тільки прогуло на другу годину, вже метушився на шахті. Він був справний, як і всякий німець, і найбільш не любив, коли хто запізнювався до смєни. Звичайні шахтарські смєни відбувались о шостій годині ранком і ввечері: машиністи ж мінялися тричі на добу: у другій годині після обіду, в десятій увечері і в п’ятій удосвіта. Коли добродій Епп прийшов на шахту, то зразу не помітив ніякого безпорядку, але, одягшись у шахтьорку[1], щоб лізти у шахту, і виходячи з конторки, він зазирнув до машини і раптом почервонів спересердя. Він дав час машиністові зупинити машину.</w:t>
      </w:r>
    </w:p>
    <w:p>
      <w:r>
        <w:br/>
        <w:t>— Послюхай... це...це...шорт...Ти чом до цей час стирчав на машина? — визвіривсь він на машиніста.-—Чий черга? Мишурин?..</w:t>
      </w:r>
    </w:p>
    <w:p>
      <w:r>
        <w:br/>
        <w:t>— Так точно, ваше благородіє! — відповів той.</w:t>
      </w:r>
    </w:p>
    <w:p>
      <w:r>
        <w:br/>
        <w:t>— Де ж він, сукина-сина?!</w:t>
      </w:r>
    </w:p>
    <w:p>
      <w:r>
        <w:br/>
        <w:t>— Ще, мабуть, не приходив?</w:t>
      </w:r>
    </w:p>
    <w:p>
      <w:r>
        <w:br/>
        <w:t>— Як?.. Ще не приходила?.. Чом?..</w:t>
      </w:r>
    </w:p>
    <w:p>
      <w:r>
        <w:br/>
        <w:t>— Не могу знать, ваше благородіє!</w:t>
      </w:r>
    </w:p>
    <w:p>
      <w:r>
        <w:br/>
        <w:t>— Ей, хто там?.. Коробкін!.. Коробкін!..— гукав він, мов несамовито, на поверхового десятника.</w:t>
      </w:r>
    </w:p>
    <w:p>
      <w:r>
        <w:br/>
        <w:t>У цей саме час до шахти надійшов Хвилат. Почувши галас, він одразу догадався, що річ про нього, підійшов до завідуючого.</w:t>
      </w:r>
    </w:p>
    <w:p>
      <w:r>
        <w:br/>
        <w:t>— А-а... сто шорт на твоя батька, лотирь!.. Ти зачим не на машина?..</w:t>
      </w:r>
    </w:p>
    <w:p>
      <w:r>
        <w:br/>
        <w:t>— Я... ваше благородіє... ви ж знаєте...</w:t>
      </w:r>
    </w:p>
    <w:p>
      <w:r>
        <w:br/>
        <w:t>— Як?.. я знай?.. Твоя лотирь, а я знай?.. Ах ти ж поганий шоловік... Три карбованець штраф!.. Ставай зараз...</w:t>
      </w:r>
    </w:p>
    <w:p>
      <w:r>
        <w:br/>
        <w:t>— Я не можу...</w:t>
      </w:r>
    </w:p>
    <w:p>
      <w:r>
        <w:br/>
        <w:t>— Як?..— аж прикипів на місці інженір.— Пий можеш, а работай не можеш?.. Ти п’яний, як селодка?..</w:t>
      </w:r>
    </w:p>
    <w:p>
      <w:r>
        <w:br/>
        <w:t>— Та що ви, хай Господь милує... Учора тільки жінку поховав, а ви — п’яний. Я дуже прохаю вас відпустити мене ще на два дні...</w:t>
      </w:r>
    </w:p>
    <w:p>
      <w:r>
        <w:br/>
        <w:t>— Що?.. на два доба?.. Ти жона поховай?</w:t>
      </w:r>
    </w:p>
    <w:p>
      <w:r>
        <w:br/>
        <w:t>— Так точно.</w:t>
      </w:r>
    </w:p>
    <w:p>
      <w:r>
        <w:br/>
        <w:t>— Зачим тобі ще на два доба?</w:t>
      </w:r>
    </w:p>
    <w:p>
      <w:r>
        <w:br/>
        <w:t>— Я, ваше благородіє, ніяк не дійду до пам’яті після похорону, боюсь, що людей ще поб’ю...</w:t>
      </w:r>
    </w:p>
    <w:p>
      <w:r>
        <w:br/>
        <w:t>— Як? людей?! — застрибав на місці німець,— ти машиніст, чи ніжний арістократичний натур?.. За всяким пустяк ти будеш людей побивай...</w:t>
      </w:r>
    </w:p>
    <w:p>
      <w:r>
        <w:br/>
        <w:t>— Який же це пустяк?..</w:t>
      </w:r>
    </w:p>
    <w:p>
      <w:r>
        <w:br/>
        <w:t>— Який ти на шорта машиніст — людей побивай!.. Ти лотирь, і я тебе проганяй...</w:t>
      </w:r>
    </w:p>
    <w:p>
      <w:r>
        <w:br/>
        <w:t>— Ваше високоблагородіє... дома діти без догляду... відпустіть, пока сестра приїде...</w:t>
      </w:r>
    </w:p>
    <w:p>
      <w:r>
        <w:br/>
        <w:t>... — Зачим сестра мені?.. зачим, я тебе спитай?.. Діти? Треба наняв кого на діти.</w:t>
      </w:r>
    </w:p>
    <w:p>
      <w:r>
        <w:br/>
        <w:t>— Я не встиг ще й оглядітись як слід, коли ж би й кого наняти?</w:t>
      </w:r>
    </w:p>
    <w:p>
      <w:r>
        <w:br/>
        <w:t>— Кого?.. Я тобі буду ще наймав? ти сам не знай?.. Ти брехав... Ставай на машина!</w:t>
      </w:r>
    </w:p>
    <w:p>
      <w:r>
        <w:br/>
        <w:t>— Ваше...</w:t>
      </w:r>
    </w:p>
    <w:p>
      <w:r>
        <w:br/>
        <w:t>— Молшать... А за пізно прийшов — три рубель штраф. Німець поліз по драбині на поверх надшахтної будівлі, щоб лізти у шахту.</w:t>
      </w:r>
    </w:p>
    <w:p>
      <w:r>
        <w:br/>
        <w:t>ІІІ</w:t>
      </w:r>
    </w:p>
    <w:p>
      <w:r>
        <w:br/>
        <w:t>Мов непритомний, слухав Хвилат гасло рукоятчика, по давній звичці повертав у машині регулятора і пускав її або хутчій, або тихше, відповідно до того, що спускав у шахту або витягав звідтіль: чи вугіль, чи людей. У голові стояла йому одна думка: як житиме він далі без жінки?.. Ніби крізь сон чув він, як виліз із шахти добродій Епп, як лаяв він одкатчиків, штрахував когось, як наостанку, гримаючи на когось, зліз по драбині з поверху і пішов до конторки. До всього Хвилат був занадто байдужий. Свіжа вразка в серці давалась взнаки, і, коли біль від неї дуже вже гостро пронизував його наскрізь, він сердито повертав рушало і надто хутко пускав барабана, викликаючи цим гримання рукоятчика.</w:t>
      </w:r>
    </w:p>
    <w:p>
      <w:r>
        <w:br/>
        <w:t>— Ей-ей! тише... чорррт... люди їдуть!</w:t>
      </w:r>
    </w:p>
    <w:p>
      <w:r>
        <w:br/>
        <w:t>Він приходив до пам’яті, здержував машину й трохи пильніш придивлявся до стрілки, що показувала, коли саме треба припиняти машину, прислухався до дзвінка, що подавав знак, коли її спиняти зовсім. Іноді він не чув гасла: треба було пускати машину, а він сидів, як скам’янілий, і тоді з поверху розтинався сердитий і злісний голос рукоятчика:</w:t>
      </w:r>
    </w:p>
    <w:p>
      <w:r>
        <w:br/>
        <w:t>— Спиш?.. чоррт... вагончики йдуть!</w:t>
      </w:r>
    </w:p>
    <w:p>
      <w:r>
        <w:br/>
        <w:t>Він схоплювався, повертав рушало, щоб за хвилину знов Сісти й думать... Думать?.. Власне кажучи, він і не думав зовсім: в голові, в серці, на душі була якась порожнеча... Пробігали іноді думки, якісь чудні і цілком йому непотрібні. То він помічав, що у смазчика в картузі дірка й звідтіль стирчить вихор волосся, і думав: "Чом він не дістане собі кращого картуза?" А то погляд його спинявся зненацька на кодолі, що багато разів оповивала барабан, і він починав лічити: "Один, два, три, чотири..." Не дійшовши очима й до половини, він одводив їх і дививсь... просто насупроти, нічого не бачив, нічого не думав... Ні, інколи в голові стояла йому одна велика й важка думка, і він відчував — і знов не розумом, а серцем — безмірну її вагу, але жахався навіть спинитись на ній, хоч одну мить, бо знав, що то його загибель.</w:t>
      </w:r>
    </w:p>
    <w:p>
      <w:r>
        <w:br/>
        <w:t>— Дзень-дзень... дзень!—вибивав на поверсі рукоятчик.</w:t>
      </w:r>
    </w:p>
    <w:p>
      <w:r>
        <w:br/>
        <w:t>— Люди... треба обережніш,— якось неохоче догадався він і, не поспішаючись, повернув рушало. Рука його тримала регулятора, очі, як і завжди, дивилися на кодолу, що гадюкою вилась з барабану й зникала угорі в дірочку на поверх, а думки залетіли геть звідсіль — туди, у халупчину, де зостались без догляду дітки... Щось, як обценьками, здавило йому серце, в очах потемніло, в голові завертілось...</w:t>
      </w:r>
    </w:p>
    <w:p>
      <w:r>
        <w:br/>
        <w:t>— Тррах!-тррах!-дзень!!</w:t>
      </w:r>
    </w:p>
    <w:p>
      <w:r>
        <w:br/>
        <w:t>Страшенний крик зверху заглушив гуркіт машини. Він несамохіть повернув рушало... Хвилина страшенного гуркоту, тріскоту, брязкоту, нелюдського крику... Машина стала... Хвилат як стояв, так і звалився на поміст...</w:t>
      </w:r>
    </w:p>
    <w:p>
      <w:r>
        <w:br/>
        <w:t>— Ай-ай-ай!.. ай-ай-ай!..— мов порося, верещав Епп, вискочивши з конторки. Він рвав на собі волосся й бігав то сюди, то туди.— Ай-ай-ай!.. мій кар’єр, мій репутацій!.. Ой-ой-ой, що наробив, шортів п’яниць, що наробив!.. O, mein Gott, mein Gott!..</w:t>
      </w:r>
    </w:p>
    <w:p>
      <w:r>
        <w:br/>
        <w:t>Далі він опам’ятався трохи і, як навіжений, кинувся до машиніста.</w:t>
      </w:r>
    </w:p>
    <w:p>
      <w:r>
        <w:br/>
        <w:t>— Ах ти, сукина-сина!.. ах ти, п’яна морда!., ах ти, душогуба!.. Напивай себе, як селодка, й люди мені побивай! Ах. ти, п’яниць!</w:t>
      </w:r>
    </w:p>
    <w:p>
      <w:r>
        <w:br/>
        <w:t>По всьому будинкові розтинався голосний стогін, плач, божевільний крик поранених!..</w:t>
      </w:r>
    </w:p>
    <w:p>
      <w:r>
        <w:br/>
        <w:t>А "п’яниця" лежав без пам’яті...</w:t>
      </w:r>
    </w:p>
    <w:p>
      <w:r>
        <w:br/>
        <w:t>[1] Шахтьорка — робоча одежа у інженіра або штейгера.—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П’яниця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