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П’яними гронами чорніє бузина...</w:t>
      </w:r>
    </w:p>
    <w:p>
      <w:r>
        <w:br/>
        <w:t xml:space="preserve"> П’яними гронами чорніє бузина,&lt;br /&gt;</w:t>
        <w:br/>
        <w:t>Жовтіє папороть в торішнім сухолистю…&lt;br /&gt;</w:t>
        <w:br/>
        <w:t>І знову в далині я радісно пізнав&lt;br /&gt;</w:t>
        <w:br/>
        <w:t>Разки твоїх змагань безжурні та тяглисті.&lt;br /&gt;</w:t>
        <w:br/>
        <w:t>Коли в цю спраглу ніч далекі блискавки&lt;br /&gt;</w:t>
        <w:br/>
        <w:t>Безумству віддають надірване горіння,&lt;br /&gt;</w:t>
        <w:br/>
        <w:t>За мілійони миль, за простори тривкі —&lt;br /&gt;</w:t>
        <w:br/>
        <w:t>Моє п’яне життя, моє терпіння…&lt;br /&gt;</w:t>
        <w:br/>
        <w:t>Цигани долі, чуть, все клеплють тишину,&lt;br /&gt;</w:t>
        <w:br/>
        <w:t>Здіймають клевчики й у глупу мідь лупають,&lt;br /&gt;</w:t>
        <w:br/>
        <w:t>Пожеж сільських птахи патлатий дим женуть…&lt;br /&gt;</w:t>
        <w:br/>
        <w:t>А морок блискавиць копає… скрізь копає…&lt;br /&gt;</w:t>
        <w:br/>
        <w:t>По блискавиці тьма. Копни поглибше тут&lt;br /&gt;</w:t>
        <w:br/>
        <w:t>В цю спраглу, дику ніч, щоб розрубать сумління…&lt;br /&gt;</w:t>
        <w:br/>
        <w:t>За мілійони миль – мій зір, мов хижий спрут —&lt;br /&gt;</w:t>
        <w:br/>
        <w:t>Моє п’яне життя, моє терпіння!..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П’яними гронами чорніє бузина...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