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Певний притулок</w:t>
      </w:r>
    </w:p>
    <w:p>
      <w:r>
        <w:br/>
        <w:t xml:space="preserve"> &lt;p&gt;Долину повивав туман. А на горі-шпилі над хмарами в блакиті блищав величний древній храм.</w:t>
      </w:r>
    </w:p>
    <w:p>
      <w:r>
        <w:br/>
        <w:t>Гроза ревла, здригалися шпилі, луною обзивалися печери, жахливо сипалось каміння, а на верху гори спокійно та нерушно пишався храм, недосяжний храм, недосяжний для тих турбот.</w:t>
      </w:r>
    </w:p>
    <w:p>
      <w:r>
        <w:br/>
        <w:t>Лили дощі, котилися лавини, гучали дикі гуррікани, річки й ледовинки долину заливали, – і все живе з долини поспішало крутими стежками на гору до безтурботного притулку.</w:t>
      </w:r>
    </w:p>
    <w:p>
      <w:r>
        <w:br/>
        <w:t>Весь клопіт, лихо, небезпека, смертельний навіть жах, – усе воно помалу лишалося внизу, губилося за кожним кроком, бо тут вгорі все также ж твердо та привітно стояв відомий захист стародавній.</w:t>
      </w:r>
    </w:p>
    <w:p>
      <w:r>
        <w:br/>
        <w:t>Німії мури обзивалися луною на вигуки, хвалебні гімни та щиросердні молитви. Висока баня над склепінням єднала всіх і надихала настрій таємничий.</w:t>
      </w:r>
    </w:p>
    <w:p>
      <w:r>
        <w:br/>
        <w:t>Порожній доти і безгучний враз оживав од рухів храм: по білих стінах, по стовпах блискучих мармурових снувались відблиски й тіні, пахущий дим з кадила хвилював під самеє склепіння, і бачили тоді побожні люди святих явлених та янголів крилатий рій.</w:t>
      </w:r>
    </w:p>
    <w:p>
      <w:r>
        <w:br/>
        <w:t>Миналася лиха година. Зіходили в долину люди, спочивши од переполоху знов брались до щоденних справ, а серце, повнеє чуттям побожним, підносило їх зори мимоволі туди, де сяяв дивний храм. Сумирно серце колотилось, спокійно груди віддихали, бо там стояв на чатах вічно їх невсипущий вартовий.</w:t>
      </w:r>
    </w:p>
    <w:p>
      <w:r>
        <w:br/>
        <w:t>Вмираючі ймовірно посилали останній віддих свій туди ж, в блакитну височінь, де сяяв світ і спокій.</w:t>
      </w:r>
    </w:p>
    <w:p>
      <w:r>
        <w:br/>
        <w:t>Минали дні, пливли роки, поважно йшли сторіччя… На тихую долину напали вороги.</w:t>
      </w:r>
    </w:p>
    <w:p>
      <w:r>
        <w:br/>
        <w:t>Не вперше нападали, та боронилася долина, як могла, і руки, здійняті угору, і очі звернені туди ж, враз набиралися снаги. Тепер було не те.</w:t>
      </w:r>
    </w:p>
    <w:p>
      <w:r>
        <w:br/>
        <w:t>Не численність, не сила, не напад той раптовий, страшна була якась новітня, невідома міць.</w:t>
      </w:r>
    </w:p>
    <w:p>
      <w:r>
        <w:br/>
        <w:t>Збентежені, обняті острахом, в безладді люди поспішають туди, де вабить зір незломна охорона.</w:t>
      </w:r>
    </w:p>
    <w:p>
      <w:r>
        <w:br/>
        <w:t>Ось близько. Досягають. І радісно й надійно затремтіли у грудях змучені серця. В надхмарній вишині, що вічно холодом обнята, їх думам тепло вже стає.</w:t>
      </w:r>
    </w:p>
    <w:p>
      <w:r>
        <w:br/>
        <w:t>Ось досягли.</w:t>
      </w:r>
    </w:p>
    <w:p>
      <w:r>
        <w:br/>
        <w:t>Заколивалися по древніх мурах тіні, скрипить знайомим скриготом іржавий ключ у брамі.</w:t>
      </w:r>
    </w:p>
    <w:p>
      <w:r>
        <w:br/>
        <w:t>Ocь повійнув холодний пах кадила…</w:t>
      </w:r>
    </w:p>
    <w:p>
      <w:r>
        <w:br/>
        <w:t>Святая брама одчинилась і – повний величі й привіту одкрив просторі обійми дивний храм.</w:t>
      </w:r>
    </w:p>
    <w:p>
      <w:r>
        <w:br/>
        <w:t>Натруджені, налякані, припали люди спраглою душею до давнього джерела молитов.</w:t>
      </w:r>
    </w:p>
    <w:p>
      <w:r>
        <w:br/>
        <w:t>А вітер і луна доносять знизу боріння гук і тупот коней і згуки сурм ворожих.</w:t>
      </w:r>
    </w:p>
    <w:p>
      <w:r>
        <w:br/>
        <w:t>Бентежать тії посланці побожний настрій і, як вогонь в кадилі вітер роздимає, оттак вони розпалюють у серці розпуку й надію, гнів і віру і надають жаль смиренним молитвам.</w:t>
      </w:r>
    </w:p>
    <w:p>
      <w:r>
        <w:br/>
        <w:t>– Рятуй! Спаси! – навколішки упали і щирими слізьми окроплюють холодний мармур.</w:t>
      </w:r>
    </w:p>
    <w:p>
      <w:r>
        <w:br/>
        <w:t>– А що як не спасе? не вчує? – мов гадове шипіння проповз чийсь шепіт дотикливий.</w:t>
      </w:r>
    </w:p>
    <w:p>
      <w:r>
        <w:br/>
        <w:t>– Хто се сказав? Хто вирік оттаке? – питалися лякливо богомольці мов очерет під подихом вітрів.</w:t>
      </w:r>
    </w:p>
    <w:p>
      <w:r>
        <w:br/>
        <w:t>– Моліться, люди! Дужче сльози лийте! Поклони бийте без ліку!</w:t>
      </w:r>
    </w:p>
    <w:p>
      <w:r>
        <w:br/>
        <w:t>– Умолимо, вблагаємо…</w:t>
      </w:r>
    </w:p>
    <w:p>
      <w:r>
        <w:br/>
        <w:t>– А як не вмолите?</w:t>
      </w:r>
    </w:p>
    <w:p>
      <w:r>
        <w:br/>
        <w:t>– Хто? хто сказав? Хто сей блюзнір безглуздий? мов роздратовані чмелі гудуть жерці.</w:t>
      </w:r>
    </w:p>
    <w:p>
      <w:r>
        <w:br/>
        <w:t>– Приймай покуту, грішний люде! Сповідайтесь! Кадіть кадилами! свічки паліть офіри! Не жалуйте дарів, щоб зглянувся…</w:t>
      </w:r>
    </w:p>
    <w:p>
      <w:r>
        <w:br/>
        <w:t>– Навряд!</w:t>
      </w:r>
    </w:p>
    <w:p>
      <w:r>
        <w:br/>
        <w:t>– Як попускаєте? Хапайте блюзніра! Ловіть, держіть!</w:t>
      </w:r>
    </w:p>
    <w:p>
      <w:r>
        <w:br/>
        <w:t>– Що? се не той? Дарма: держіть його!</w:t>
      </w:r>
    </w:p>
    <w:p>
      <w:r>
        <w:br/>
        <w:t>– Он-он! се знов не той? Нічого: придержте і сього: чому не помагав шукати?</w:t>
      </w:r>
    </w:p>
    <w:p>
      <w:r>
        <w:br/>
        <w:t>– А сей чого мовчить нерушно? се спільник отому?</w:t>
      </w:r>
    </w:p>
    <w:p>
      <w:r>
        <w:br/>
        <w:t>– Ось-ось-де він! ага, попався, брате! Ні, знов не той!</w:t>
      </w:r>
    </w:p>
    <w:p>
      <w:r>
        <w:br/>
        <w:t>– Ловіть! хапайте! Кари блюзнірові!</w:t>
      </w:r>
    </w:p>
    <w:p>
      <w:r>
        <w:br/>
        <w:t>Не молитовний настрій мирний, не сповідь, не хвали, а підозріння, жах, ганебне польовання в храмі йде.</w:t>
      </w:r>
    </w:p>
    <w:p>
      <w:r>
        <w:br/>
        <w:t>– О зглянься! зглянься! зглянься! – за звиканням кадил повторює весь натовп.</w:t>
      </w:r>
    </w:p>
    <w:p>
      <w:r>
        <w:br/>
        <w:t>– Не зглянеться! Бо й глянути там нічим! – зухвало голос розітнувсь. Блюзнірством злякані, німують кволі люди.</w:t>
      </w:r>
    </w:p>
    <w:p>
      <w:r>
        <w:br/>
        <w:t>У ревну лють гнів жречий переходить.</w:t>
      </w:r>
    </w:p>
    <w:p>
      <w:r>
        <w:br/>
        <w:t>По храмові клекоче наче вир: лунають мішма сповідь і прокльони. Ті б’ють поклони, сі – людей, і кров на вівтарі і на помості кров…</w:t>
      </w:r>
    </w:p>
    <w:p>
      <w:r>
        <w:br/>
        <w:t>За галасом не чуть, як ближиться і ворог.</w:t>
      </w:r>
    </w:p>
    <w:p>
      <w:r>
        <w:br/>
        <w:t>Пов’язано, половлено чимало. Молитись буде спокійніш. А очі всіх, розжеврені од бою і од ляку, з жагучою надією вп’ялися у завісу пишну, що скривала святиню таємну. Од дихання палкого, од гомону і руху заколивалася блакитна злотосяйная завіса. Заграли-загискріли вздовш і вширш по ній мінливі визерунки.</w:t>
      </w:r>
    </w:p>
    <w:p>
      <w:r>
        <w:br/>
        <w:t>– Ось він! дивіться люди! Сам показав своє обличчя!</w:t>
      </w:r>
    </w:p>
    <w:p>
      <w:r>
        <w:br/>
        <w:t>– Ха-ха-ха-ха! То ж людьми роблена тканина! – пекельно пролунало знов.</w:t>
      </w:r>
    </w:p>
    <w:p>
      <w:r>
        <w:br/>
        <w:t>– Бери! лови! в’яжи!</w:t>
      </w:r>
    </w:p>
    <w:p>
      <w:r>
        <w:br/>
        <w:t>Зв’язали знову багатьох, а невловимий голос луна то тут то там.</w:t>
      </w:r>
    </w:p>
    <w:p>
      <w:r>
        <w:br/>
        <w:t>Xвилюється гаптована завіса таємничо, леліє безліч привидів по ній і кожна прагнуча душа сповнилась предчуттям.</w:t>
      </w:r>
    </w:p>
    <w:p>
      <w:r>
        <w:br/>
        <w:t>– О, дай нам, появи нам чудо!</w:t>
      </w:r>
    </w:p>
    <w:p>
      <w:r>
        <w:br/>
        <w:t>– Чудес нема! – гукнуло од порогу.</w:t>
      </w:r>
    </w:p>
    <w:p>
      <w:r>
        <w:br/>
        <w:t>Всі голови на голос повернулись: і знов нема, а навкруги новітнє сталось: зо стін святі злиняли, вгорі у бані мріє безвість, з кадил та вівтарів не янголи злітають, а дим чадний та попіл…</w:t>
      </w:r>
    </w:p>
    <w:p>
      <w:r>
        <w:br/>
        <w:t>Заголосив народ.</w:t>
      </w:r>
    </w:p>
    <w:p>
      <w:r>
        <w:br/>
        <w:t>– Жерці, явіть його! нам страшно! одхиліть завісу, явіть його!</w:t>
      </w:r>
    </w:p>
    <w:p>
      <w:r>
        <w:br/>
        <w:t>І в запалі тремтючими руками вхопили недоторкану завісу і на двоє святую розірвали…</w:t>
      </w:r>
    </w:p>
    <w:p>
      <w:r>
        <w:br/>
        <w:t>За нею – не було нічого. Лиш голая стіна…</w:t>
      </w:r>
    </w:p>
    <w:p>
      <w:r>
        <w:br/>
        <w:t>Одна стіна, без вікон, без дверей, без образів й фарб, сліпа, нерушна, безодмовна…</w:t>
      </w:r>
    </w:p>
    <w:p>
      <w:r>
        <w:br/>
        <w:t>Жах запечатав людські очі і вуста, скував рухи і тіло, уп’явся в серце пазурями.</w:t>
      </w:r>
    </w:p>
    <w:p>
      <w:r>
        <w:br/>
        <w:t>Знадвору ж чується вже зблизьку іржання коней, сурми гук і гомін військ ворожих.</w:t>
      </w:r>
    </w:p>
    <w:p>
      <w:r>
        <w:br/>
        <w:t>– Рятуй, стіно святая нерушима!</w:t>
      </w:r>
    </w:p>
    <w:p>
      <w:r>
        <w:br/>
        <w:t>– О ти, що за стіною! Великий, вічний, всемогущий, – спаси, спаси, помилуй нас!</w:t>
      </w:r>
    </w:p>
    <w:p>
      <w:r>
        <w:br/>
        <w:t>– О гляньте ж ви, сліпці мізерні, кого ви молите! – знов гнівний голос розітнувсь.</w:t>
      </w:r>
    </w:p>
    <w:p>
      <w:r>
        <w:br/>
        <w:t>І вже його не ловлять: не до того! Іде борня між людьми, та не така.</w:t>
      </w:r>
    </w:p>
    <w:p>
      <w:r>
        <w:br/>
        <w:t>Ті лавою обстали боронити останню святощ, а другі здобули знаряддя, несли ломи тяжкі. Через хвилину нечуваная справа в святому місці закипіла.</w:t>
      </w:r>
    </w:p>
    <w:p>
      <w:r>
        <w:br/>
        <w:t>Озброєні, суворі люди довбали й рушили стіну.</w:t>
      </w:r>
    </w:p>
    <w:p>
      <w:r>
        <w:br/>
        <w:t>– Не руште! грім уб’є! з небес вогонь впаде! – кричать жерці. Жінота плаче, умліває, тремтять і мужні досі люди. Ні грім, ні полум’я і досі не спадає.</w:t>
      </w:r>
    </w:p>
    <w:p>
      <w:r>
        <w:br/>
        <w:t>Маленька дірочка в стіні росте-чорніє щохвилини.</w:t>
      </w:r>
    </w:p>
    <w:p>
      <w:r>
        <w:br/>
        <w:t>І враз – як грім торохнула підбита чверть стіни і покотилась з гори, і гори довгою луною вітають з’явище страшне.</w:t>
      </w:r>
    </w:p>
    <w:p>
      <w:r>
        <w:br/>
        <w:t>Розвіявсь пил. Цікавости і жаху повний посунув люд, щоб ближче роздивитись.</w:t>
      </w:r>
    </w:p>
    <w:p>
      <w:r>
        <w:br/>
        <w:t>У виломі стіни, що висіла край кручі, чорніла лиш безодня. Обваляне каміння котилось-гуркотало, туман і порох застеляли глибочінь.</w:t>
      </w:r>
    </w:p>
    <w:p>
      <w:r>
        <w:br/>
        <w:t>– Отсе і все?!</w:t>
      </w:r>
    </w:p>
    <w:p>
      <w:r>
        <w:br/>
        <w:t>Розпуки повні, кинулись декілька чоловіків з кручі. Оголосилася безодня смертельним стогоном, їх трупи проглинула і – змовкло все.</w:t>
      </w:r>
    </w:p>
    <w:p>
      <w:r>
        <w:br/>
        <w:t>Шарпнувся люд назад. Тікає, як хто втрапить: на лихо, бій, в неволю, хоч і смерть – аби не бачити эахливої безодні…</w:t>
      </w:r>
    </w:p>
    <w:p>
      <w:r>
        <w:br/>
        <w:t>А другі похапцем вже вилом закладають.</w:t>
      </w:r>
    </w:p>
    <w:p>
      <w:r>
        <w:br/>
        <w:t>Замурували, мажуть, завісу запинають, настановили вівтарів.</w:t>
      </w:r>
    </w:p>
    <w:p>
      <w:r>
        <w:br/>
        <w:t>Знов кадять ладаном жерці, офіри палять, гуртують люд обіцянками щастя, гріхи людям прощають завчасу.</w:t>
      </w:r>
    </w:p>
    <w:p>
      <w:r>
        <w:br/>
        <w:t>Усе іде, як і колись.</w:t>
      </w:r>
    </w:p>
    <w:p>
      <w:r>
        <w:br/>
        <w:t>Та ба, не все!</w:t>
      </w:r>
    </w:p>
    <w:p>
      <w:r>
        <w:br/>
        <w:t>– Та доки ж нам сидіти дожидати, що ворог втиснеться в останній захист і забере голіруч всіх, неначе рибу з ятіра рибалка?</w:t>
      </w:r>
    </w:p>
    <w:p>
      <w:r>
        <w:br/>
        <w:t>– Ходім шукати іншої путі й іншої поради!</w:t>
      </w:r>
    </w:p>
    <w:p>
      <w:r>
        <w:br/>
        <w:t>Й вийшов гурт малий, наближився до кручі, вдивляється в таємну глибочінь.</w:t>
      </w:r>
    </w:p>
    <w:p>
      <w:r>
        <w:br/>
        <w:t>Туман пливе, клубочиться по ній, то купчиться у темну хмару, то рідне то ясніє й вабить зір мінливим покривом незнаних таємниць.</w:t>
      </w:r>
    </w:p>
    <w:p>
      <w:r>
        <w:br/>
        <w:t>– Страшний се шлях! – сказав один.</w:t>
      </w:r>
    </w:p>
    <w:p>
      <w:r>
        <w:br/>
        <w:t>– Страшний се шлях! – здрігнувши повторили люди.</w:t>
      </w:r>
    </w:p>
    <w:p>
      <w:r>
        <w:br/>
        <w:t>– Єдиний поки шлях! – озвався другий.</w:t>
      </w:r>
    </w:p>
    <w:p>
      <w:r>
        <w:br/>
        <w:t>– А чи заблисне світ там провідний? Як-би заблис хоч зіркою, хоч гискрою малою, я б кинувсь не вагаючись назустріч! Ніщо не дороге, не миле! Аби той світ заблис!</w:t>
      </w:r>
    </w:p>
    <w:p>
      <w:r>
        <w:br/>
        <w:t>– Аби заблис! без світла ж як рушать! – несміливо озвався де-хто.</w:t>
      </w:r>
    </w:p>
    <w:p>
      <w:r>
        <w:br/>
        <w:t>– Ні! – мовив інший, готуючись іти: – ні: тихо – обережно, чіпляючись навпомацки за скелі, обламуючи ніхті, потерзаний, скрівавлений, я всеж-таки полізу шукати доброї путі, того шукати світла. Мій путь важкий усіється кривавими слідами, і як загину я – по тих слідах хоч може другі знайдуть його, знайдуть спасенний шлях! Не може буть того, щоб на кривавий подвиг не глянула нова зоря, не вивела і сонце за собою. Прощайте!</w:t>
      </w:r>
    </w:p>
    <w:p>
      <w:r>
        <w:br/>
        <w:t>Несміливо стоять округ збентеженії люди, вдивляються допитливо в безодню.</w:t>
      </w:r>
    </w:p>
    <w:p>
      <w:r>
        <w:br/>
        <w:t>Туман клубочиться по ній… то темніє-густіє… то рідне то ясніє… щось миготить? а що? – болотяне блудило чи зоря? Чи просто очі натруджені горять?</w:t>
      </w:r>
    </w:p>
    <w:p>
      <w:r>
        <w:br/>
        <w:t>Хто знає! хто вгадає!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Певний притулок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