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Петро мужик непокорний…</w:t>
      </w:r>
    </w:p>
    <w:p>
      <w:r>
        <w:br/>
        <w:t xml:space="preserve"> Петро мужик непокорний,&lt;br /&gt;</w:t>
        <w:br/>
        <w:t>Та вдавсь собі проноза з біса:&lt;br /&gt;</w:t>
        <w:br/>
        <w:t>Здається, з пики і дурний,&lt;br /&gt;</w:t>
        <w:br/>
        <w:t>Та годзунковатий гульвіса.&lt;br /&gt;</w:t>
        <w:br/>
        <w:t>От ґедзь напав Петра: не спить, не їсть ніколи,&lt;br /&gt;</w:t>
        <w:br/>
        <w:t>Бажає бачить П'ятембурх&lt;br /&gt;</w:t>
        <w:br/>
        <w:t>І, знай, черка писульки до Миколи. [16]&lt;br /&gt;</w:t>
        <w:br/>
        <w:t>"Нехай, — каже,— поки не випре з мене дух,&lt;br /&gt;</w:t>
        <w:br/>
        <w:t>Хоч раз тобі я поклонюсь,&lt;br /&gt;</w:t>
        <w:br/>
        <w:t>Нехай на П'ятембурх доволі надивлюсь!"&lt;br /&gt;</w:t>
        <w:br/>
        <w:t>Микола, гарний, любий пан,&lt;br /&gt;</w:t>
        <w:br/>
        <w:t>Черка йому: "Надінь ти, Петре, свій жупан,&lt;br /&gt;</w:t>
        <w:br/>
        <w:t>А на жупан з відлогою свитину,&lt;br /&gt;</w:t>
        <w:br/>
        <w:t>І решетилівський кожух,&lt;br /&gt;</w:t>
        <w:br/>
        <w:t>І хліба деяку шматину,&lt;br /&gt;</w:t>
        <w:br/>
        <w:t>Та й чимчикуй щомога в П'ятембурх".&lt;br /&gt;</w:t>
        <w:br/>
        <w:t>От наш Петро і в П'ятембурсі&lt;br /&gt;</w:t>
        <w:br/>
        <w:t>В свитині новій і в кожусі!&lt;br /&gt;</w:t>
        <w:br/>
        <w:t>Петра за гостя прийняли,&lt;br /&gt;</w:t>
        <w:br/>
        <w:t>Петра у люди повели...&lt;br /&gt;</w:t>
        <w:br/>
        <w:t>Чого Петрова душка забажала,&lt;br /&gt;</w:t>
        <w:br/>
        <w:t>Усе побачила, всього покоштовала...&lt;br /&gt;</w:t>
        <w:br/>
        <w:t>Петро, мов єднорал, між панством виступає,&lt;br /&gt;</w:t>
        <w:br/>
        <w:t>Перед Петром москаль рушницю піднімає,&lt;br /&gt;</w:t>
        <w:br/>
        <w:t>Петрові в тарілках підносять панську страву,&lt;br /&gt;</w:t>
        <w:br/>
        <w:t>Та що й казать: Петро пішов у славу!&lt;br /&gt;</w:t>
        <w:br/>
        <w:t>Але Петрові все нудненько щось стає;&lt;br /&gt;</w:t>
        <w:br/>
        <w:t>Петро буцім то сяде, то встає,&lt;br /&gt;</w:t>
        <w:br/>
        <w:t>Все груди мацає, кородиться і кашля,&lt;br /&gt;</w:t>
        <w:br/>
        <w:t>І нищечком під ніс собі, скривившись, кашля.&lt;br /&gt;</w:t>
        <w:br/>
        <w:t>Петрові стрічку й хрест Микола втеребив,&lt;br /&gt;</w:t>
        <w:br/>
        <w:t>Петра Микола в двір до Самої водив;&lt;br /&gt;</w:t>
        <w:br/>
        <w:t>Петро буцім повеселів,&lt;br /&gt;</w:t>
        <w:br/>
        <w:t>Та вп'ять здурів&lt;br /&gt;</w:t>
        <w:br/>
        <w:t>І світом нудить,&lt;br /&gt;</w:t>
        <w:br/>
        <w:t>Других і сам себе посеред ночі будить...&lt;br /&gt;</w:t>
        <w:br/>
        <w:t>Петра напали перелоги,&lt;br /&gt;</w:t>
        <w:br/>
        <w:t>Петра з нудьги не носять ноги,&lt;br /&gt;</w:t>
        <w:br/>
        <w:t>В Петра буцім усе в господі умира,&lt;br /&gt;</w:t>
        <w:br/>
        <w:t>В Петра всі хворі там: і жінка, й дітвора,&lt;br /&gt;</w:t>
        <w:br/>
        <w:t>Петро притьмом додому, до двора!&lt;br /&gt;</w:t>
        <w:br/>
        <w:t>Микола-пан швидчій Петровій жінці&lt;br /&gt;</w:t>
        <w:br/>
        <w:t>В царині випрохав намисто в сто червінців;&lt;br /&gt;</w:t>
        <w:br/>
        <w:t>Петро уп'ять повеселів,&lt;br /&gt;</w:t>
        <w:br/>
        <w:t>На всі чотири поглядів&lt;br /&gt;</w:t>
        <w:br/>
        <w:t>Та й: "Папочку,— сказав,— здорові ж оставайтесь&lt;br /&gt;</w:t>
        <w:br/>
        <w:t>І в П'ятембурх мене вже більш не сподівайтесь".&lt;br /&gt;</w:t>
        <w:br/>
        <w:t>3 марта 1833 г., Петербург</w:t>
      </w:r>
    </w:p>
    <w:p>
      <w:r>
        <w:br/>
        <w:t>[16] — Микола — Лонгінов М. М. (1780–1853), високопоставлений чиновник, у 20–30-х рр. керував учбовими та благодійними закладами, які перебували у віданні імператриці. Він був покровителем Гулака-Артемовського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Петро мужик непокорний…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