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Первоквіт</w:t>
      </w:r>
    </w:p>
    <w:p>
      <w:r>
        <w:br/>
        <w:t xml:space="preserve"> Продавала первоквіти&lt;br /&gt;</w:t>
        <w:br/>
        <w:t>Дівчинонька молода,&lt;br /&gt;</w:t>
        <w:br/>
        <w:t>В неї очи – тепле літо&lt;br /&gt;</w:t>
        <w:br/>
        <w:t>Ще й хустина голуба.</w:t>
      </w:r>
    </w:p>
    <w:p>
      <w:r>
        <w:br/>
        <w:t>Заманило місто степ&lt;br /&gt;</w:t>
        <w:br/>
        <w:t>На панелі чорні…&lt;br /&gt;</w:t>
        <w:br/>
        <w:t>Ах, знайоме слово неп,&lt;br /&gt;</w:t>
        <w:br/>
        <w:t>Не знайомий корінь.</w:t>
      </w:r>
    </w:p>
    <w:p>
      <w:r>
        <w:br/>
        <w:t>Пов’язала у пучечки&lt;br /&gt;</w:t>
        <w:br/>
        <w:t>Перші паростки весни&lt;br /&gt;</w:t>
        <w:br/>
        <w:t>І летять думки далеко:&lt;br /&gt;</w:t>
        <w:br/>
        <w:t>– Де ви, села, ліс, кущі?</w:t>
      </w:r>
    </w:p>
    <w:p>
      <w:r>
        <w:br/>
        <w:t>Не продам сьогодні квіти,&lt;br /&gt;</w:t>
        <w:br/>
        <w:t>Бідна моя голова.&lt;br /&gt;</w:t>
        <w:br/>
        <w:t>– За пучок п’ятачок, —&lt;br /&gt;</w:t>
        <w:br/>
        <w:t>Отакі були слова.</w:t>
      </w:r>
    </w:p>
    <w:p>
      <w:r>
        <w:br/>
        <w:t>А у вечорі, о, зорі,&lt;br /&gt;</w:t>
        <w:br/>
        <w:t>Ліхтарі сумні,&lt;br /&gt;</w:t>
        <w:br/>
        <w:t>Розгубила первоквіти&lt;br /&gt;</w:t>
        <w:br/>
        <w:t>Першої весни.</w:t>
      </w:r>
    </w:p>
    <w:p>
      <w:r>
        <w:br/>
        <w:t>Якусь подругу зустріла&lt;br /&gt;</w:t>
        <w:br/>
        <w:t>– Ох, порада п’яна… —&lt;br /&gt;</w:t>
        <w:br/>
        <w:t>І дівчину напоїла&lt;br /&gt;</w:t>
        <w:br/>
        <w:t>Міста чорна слава.</w:t>
      </w:r>
    </w:p>
    <w:p>
      <w:r>
        <w:br/>
        <w:t>Ах, роса, роса і сум…&lt;br /&gt;</w:t>
        <w:br/>
        <w:t>На твого хустину&lt;br /&gt;</w:t>
        <w:br/>
        <w:t>Теплі очи на снігу&lt;br /&gt;</w:t>
        <w:br/>
        <w:t>Нічка розгубила.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Первоквіт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