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Перу, перу платтячко</w:t>
      </w:r>
    </w:p>
    <w:p>
      <w:r>
        <w:br/>
        <w:t xml:space="preserve"> Перу, перу платтячко&lt;br /&gt;</w:t>
        <w:br/>
        <w:t>І хустинки&lt;br /&gt;</w:t>
        <w:br/>
        <w:t>Для моєї лялечки,&lt;br /&gt;</w:t>
        <w:br/>
        <w:t>Для Маринки.&lt;br /&gt;</w:t>
        <w:br/>
        <w:t>Перу, перу платтячко&lt;br /&gt;</w:t>
        <w:br/>
        <w:t>І співаю,&lt;br /&gt;</w:t>
        <w:br/>
        <w:t>У вікно на сонечко&lt;br /&gt;</w:t>
        <w:br/>
        <w:t>Поглядаю.&lt;br /&gt;</w:t>
        <w:br/>
        <w:t>Вийди, вийди, сонечко,&lt;br /&gt;</w:t>
        <w:br/>
        <w:t>З-за хмаринки,—&lt;br /&gt;</w:t>
        <w:br/>
        <w:t>Хай висохне платтячко&lt;br /&gt;</w:t>
        <w:br/>
        <w:t>Для Маринки.&lt;br /&gt;</w:t>
        <w:br/>
        <w:t>Буду, буду платтячко&lt;br /&gt;</w:t>
        <w:br/>
        <w:t>Прасувати,&lt;br /&gt;</w:t>
        <w:br/>
        <w:t>Буду мою лялечку&lt;br /&gt;</w:t>
        <w:br/>
        <w:t>Одягати.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Перу, перу платтячко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