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Перші стріли</w:t>
      </w:r>
    </w:p>
    <w:p>
      <w:r>
        <w:br/>
        <w:t xml:space="preserve"> &lt;p&gt;Уже приморозки стали відморожувати варті вуха і старщеньких вояків заганяли до мужицьких хат, — а все-таки неприятель не вбігав у сі села, що над Черемошем повиростали.</w:t>
      </w:r>
    </w:p>
    <w:p>
      <w:r>
        <w:br/>
        <w:t>Уже срізь довкруги на дорогах видко було хмари димів та червону луну ночами, — а Черемош збирав із своїх сіл легінів і добровільців. і провадив їх до бранки до Путилова або розсівав по селах на оборону.</w:t>
      </w:r>
    </w:p>
    <w:p>
      <w:r>
        <w:br/>
        <w:t>Було так, що над Прутом скрізь уже газдував неприятель, а над Черемошем харчував ще старий газда.</w:t>
      </w:r>
    </w:p>
    <w:p>
      <w:r>
        <w:br/>
        <w:t>Але всі села мали більшу вагу на старого газду, чим на нового, і тому легіні з-над Прута ночами викрадалися з-під неприятеля і йшли до бранки до Путилова або ставали за добровільців в котрому-небудь селі над Черемошем і разом із справедливими вояками дожидали неприятеля, щоби почастувати його на дорозі кулями старих рушниць, або камінним плиттям, або колодами і бервенами, які були сховані на верхах понад дорогою. Сі села над Черемошем угадували своїми легінями, що неприятель боїться їх добровільців і засідок, грунів, і верхів, та темних лісів над дорогою і тому обминає цей небезпечний клин. В кождім селі росла тут твоя гордість супроти неприятеля так, як росли ряди гірських добровільців-пушкарів.</w:t>
      </w:r>
    </w:p>
    <w:p>
      <w:r>
        <w:br/>
        <w:t>Але ще й тісарську оборону мало кожде село. У панотця або в школі сидів жандарм, що велів звати себе комендантом і мав під собою зо дві десятки старших вояків, яких пушкарі звали ландштурмаками.</w:t>
      </w:r>
    </w:p>
    <w:p>
      <w:r>
        <w:br/>
        <w:t>Пушкарі слухали коменданта, але скоса і згорда дивилися на ландштурмаків, що ані одежі, ані обуві не мали, не були охочі до бою, йойкалися і дрожали на студені та кодого газди допитувалися, чи не знає і відає, як довго потриває ця ненависна війна.</w:t>
      </w:r>
    </w:p>
    <w:p>
      <w:r>
        <w:br/>
        <w:t>Село годувало свою оборону.</w:t>
      </w:r>
    </w:p>
    <w:p>
      <w:r>
        <w:br/>
        <w:t>Пушкарі за харчі не дуже-то дбали, бо нені і дівчата їх допантровували, а дома — небідома, але ландштурмаки були на їду ласі і харчували приязно. Звичайно були вони мовчазливі, а при їді веселішали і наломлювали свій хорватський язик до бесіди з газдами та розповідали про те, як з-під Новоселиці відступали, а відтак бої зводили і знов відступали та неприятеля в гори заманювали.</w:t>
      </w:r>
    </w:p>
    <w:p>
      <w:r>
        <w:br/>
        <w:t>Зато в неділю мало село параду, бо комендант напереді, а бородаті вояки за ним рядами машерували до церкви.</w:t>
      </w:r>
    </w:p>
    <w:p>
      <w:r>
        <w:br/>
        <w:t>Тоді газдині розступалися перед церквою і робили воякам дорогу та й жалували їх, що такі темнолиці, голодні і дрантиві, — а бідаки поморгували на себе: "Аді, йдут смучі цуріки!"</w:t>
      </w:r>
    </w:p>
    <w:p>
      <w:r>
        <w:br/>
        <w:t>Молоді пушкарики чули в собі силу і самі дбали про пістолєта, про рушниці і про те, щоби верхами уставити і присилити якнайбільше плиття і колод, готових до спаду на дорогу. Були жваві, бгачкі і швидкі то до рушниці спритніші. День і ніч приготовляли оборону села, укріпляли камінним плиттям стрімкі боки дороги, майстрували потайні засідки, розбігалися на розвідини і пазили воєнного діла так, як це молодим ялося. Коли цуріки били поклони в церкві і гарячі мольби слали на негайне покінчення війни, пушкарі вбігали в церкву і повістували комендантові, що неприятель підходить з долів доліських і, мабуть, хоче плаями закрастися до села та хитрощами його здобути, бо пронир у лісах, а дорогу минає.</w:t>
      </w:r>
    </w:p>
    <w:p>
      <w:r>
        <w:br/>
        <w:t>Тоді село бачило в церкві воєнний алярм, бо комендант у церкві голосно командирував і роздавав прикази, а відтак пушкарі згагяли підводи і що два вояки сідали на вози та й разом з пушкарями везлися напроти неприятеля. Комендант розкладав і примірював довгі шкла побільшаючі та глядів то за неприятелем, то назирці за своїми вояками, що поховалися в драбинах возів за спину стоячих пушкарів.</w:t>
      </w:r>
    </w:p>
    <w:p>
      <w:r>
        <w:br/>
        <w:t>Бадіки і челядь розцікавлювалися дуже, і виходили з церкви, та вірили, що комендант через те шкло, яке вони звали окяном, видить далі, чим они голим оком, і випитували його, чи вже заздрів неприятеля. Комендант усе повістував з окяну, що видить дим, а в димах неприятеля лишень ледь-ледь, бо бадіки заслонюють йому вид, — а в душі радувався, що бадіки його обступили і перед хитрим ворогом опарканили.</w:t>
      </w:r>
    </w:p>
    <w:p>
      <w:r>
        <w:br/>
        <w:t>Кортіло бадіків також через окян подивитися на неприятеля, але комендант не зволяв і сердився, коли бадіки допевнювали, що ті чорні дими здіймаються з вогнів, які розіклали хорватські ландштурмісти сусіднього села собі на загріток.</w:t>
      </w:r>
    </w:p>
    <w:p>
      <w:r>
        <w:br/>
        <w:t>Пушкарі жваво покмітили, що так, як вояки, так само комендант побоюється неприятеля і на привіт йому бере все тільки окян, а не рушницю, але саме тому згуста повістували, що неприятель появився близько села і або миче коням сіна із стога, або вдарить собі курятину у вдовиці на краю села. Тоді все був алярм, який кінчився окяном. Але неприятеля не було, лишень газди підсміхалися.</w:t>
      </w:r>
    </w:p>
    <w:p>
      <w:r>
        <w:br/>
        <w:t>Пушкарі мали свій фронт верхами гір понад дорогою, а ландштурмісти мали свою касарню серед села в канцелярії громадській.</w:t>
      </w:r>
    </w:p>
    <w:p>
      <w:r>
        <w:br/>
        <w:t>Селу було ненаручно доносити їду і воякам до касарні, і пушкарям на фронт, але газдині годували з горшків і тісарське, і добровільне віійсько то за поману, то за повинність. Поману робили тії газдині, що їх газди або сини також пішли на війну і десь у чужім краю за наживою попід чужими вікнами коло чужих газдинь колядують.</w:t>
      </w:r>
    </w:p>
    <w:p>
      <w:r>
        <w:br/>
        <w:t>Повинність ваготіла на цілому селі, бо і хорвати, і пушкарі могли і самі собі від людей харчів набрати, а по-друге, дивилися через пальці, куоли у кого застали вночі незаткані вікна або коли хто випрошувався від підвод.</w:t>
      </w:r>
    </w:p>
    <w:p>
      <w:r>
        <w:br/>
        <w:t>Спершу не всі знали, що не вільно з хати світла випускати, аж баба Хромейка навчила село вікна ліжниками заставляти. Бо коли забанувала за сином-жовніром і виплакала собі серце та й померла, то невістка спорядила її тіло на лавиці коло вікон і обсвітила, як вівтар, свічками, — а тоді прийшов комендант із жовнірами в хату і забрав невістку та відправив сковану до міста. Чужі люди поховали бабу, а за невісткою слід загиб.</w:t>
      </w:r>
    </w:p>
    <w:p>
      <w:r>
        <w:br/>
        <w:t>А старий Чюрей навчив людей рот замикати. Вертав із долів із донькою та й попасав у місті. Лиш конині дав їсти, лиш перехрестився, аби похарчувати, — а перед ним на другім боці за дорогою гальман народу і війська. Питається він бородатого вояка, чого нарід збігся, а вояк відрік, що мають вішати гуцула. Тоді Чюрея скортіло запитати, за що мають стратити того гуцула. Вояк відповів йому коротко: "За москаля".</w:t>
      </w:r>
    </w:p>
    <w:p>
      <w:r>
        <w:br/>
        <w:t>Дід не втерпів і дивувався: "Нащо чоловіка задурно тратити, таже москаль світ годує!"</w:t>
      </w:r>
    </w:p>
    <w:p>
      <w:r>
        <w:br/>
        <w:t>Вояк вхопив ті дідові слова, і за часок дід гойдався синій поруч із гуцулом, а донька сама домів вернула і дідову причку розповіла.</w:t>
      </w:r>
    </w:p>
    <w:p>
      <w:r>
        <w:br/>
        <w:t>Та й підводи навчилося сло в самі мати, відколи прийшла вістка, що полягли всі старенькі бадіки, котрі в перших днях війни виїхали в підводи самі нарошно тому, щоб їх старість військові старшини пошанували і їх швидко домів відправили. Старшини загнали їх в сліпу долину, а неприятель витовк і газдів, і худібку, і вози.</w:t>
      </w:r>
    </w:p>
    <w:p>
      <w:r>
        <w:br/>
        <w:t>Тому село робило волю і хорватам, і пушкарям і поволі привикало до війни, гей до ярма.</w:t>
      </w:r>
    </w:p>
    <w:p>
      <w:r>
        <w:br/>
        <w:t>Але прийшла покрова — храмове свято...</w:t>
      </w:r>
    </w:p>
    <w:p>
      <w:r>
        <w:br/>
        <w:t>Люди не дарують храму і зійшлися в село на відправу, як давніми роками.</w:t>
      </w:r>
    </w:p>
    <w:p>
      <w:r>
        <w:br/>
        <w:t>Правиться відправа, аж церква дрожить, — тільки моздіри не гримають.</w:t>
      </w:r>
    </w:p>
    <w:p>
      <w:r>
        <w:br/>
        <w:t>Примашерували в церкву і хорвати, і пушкарі. Напереді комендант, гей павич.</w:t>
      </w:r>
    </w:p>
    <w:p>
      <w:r>
        <w:br/>
        <w:t>Панотець проповідь говорить, як у лист піє, а все за військо, за добровільців:</w:t>
      </w:r>
    </w:p>
    <w:p>
      <w:r>
        <w:br/>
        <w:t>— Ти, хло', сидиш на запічку, а він йде за тебе умирати!</w:t>
      </w:r>
    </w:p>
    <w:p>
      <w:r>
        <w:br/>
        <w:t>Ти жалуєш йому курку, а він за тебе життя не жалує!</w:t>
      </w:r>
    </w:p>
    <w:p>
      <w:r>
        <w:br/>
        <w:t>Ти спиш в джєргах та в подушках, а він на студенім плиттю сокотить тебе і талану твого!</w:t>
      </w:r>
    </w:p>
    <w:p>
      <w:r>
        <w:br/>
        <w:t>А ти, газдине, не лінуйся його банушинов та кулешков почастувати!</w:t>
      </w:r>
    </w:p>
    <w:p>
      <w:r>
        <w:br/>
        <w:t>А ти, доню, не гидуйся жовнірові сорочку виполокати!</w:t>
      </w:r>
    </w:p>
    <w:p>
      <w:r>
        <w:br/>
        <w:t>Пригостіт, приголубте, парафіяни, сю нашу оборону, аби тісар врядувався, аби Україна усміхнулася, аби наш край удержався!</w:t>
      </w:r>
    </w:p>
    <w:p>
      <w:r>
        <w:br/>
        <w:t>А ви, сторонські люди, набувайтеся і забавляйтеся грешно, але води в рот понабирайте і не розповідайте неприятелеві, кілько у нас війська та й пушкарів кілько!!</w:t>
      </w:r>
    </w:p>
    <w:p>
      <w:r>
        <w:br/>
        <w:t>На згадку краю і України бадіки попісніли, бо жаль їм стало за цим зеленим клином над Черемошем.</w:t>
      </w:r>
    </w:p>
    <w:p>
      <w:r>
        <w:br/>
        <w:t>— Вже нема спасу, коли панотець за цес край потерпає, — пояснювали бадіки напошепки панотцеву бесіду.</w:t>
      </w:r>
    </w:p>
    <w:p>
      <w:r>
        <w:br/>
        <w:t>А газдині м'якли, як хустки, і допевнювали себе крізь плач, що хос куда сходив би, то таки нема понад сей край красний, та запашний, та веселий.</w:t>
      </w:r>
    </w:p>
    <w:p>
      <w:r>
        <w:br/>
        <w:t>Храмові гості зацікавилися панотцевою бесідою і стали перешіптуватися з бадіками про те, що над Прутом неприятеля, як трави та листу, та що він отік підсувається під це село.</w:t>
      </w:r>
    </w:p>
    <w:p>
      <w:r>
        <w:br/>
        <w:t>Зачув ті шепти комендант і вийшов з військом та пушкарями з церкви і став випитувати сторонських людей про неприятеля. Одні рівняли неприятеля з темним лісом, другі із зорями на небі. А всі вгадували, що сегодні він годен увійти в це село і збавити людям храм.</w:t>
      </w:r>
    </w:p>
    <w:p>
      <w:r>
        <w:br/>
        <w:t>Комендант приказав війську відійти до касарні, а пушкарів розіслав за підводами.</w:t>
      </w:r>
    </w:p>
    <w:p>
      <w:r>
        <w:br/>
        <w:t>На дорозі показалися натерхані жидівські вози, що везли своїх наляканих пасажирів з долу у гори.</w:t>
      </w:r>
    </w:p>
    <w:p>
      <w:r>
        <w:br/>
        <w:t>Комендант поговорив із тими пасажирами і приказав своїм хорватам млівіч спакуватися.</w:t>
      </w:r>
    </w:p>
    <w:p>
      <w:r>
        <w:br/>
        <w:t>Пушкарі зігнали підводи, а комендант здає їм телефон і велить собі телефонувати про кождий неприятелів крок та слухати приказів, які він надсилатиме з горішнього села.</w:t>
      </w:r>
    </w:p>
    <w:p>
      <w:r>
        <w:br/>
        <w:t>— Мене і моїх людей кличе обов'язок на друге село, а ви, хлопці, будете мати щастя скоріше здибатися з неприятелем. Стійте, як мур, як камінна скала, напротив і бийте його на скамузь. Ломіть йому ноги, розчереплюйте йому голови, витачайте його камінним тачилом, аби не підвівся. Йде на вас нагайка, а ви її настолочте ногами. Леда-хвиля жде вас слава!</w:t>
      </w:r>
    </w:p>
    <w:p>
      <w:r>
        <w:br/>
        <w:t>Пушкарі горіли. Здригалися, як олені, і обзиралися, чи не видко вже неприятеля, щоби його всаме чоло вдарити. Як одною рукою, піднесли вгору чорні шапки і крикнули дзвінко:</w:t>
      </w:r>
    </w:p>
    <w:p>
      <w:r>
        <w:br/>
        <w:t>— Слава нашому керманичеві!</w:t>
      </w:r>
    </w:p>
    <w:p>
      <w:r>
        <w:br/>
        <w:t>Комендант, що сидів уже на возі, піднісся, витягнув шаблю і, вимахуючи нею, гукнув у відповідь пушкарям:</w:t>
      </w:r>
    </w:p>
    <w:p>
      <w:r>
        <w:br/>
        <w:t>— Гурра тісареві!</w:t>
      </w:r>
    </w:p>
    <w:p>
      <w:r>
        <w:br/>
        <w:t>Пушкарі повторили.</w:t>
      </w:r>
    </w:p>
    <w:p>
      <w:r>
        <w:br/>
        <w:t>— Гурра Україні!</w:t>
      </w:r>
    </w:p>
    <w:p>
      <w:r>
        <w:br/>
        <w:t>Пушкарі повторили, а комендант від'їхав із своїми жовнірами двома возами...</w:t>
      </w:r>
    </w:p>
    <w:p>
      <w:r>
        <w:br/>
        <w:t>Пушкарі почули свою важність і розпустилися в шварми гляцями понад дорогу. Очима на дорозі, а руками смерть тримають.</w:t>
      </w:r>
    </w:p>
    <w:p>
      <w:r>
        <w:br/>
        <w:t>Лиш стрілить пушкар, лиш пустить долів плиту, а життя гине.</w:t>
      </w:r>
    </w:p>
    <w:p>
      <w:r>
        <w:br/>
        <w:t>Жде шварма...</w:t>
      </w:r>
    </w:p>
    <w:p>
      <w:r>
        <w:br/>
        <w:t>Рушниці держуть дорогу своїми очима...</w:t>
      </w:r>
    </w:p>
    <w:p>
      <w:r>
        <w:br/>
        <w:t>Буде придибашка...</w:t>
      </w:r>
    </w:p>
    <w:p>
      <w:r>
        <w:br/>
        <w:t>Але село храмує. Хатами за столами не містяться газди і газдині. Харчують, набуваються, веселяться. Сопівки говорять жилами, а співанки б'ються крильми по шибах, аж вікна дрожуть.</w:t>
      </w:r>
    </w:p>
    <w:p>
      <w:r>
        <w:br/>
        <w:t>Газди з молодицями попліч позасідали і ведуть голосом по хатах, а руки плечима. Бо у храм і газдівська кров до челяді ласа. Тому самі газди рівняють себе у співанках до зайця, що сидить на колоді і плете рукавиці, а з колоди до колоди та до молодиці.</w:t>
      </w:r>
    </w:p>
    <w:p>
      <w:r>
        <w:br/>
        <w:t>Та кувала зазулиця в сивоті в оплоті,</w:t>
      </w:r>
    </w:p>
    <w:p>
      <w:r>
        <w:br/>
        <w:t>Чому хлопці не співають, ба шо ж би їм в роті?</w:t>
      </w:r>
    </w:p>
    <w:p>
      <w:r>
        <w:br/>
        <w:t>А коли дєді й нені жалували своїх синів, що через неприятеля збавили себе храму і, не ївши, колінкують на скалах понад дорогою, тоді молодиці стали газдів перемовляти, аби вийшли з ними ід своїм дітям та й аби вийшли з ними ід своїм дітям та й аби винесли їм страви і храмового пиття.</w:t>
      </w:r>
    </w:p>
    <w:p>
      <w:r>
        <w:br/>
        <w:t>— Най би легінів не млоїв голод серце.</w:t>
      </w:r>
    </w:p>
    <w:p>
      <w:r>
        <w:br/>
        <w:t>— Най би їм студінь не вигонила їх молоду душу.</w:t>
      </w:r>
    </w:p>
    <w:p>
      <w:r>
        <w:br/>
        <w:t>— Най би їм молоді суставочки не заклякали на камінних плитах.</w:t>
      </w:r>
    </w:p>
    <w:p>
      <w:r>
        <w:br/>
        <w:t>— Най би неприятіль не красив кремінь молодою кервою.</w:t>
      </w:r>
    </w:p>
    <w:p>
      <w:r>
        <w:br/>
        <w:t>Слово за слово та й бесажки таскали терх на кичерю та на груні ід пушкарям, мисливським стрільцям.</w:t>
      </w:r>
    </w:p>
    <w:p>
      <w:r>
        <w:br/>
        <w:t>Салаш за салашем виходив на світ, навертав ід пушкарям і здоровкався пугарями.</w:t>
      </w:r>
    </w:p>
    <w:p>
      <w:r>
        <w:br/>
        <w:t>Село храмувало понадвір'ю. Молодиці пишнилися.</w:t>
      </w:r>
    </w:p>
    <w:p>
      <w:r>
        <w:br/>
        <w:t>Пушкарі зацитькували газдів і газдинь, але храм своє право має.</w:t>
      </w:r>
    </w:p>
    <w:p>
      <w:r>
        <w:br/>
        <w:t>Відтак зумівалися пушкарі.</w:t>
      </w:r>
    </w:p>
    <w:p>
      <w:r>
        <w:br/>
        <w:t>— Гей, хло', шо ті молодці з нас роблют?</w:t>
      </w:r>
    </w:p>
    <w:p>
      <w:r>
        <w:br/>
        <w:t>Дєді подавали синам повні пугарі, а сини зарікалися пити, але за принукою молодиць ломили собі волю і</w:t>
      </w:r>
    </w:p>
    <w:p>
      <w:r>
        <w:br/>
        <w:t>цілували дєдів в обі руки та й відверталися набік і пили, а відтак дєдям і молодицям честь віддавали.</w:t>
      </w:r>
    </w:p>
    <w:p>
      <w:r>
        <w:br/>
        <w:t>Та й гостилися, та й харчувалися.</w:t>
      </w:r>
    </w:p>
    <w:p>
      <w:r>
        <w:br/>
        <w:t>А як пушкарі заспівали, а молодиці за ними голосом повели, то все село збіглося, як бджоли до меду, і вкрило гору понад дорогою.</w:t>
      </w:r>
    </w:p>
    <w:p>
      <w:r>
        <w:br/>
        <w:t>Плазувало село голосами по скалах та бердах, як би тесало сталевими сокирами дзвінкі протеси яворові.</w:t>
      </w:r>
    </w:p>
    <w:p>
      <w:r>
        <w:br/>
        <w:t>А молодиці покивували пальчиками на пушкаріві виводили їх з розуму:</w:t>
      </w:r>
    </w:p>
    <w:p>
      <w:r>
        <w:br/>
        <w:t>Ой я хочу данцували, а ви, люди, чуйте,</w:t>
      </w:r>
    </w:p>
    <w:p>
      <w:r>
        <w:br/>
        <w:t>А ви, старі, розходітси, молоді, ночуйте.</w:t>
      </w:r>
    </w:p>
    <w:p>
      <w:r>
        <w:br/>
        <w:t>Флоєри під серцем скоботали.</w:t>
      </w:r>
    </w:p>
    <w:p>
      <w:r>
        <w:br/>
        <w:t>Чобітки притупували і лупали кремінисту землю.</w:t>
      </w:r>
    </w:p>
    <w:p>
      <w:r>
        <w:br/>
        <w:t>Очі свічками засвітили.</w:t>
      </w:r>
    </w:p>
    <w:p>
      <w:r>
        <w:br/>
        <w:t>Кучері вітром літали, молодичині ширіньки з голів скидали, коси розплітали.</w:t>
      </w:r>
    </w:p>
    <w:p>
      <w:r>
        <w:br/>
        <w:t>Пістолєта лускали у сумер вечірній.</w:t>
      </w:r>
    </w:p>
    <w:p>
      <w:r>
        <w:br/>
        <w:t>Охота росла. як ватра в смеречині.</w:t>
      </w:r>
    </w:p>
    <w:p>
      <w:r>
        <w:br/>
        <w:t>Гора металася, підтрясалася-гуляла...</w:t>
      </w:r>
    </w:p>
    <w:p>
      <w:r>
        <w:br/>
        <w:t>Раптом по дорозі: пук!</w:t>
      </w:r>
    </w:p>
    <w:p>
      <w:r>
        <w:br/>
        <w:t>Гора долів ззирається.</w:t>
      </w:r>
    </w:p>
    <w:p>
      <w:r>
        <w:br/>
        <w:t>А дорога: пук-пук-пук!</w:t>
      </w:r>
    </w:p>
    <w:p>
      <w:r>
        <w:br/>
        <w:t>Гора завмерла.</w:t>
      </w:r>
    </w:p>
    <w:p>
      <w:r>
        <w:br/>
        <w:t>Гейби вітер подув, а два пушкарики відмахнулися, захиталися, далися набік та й потич повалилися.</w:t>
      </w:r>
    </w:p>
    <w:p>
      <w:r>
        <w:br/>
        <w:t>Зойкнула чорнобрива молодиця, вхопилася за серце і, як дзвінок, упала на землю...</w:t>
      </w:r>
    </w:p>
    <w:p>
      <w:r>
        <w:br/>
        <w:t>Гора йойкнула...</w:t>
      </w:r>
    </w:p>
    <w:p>
      <w:r>
        <w:br/>
        <w:t>Дорога дала горі пуду...</w:t>
      </w:r>
    </w:p>
    <w:p>
      <w:r>
        <w:br/>
        <w:t>Газди скочили боками на лорогу і згійкали на жовнірів, що стріляють до людей, як до звірів.</w:t>
      </w:r>
    </w:p>
    <w:p>
      <w:r>
        <w:br/>
        <w:t>Перелякані жовніри вилазили з придорожніх окопів і перзнавали, чи багато неприятеля на горі танцює та вигукує, а газди сердилися і руки заломлювали:</w:t>
      </w:r>
    </w:p>
    <w:p>
      <w:r>
        <w:br/>
        <w:t>— Мой брє, ляндштурмаки, та ви гезде шукаєте неприятіля, а над Прут вакаєтеси?</w:t>
      </w:r>
    </w:p>
    <w:p>
      <w:r>
        <w:br/>
        <w:t>— Тови на нас з ненападу стріляєте, гей на вовків?</w:t>
      </w:r>
    </w:p>
    <w:p>
      <w:r>
        <w:br/>
        <w:t>— То ви нам наших синів убиваєте?</w:t>
      </w:r>
    </w:p>
    <w:p>
      <w:r>
        <w:br/>
        <w:t>— На таку роботу лиш би нахарькати!</w:t>
      </w:r>
    </w:p>
    <w:p>
      <w:r>
        <w:br/>
        <w:t>Газди лютилися, а ландштурмаки випрошувалися, що вони не тутешні, утікають із долішнього села перед неприятелем, а стріляли тому, що почули стріли з гори і гадали, що то неприятель на їх життя важить.</w:t>
      </w:r>
    </w:p>
    <w:p>
      <w:r>
        <w:br/>
        <w:t>Та як вони просили газдів, аби були перебашні, то задки відступали і в темній мряці щезали.</w:t>
      </w:r>
    </w:p>
    <w:p>
      <w:r>
        <w:br/>
        <w:t>А газди їх проклинали:</w:t>
      </w:r>
    </w:p>
    <w:p>
      <w:r>
        <w:br/>
        <w:t>— Аби вам путь пропала, цуріки безчесні!..</w:t>
      </w:r>
    </w:p>
    <w:p>
      <w:r>
        <w:br/>
        <w:t>А згори рагашами сходило у тузі село на дорогу.</w:t>
      </w:r>
    </w:p>
    <w:p>
      <w:r>
        <w:br/>
        <w:t>Пушкарі несли на рушницях своїх обледенілих побратимів, а молодиці двигали на поясах тоту чорнобриву душку, що більше не дише.</w:t>
      </w:r>
    </w:p>
    <w:p>
      <w:r>
        <w:br/>
        <w:t>Село шпоталося, дивом дивувалося, чудом чудовалося...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Перші стріли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