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Перше послання дмитра з кутів до галичан</w:t>
      </w:r>
    </w:p>
    <w:p>
      <w:r>
        <w:br/>
        <w:t xml:space="preserve"> Не знаю, чому ви завжди боялися&lt;br /&gt;</w:t>
        <w:br/>
        <w:t>божевільних і привидів.</w:t>
      </w:r>
    </w:p>
    <w:p>
      <w:r>
        <w:br/>
        <w:t>Може, тому, що божевільний забагато&lt;br /&gt;</w:t>
        <w:br/>
        <w:t>розказував,&lt;br /&gt;</w:t>
        <w:br/>
        <w:t>знаючи про вас те, що самі не знали чи не&lt;br /&gt;</w:t>
        <w:br/>
        <w:t>хотіли,&lt;br /&gt;</w:t>
        <w:br/>
        <w:t>а привид перестрівав глупої ночі&lt;br /&gt;</w:t>
        <w:br/>
        <w:t>у найнесподіванішому місці.&lt;br /&gt;</w:t>
        <w:br/>
        <w:t>За своє життя я відучив вас&lt;br /&gt;</w:t>
        <w:br/>
        <w:t>боятися божевільних,&lt;br /&gt;</w:t>
        <w:br/>
        <w:t>а тепер помираю і в скорім часі&lt;br /&gt;</w:t>
        <w:br/>
        <w:t>відучу боятися привидів.</w:t>
      </w:r>
    </w:p>
    <w:p>
      <w:r>
        <w:br/>
        <w:t>Страх ваш я збагнув тоді,&lt;br /&gt;</w:t>
        <w:br/>
        <w:t>коли мовчав, а ви говорили.</w:t>
      </w:r>
    </w:p>
    <w:p>
      <w:r>
        <w:br/>
        <w:t>А потім я отверз уста&lt;br /&gt;</w:t>
        <w:br/>
        <w:t>на тридцять літ —&lt;br /&gt;</w:t>
        <w:br/>
        <w:t>я відправляв богослужіння&lt;br /&gt;</w:t>
        <w:br/>
        <w:t>у всіх автобусах на всіх дорогах Галичини.</w:t>
      </w:r>
    </w:p>
    <w:p>
      <w:r>
        <w:br/>
        <w:t>Я зайшов у найперший автобус зі словом&lt;br /&gt;</w:t>
        <w:br/>
        <w:t>Божим,&lt;br /&gt;</w:t>
        <w:br/>
        <w:t>і ви почали вигадувати,&lt;br /&gt;</w:t>
        <w:br/>
        <w:t>що мене вигнали з духовної семінарії&lt;br /&gt;</w:t>
        <w:br/>
        <w:t>за несусвітені гріхи і я збожеволів.&lt;br /&gt;</w:t>
        <w:br/>
        <w:t>Різне вигадували ви,&lt;br /&gt;</w:t>
        <w:br/>
        <w:t>але без мене&lt;br /&gt;</w:t>
        <w:br/>
        <w:t>у 50-х не сідали в автобус на перевалі.&lt;br /&gt;</w:t>
        <w:br/>
        <w:t>Та цим я не тішився, бо добре знав,&lt;br /&gt;</w:t>
        <w:br/>
        <w:t>що заповів Спаситель.</w:t>
      </w:r>
    </w:p>
    <w:p>
      <w:r>
        <w:br/>
        <w:t>Я підсів до нещасного чоловіка і сказав:&lt;br /&gt;</w:t>
        <w:br/>
        <w:t>"Я твій брат".</w:t>
      </w:r>
    </w:p>
    <w:p>
      <w:r>
        <w:br/>
        <w:t>"Ось мій брат, — махнув той головою убік, —&lt;br /&gt;</w:t>
        <w:br/>
        <w:t>ось той, що вернувся вчора з далекого краю,&lt;br /&gt;</w:t>
        <w:br/>
        <w:t>і згадав, як нас тато поділив.</w:t>
      </w:r>
    </w:p>
    <w:p>
      <w:r>
        <w:br/>
        <w:t>Ти помолися за нього,&lt;br /&gt;</w:t>
        <w:br/>
        <w:t>бо я буду просити панів,&lt;br /&gt;</w:t>
        <w:br/>
        <w:t>аби повезли його назад,&lt;br /&gt;</w:t>
        <w:br/>
        <w:t>віддам за це усі гроші й маржину".</w:t>
      </w:r>
    </w:p>
    <w:p>
      <w:r>
        <w:br/>
        <w:t>Я підсів до того,&lt;br /&gt;</w:t>
        <w:br/>
        <w:t>якого мали вдруге вигнати,&lt;br /&gt;</w:t>
        <w:br/>
        <w:t>і сказав: "Я твій брат".</w:t>
      </w:r>
    </w:p>
    <w:p>
      <w:r>
        <w:br/>
        <w:t>"А щоб тебе кров залляла, блаженний, —&lt;br /&gt;</w:t>
        <w:br/>
        <w:t>я на рідній землі, як між чужими".</w:t>
      </w:r>
    </w:p>
    <w:p>
      <w:r>
        <w:br/>
        <w:t>Він був перший,&lt;br /&gt;</w:t>
        <w:br/>
        <w:t>хто поборов страх і прокляв мене.</w:t>
      </w:r>
    </w:p>
    <w:p>
      <w:r>
        <w:br/>
        <w:t>Тоді я підсів до нещасної жінки,&lt;br /&gt;</w:t>
        <w:br/>
        <w:t>я хотів назвати її сестрою,&lt;br /&gt;</w:t>
        <w:br/>
        <w:t>але тільки поцілував&lt;br /&gt;</w:t>
        <w:br/>
        <w:t>і сказав: "Щоб тебе голова не боліла",&lt;br /&gt;</w:t>
        <w:br/>
        <w:t>бо в мене дуже боліла голова.</w:t>
      </w:r>
    </w:p>
    <w:p>
      <w:r>
        <w:br/>
        <w:t>А ви почали усміхатися —&lt;br /&gt;</w:t>
        <w:br/>
        <w:t>ви більше не боялися божевільних.</w:t>
      </w:r>
    </w:p>
    <w:p>
      <w:r>
        <w:br/>
        <w:t>А тепер, умираючи, кажу:&lt;br /&gt;</w:t>
        <w:br/>
        <w:t>браття і сестри,&lt;br /&gt;</w:t>
        <w:br/>
        <w:t>щоб ви не боялися і привидів,&lt;br /&gt;</w:t>
        <w:br/>
        <w:t>я приходитиму до вас при світлі дня.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Перше послання дмитра з кутів до галичан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