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книжка</w:t>
      </w:r>
    </w:p>
    <w:p>
      <w:r>
        <w:br/>
        <w:t xml:space="preserve"> &lt;p&gt;У Данилка ще ніколи не було книжок.</w:t>
      </w:r>
    </w:p>
    <w:p>
      <w:r>
        <w:br/>
        <w:t>У тата й мами повнісінька етажерка ними заставлена. А в нього — жодної.</w:t>
      </w:r>
    </w:p>
    <w:p>
      <w:r>
        <w:br/>
        <w:t>Він зовсім малий і ще не вміє читати. Лише літеру "о" знає. Схожа на колесо від велосипеда. Тільки шпиць там немає.</w:t>
      </w:r>
    </w:p>
    <w:p>
      <w:r>
        <w:br/>
        <w:t>— Я хочу, щоб у мене була своя книжка,— сказав якось Данилко.</w:t>
      </w:r>
    </w:p>
    <w:p>
      <w:r>
        <w:br/>
        <w:t>— Що ж ти з нею робитимеш? — запитав тато.— Ти ж читати не вмієш! От якби літери вже вивчив, то читав би.</w:t>
      </w:r>
    </w:p>
    <w:p>
      <w:r>
        <w:br/>
        <w:t>— А я малюнки дивитимусь і вчитимуся читати по ній.</w:t>
      </w:r>
    </w:p>
    <w:p>
      <w:r>
        <w:br/>
        <w:t>— Добре,— пообіцяв тато,— буде тобі книжка.</w:t>
      </w:r>
    </w:p>
    <w:p>
      <w:r>
        <w:br/>
        <w:t>І не забув. Через кілька днів поїхав у місто і привіз її.</w:t>
      </w:r>
    </w:p>
    <w:p>
      <w:r>
        <w:br/>
        <w:t>У книжці було повнісінько літер і малюнків.</w:t>
      </w:r>
    </w:p>
    <w:p>
      <w:r>
        <w:br/>
        <w:t>Глянув Данилко на літери і злякався.</w:t>
      </w:r>
    </w:p>
    <w:p>
      <w:r>
        <w:br/>
        <w:t>І це всі йому треба вивчити?</w:t>
      </w:r>
    </w:p>
    <w:p>
      <w:r>
        <w:br/>
        <w:t>Таж їх стільки, що вони усі йому в голову не влізуть!</w:t>
      </w:r>
    </w:p>
    <w:p>
      <w:r>
        <w:br/>
        <w:t>Зате малюнкам зрадів. От добре, що їх так багато. Не треба й книжку читати — із малюнків зрозуміло, про що вона.</w:t>
      </w:r>
    </w:p>
    <w:p>
      <w:r>
        <w:br/>
        <w:t>І як не прохали його тато з мамою вивчати літери — відмовлявся:</w:t>
      </w:r>
    </w:p>
    <w:p>
      <w:r>
        <w:br/>
        <w:t>— Я й без них усе взнаю! Тут усе намальовано.</w:t>
      </w:r>
    </w:p>
    <w:p>
      <w:r>
        <w:br/>
        <w:t>Якось мама взяла його книжку й стала вголос читати:</w:t>
      </w:r>
    </w:p>
    <w:p>
      <w:r>
        <w:br/>
        <w:t>— У старезному-старезному, дрімучому-дрімучому лісі жило-було веселе ведмежатко... Одного разу сталася з ним така дивна пригода...</w:t>
      </w:r>
    </w:p>
    <w:p>
      <w:r>
        <w:br/>
        <w:t>Тільки Данилко приготувався слухати, як мама відклала книжку.</w:t>
      </w:r>
    </w:p>
    <w:p>
      <w:r>
        <w:br/>
        <w:t>— Ой, мені ж треба вечерю для тата готувать, бо вже скоро прийде з роботи!</w:t>
      </w:r>
    </w:p>
    <w:p>
      <w:r>
        <w:br/>
        <w:t>— А далі що там було? — запитав Данилко.</w:t>
      </w:r>
    </w:p>
    <w:p>
      <w:r>
        <w:br/>
        <w:t>— Я цієї казки не знаю,— відповіла мама.</w:t>
      </w:r>
    </w:p>
    <w:p>
      <w:r>
        <w:br/>
        <w:t>Взяв Данилко книжку. Дивився-дивився. А там було тільки ведмежа намальоване. Воно чомусь ховалося за дерево. А його пригода не намальована.</w:t>
      </w:r>
    </w:p>
    <w:p>
      <w:r>
        <w:br/>
        <w:t>Од кого ж воно ховалося?</w:t>
      </w:r>
    </w:p>
    <w:p>
      <w:r>
        <w:br/>
        <w:t>Само од себе ховатися ж не буде.</w:t>
      </w:r>
    </w:p>
    <w:p>
      <w:r>
        <w:br/>
        <w:t>Навіть заснути не міг од тої цікавості.</w:t>
      </w:r>
    </w:p>
    <w:p>
      <w:r>
        <w:br/>
        <w:t>Наступного дня мама теж не змогла прочитати йому казку, бо допізна була на роботі.</w:t>
      </w:r>
    </w:p>
    <w:p>
      <w:r>
        <w:br/>
        <w:t>Вирішив Данилко вчити літери, щоб ту казку прочитати самому.</w:t>
      </w:r>
    </w:p>
    <w:p>
      <w:r>
        <w:br/>
        <w:t>Але як їх вчити? Яринці добре — всякі книжки читає.</w:t>
      </w:r>
    </w:p>
    <w:p>
      <w:r>
        <w:br/>
        <w:t>Пішов до Яринки. Вона школярка. Вже оно в третій клас ходить.</w:t>
      </w:r>
    </w:p>
    <w:p>
      <w:r>
        <w:br/>
        <w:t>Сказав, що хоче навчитися читати.</w:t>
      </w:r>
    </w:p>
    <w:p>
      <w:r>
        <w:br/>
        <w:t>— Це ж дуже просто,— мовила Яринка.— Головне — запам'ятати літери, а потім із них складатимеш слова.</w:t>
      </w:r>
    </w:p>
    <w:p>
      <w:r>
        <w:br/>
        <w:t>— А це треба довго вчитися? — запитав сумно Данилко.</w:t>
      </w:r>
    </w:p>
    <w:p>
      <w:r>
        <w:br/>
        <w:t>Йому хотілося зразу все взнати.</w:t>
      </w:r>
    </w:p>
    <w:p>
      <w:r>
        <w:br/>
        <w:t>— Якщо ти здібний учень, то недовго.</w:t>
      </w:r>
    </w:p>
    <w:p>
      <w:r>
        <w:br/>
        <w:t>Данилко подумав трохи й сказав:</w:t>
      </w:r>
    </w:p>
    <w:p>
      <w:r>
        <w:br/>
        <w:t>— Мабуть, я здібний.</w:t>
      </w:r>
    </w:p>
    <w:p>
      <w:r>
        <w:br/>
        <w:t>— Це ми перевіримо! — засміялася Яринка.</w:t>
      </w:r>
    </w:p>
    <w:p>
      <w:r>
        <w:br/>
        <w:t>І почали вони вчитися.</w:t>
      </w:r>
    </w:p>
    <w:p>
      <w:r>
        <w:br/>
        <w:t>Данилко щодня виглядав Яринку зі школи.</w:t>
      </w:r>
    </w:p>
    <w:p>
      <w:r>
        <w:br/>
        <w:t>Сидів біля криниці й дивився на сусідський двір.</w:t>
      </w:r>
    </w:p>
    <w:p>
      <w:r>
        <w:br/>
        <w:t>— Яринко! Яринко! — гукав, побачивши її.</w:t>
      </w:r>
    </w:p>
    <w:p>
      <w:r>
        <w:br/>
        <w:t>— Не Яринко, а — Ярино Павлівно,— щоразу поправляла його.— Я ж тобі вчителька, то й називай, як у школі. Інакше уроку не буде.</w:t>
      </w:r>
    </w:p>
    <w:p>
      <w:r>
        <w:br/>
        <w:t>Сподобалося Данилкові грати в школу. Не любив тільки, коли Яринка ставила йому двійки. Тоді сердито вигукував:</w:t>
      </w:r>
    </w:p>
    <w:p>
      <w:r>
        <w:br/>
        <w:t>— Покину твою школу! Кого тоді вчитимеш?</w:t>
      </w:r>
    </w:p>
    <w:p>
      <w:r>
        <w:br/>
        <w:t>Але двійки бували дуже рідко. Данилко був справді старанним і здібним учнем. І настав той день, коли він знав усі до єдиної літери, легко складав з них слова.</w:t>
      </w:r>
    </w:p>
    <w:p>
      <w:r>
        <w:br/>
        <w:t>І Данилко прочитав усю подаровану йому книжку казок.</w:t>
      </w:r>
    </w:p>
    <w:p>
      <w:r>
        <w:br/>
        <w:t>— То що, цікава книжка? — запитала мама.</w:t>
      </w:r>
    </w:p>
    <w:p>
      <w:r>
        <w:br/>
        <w:t>— Дуже цікава! І як добре, що я вмію читати!</w:t>
      </w:r>
    </w:p>
    <w:p>
      <w:r>
        <w:br/>
        <w:t>Він і сам відчув, що тепер для нього змінилося надзвичайно багато на світі.</w:t>
      </w:r>
    </w:p>
    <w:p>
      <w:r>
        <w:br/>
        <w:t>Так завжди буває після першої в нашому житті книжки.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книжка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