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ялинка</w:t>
      </w:r>
    </w:p>
    <w:p>
      <w:r>
        <w:br/>
        <w:t xml:space="preserve"> Пригадай, Мариночко,</w:t>
      </w:r>
    </w:p>
    <w:p>
      <w:r>
        <w:br/>
        <w:t>Дівчинко мала, —</w:t>
      </w:r>
    </w:p>
    <w:p>
      <w:r>
        <w:br/>
        <w:t>Отака ж ялиночка</w:t>
      </w:r>
    </w:p>
    <w:p>
      <w:r>
        <w:br/>
        <w:t>І торік була.</w:t>
      </w:r>
    </w:p>
    <w:p>
      <w:r>
        <w:br/>
        <w:t>Волохаті гілочки,</w:t>
      </w:r>
    </w:p>
    <w:p>
      <w:r>
        <w:br/>
        <w:t>Зелені голки,</w:t>
      </w:r>
    </w:p>
    <w:p>
      <w:r>
        <w:br/>
        <w:t>На вершечку — зірочка,</w:t>
      </w:r>
    </w:p>
    <w:p>
      <w:r>
        <w:br/>
        <w:t>На гілках — цяцьки.</w:t>
      </w:r>
    </w:p>
    <w:p>
      <w:r>
        <w:br/>
        <w:t>Зайчики,ведмедики,</w:t>
      </w:r>
    </w:p>
    <w:p>
      <w:r>
        <w:br/>
        <w:t>Човник, паровоз,</w:t>
      </w:r>
    </w:p>
    <w:p>
      <w:r>
        <w:br/>
        <w:t>У самій середині —</w:t>
      </w:r>
    </w:p>
    <w:p>
      <w:r>
        <w:br/>
        <w:t>Сивий Дід Мороз.</w:t>
      </w:r>
    </w:p>
    <w:p>
      <w:r>
        <w:br/>
        <w:t>Що Маринці хочеться?</w:t>
      </w:r>
    </w:p>
    <w:p>
      <w:r>
        <w:br/>
        <w:t>Може, літака?</w:t>
      </w:r>
    </w:p>
    <w:p>
      <w:r>
        <w:br/>
        <w:t>Може, ти в нас льотчиця</w:t>
      </w:r>
    </w:p>
    <w:p>
      <w:r>
        <w:br/>
        <w:t>Будеш отака?</w:t>
      </w:r>
    </w:p>
    <w:p>
      <w:r>
        <w:br/>
        <w:t>Чи трамвай малесенький</w:t>
      </w:r>
    </w:p>
    <w:p>
      <w:r>
        <w:br/>
        <w:t>Зняти з гілочок?</w:t>
      </w:r>
    </w:p>
    <w:p>
      <w:r>
        <w:br/>
        <w:t>В ньому буде весело</w:t>
      </w:r>
    </w:p>
    <w:p>
      <w:r>
        <w:br/>
        <w:t>Покатать ляльок.</w:t>
      </w:r>
    </w:p>
    <w:p>
      <w:r>
        <w:br/>
        <w:t>А мала Мариночка</w:t>
      </w:r>
    </w:p>
    <w:p>
      <w:r>
        <w:br/>
        <w:t>Дивиться й мовчить:</w:t>
      </w:r>
    </w:p>
    <w:p>
      <w:r>
        <w:br/>
        <w:t>Що то за ялиночка?</w:t>
      </w:r>
    </w:p>
    <w:p>
      <w:r>
        <w:br/>
        <w:t>Чом вона блищить?..</w:t>
      </w:r>
    </w:p>
    <w:p>
      <w:r>
        <w:br/>
        <w:t>Бо мала не згадує,</w:t>
      </w:r>
    </w:p>
    <w:p>
      <w:r>
        <w:br/>
        <w:t>Що було торік, —</w:t>
      </w:r>
    </w:p>
    <w:p>
      <w:r>
        <w:br/>
        <w:t>Бо малій Мариночці</w:t>
      </w:r>
    </w:p>
    <w:p>
      <w:r>
        <w:br/>
        <w:t>Тільки другий рік!</w:t>
      </w:r>
    </w:p>
    <w:p>
      <w:r>
        <w:br/>
        <w:t>Їй не треба човника,</w:t>
      </w:r>
    </w:p>
    <w:p>
      <w:r>
        <w:br/>
        <w:t>Нащо їй трамвай?..</w:t>
      </w:r>
    </w:p>
    <w:p>
      <w:r>
        <w:br/>
        <w:t>Тягнеться до вогника</w:t>
      </w:r>
    </w:p>
    <w:p>
      <w:r>
        <w:br/>
        <w:t>І лепече: "Дай!"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