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Персей та Андромеда</w:t>
      </w:r>
    </w:p>
    <w:p>
      <w:r>
        <w:br/>
        <w:t xml:space="preserve"> Зелена, білогрива хвиль юрба.&lt;br /&gt;</w:t>
        <w:br/>
        <w:t>З піску рудого чорна гостра скеля;&lt;br /&gt;</w:t>
        <w:br/>
        <w:t>На ній і часу і вітрів різьба.</w:t>
      </w:r>
    </w:p>
    <w:p>
      <w:r>
        <w:br/>
        <w:t>Як паща дихає морська пустеля,&lt;br /&gt;</w:t>
        <w:br/>
        <w:t>Під небом бурим, вагітним од хмар&lt;br /&gt;</w:t>
        <w:br/>
        <w:t>По надбережжю жовту піну стеле,</w:t>
      </w:r>
    </w:p>
    <w:p>
      <w:r>
        <w:br/>
        <w:t>Вітрів і хвилі жовтий перегар,&lt;br /&gt;</w:t>
        <w:br/>
        <w:t>І вогкий шум, і від каміння тіни&lt;br /&gt;</w:t>
        <w:br/>
        <w:t>І сонця тьмяного задушний жар.</w:t>
      </w:r>
    </w:p>
    <w:p>
      <w:r>
        <w:br/>
        <w:t>Ген з пелени зеленої дельфіни&lt;br /&gt;</w:t>
        <w:br/>
        <w:t>Спливають і медузи крізь глибінь,&lt;br /&gt;</w:t>
        <w:br/>
        <w:t>Стоять в застиглості байдужій – сині.</w:t>
      </w:r>
    </w:p>
    <w:p>
      <w:r>
        <w:br/>
        <w:t>Ступнями ніжними на гостру рінь&lt;br /&gt;</w:t>
        <w:br/>
        <w:t>До каменя прикуте тіло діви;&lt;br /&gt;</w:t>
        <w:br/>
        <w:t>Його пронизує одчаю тінь;</w:t>
      </w:r>
    </w:p>
    <w:p>
      <w:r>
        <w:br/>
        <w:t>Над ним кружляють меви галасливі.&lt;br /&gt;</w:t>
        <w:br/>
        <w:t>Її за ними не слідкує зір,&lt;br /&gt;</w:t>
        <w:br/>
        <w:t>Глядить на обрій, в тумани чадливі, —</w:t>
      </w:r>
    </w:p>
    <w:p>
      <w:r>
        <w:br/>
        <w:t>Там піни і води до неба вир…&lt;br /&gt;</w:t>
        <w:br/>
        <w:t>Тріпочуть в неї вії золотаві —&lt;br /&gt;</w:t>
        <w:br/>
        <w:t>То бурею наближується звір.</w:t>
      </w:r>
    </w:p>
    <w:p>
      <w:r>
        <w:br/>
        <w:t>Вилискується з пінистої лави&lt;br /&gt;</w:t>
        <w:br/>
        <w:t>Луска на животі спижева, хвіст,&lt;br /&gt;</w:t>
        <w:br/>
        <w:t>Полоще блиски огненно-синяві…</w:t>
      </w:r>
    </w:p>
    <w:p>
      <w:r>
        <w:br/>
        <w:t>Ось надимається, як чорний міст.&lt;br /&gt;</w:t>
        <w:br/>
        <w:t>Не знає діва, де подіти тіло,&lt;br /&gt;</w:t>
        <w:br/>
        <w:t>Як тепле молоко, як ніжний лист…</w:t>
      </w:r>
    </w:p>
    <w:p>
      <w:r>
        <w:br/>
        <w:t>І груди і живіт затріпотіли&lt;br /&gt;</w:t>
        <w:br/>
        <w:t>Під звоями живих рудавих кіс,&lt;br /&gt;</w:t>
        <w:br/>
        <w:t>А ноги розпросталися без сили…</w:t>
      </w:r>
    </w:p>
    <w:p>
      <w:r>
        <w:br/>
        <w:t>Та враз – чи сон… – крилатий кінь підніс&lt;br /&gt;</w:t>
        <w:br/>
        <w:t>Над нею очи і шолом героя…&lt;br /&gt;</w:t>
        <w:br/>
        <w:t>З безодні рев, а зверху меч заблис.</w:t>
      </w:r>
    </w:p>
    <w:p>
      <w:r>
        <w:br/>
        <w:t>Крізь вії бачить пломеніє зброя —&lt;br /&gt;</w:t>
        <w:br/>
        <w:t>То креше меч удари вогняні…&lt;br /&gt;</w:t>
        <w:br/>
        <w:t>Герой і звір пірнули в вир обоє.</w:t>
      </w:r>
    </w:p>
    <w:p>
      <w:r>
        <w:br/>
        <w:t>Схопилися, лиш клекотить на дні;&lt;br /&gt;</w:t>
        <w:br/>
        <w:t>Заборсалось – і з піни кінь крилатий&lt;br /&gt;</w:t>
        <w:br/>
        <w:t>І гнівночолий вершник на коні.</w:t>
      </w:r>
    </w:p>
    <w:p>
      <w:r>
        <w:br/>
        <w:t>Не знає діва: ждати чи тікати.&lt;br /&gt;</w:t>
        <w:br/>
        <w:t>Даремно, – в тіло в’їлись ланцюги…&lt;br /&gt;</w:t>
        <w:br/>
        <w:t>Ах, бедра й перса в коси не сховати…</w:t>
      </w:r>
    </w:p>
    <w:p>
      <w:r>
        <w:br/>
        <w:t>Вже він цілує сплет її ноги,&lt;br /&gt;</w:t>
        <w:br/>
        <w:t>Під грудьми чує хижі владні руки&lt;br /&gt;</w:t>
        <w:br/>
        <w:t>І спраглий трепет мужньої жаги.</w:t>
      </w:r>
    </w:p>
    <w:p>
      <w:r>
        <w:br/>
        <w:t>Об скелю ланцюгів розтятих стукіт.&lt;br /&gt;</w:t>
        <w:br/>
        <w:t>Кладе її між крил. Басує кінь.&lt;br /&gt;</w:t>
        <w:br/>
        <w:t>Летять – а в глибині німіють згуки.</w:t>
      </w:r>
    </w:p>
    <w:p>
      <w:r>
        <w:br/>
        <w:t>І тільки хмарами крилата тінь&lt;br /&gt;</w:t>
        <w:br/>
        <w:t>Як чорна пляма потягла за ними&lt;br /&gt;</w:t>
        <w:br/>
        <w:t>В мінливому хаосі миготінь.</w:t>
      </w:r>
    </w:p>
    <w:p>
      <w:r>
        <w:br/>
        <w:t>Уста до уст озерами нічними, —&lt;br /&gt;</w:t>
        <w:br/>
        <w:t>І він сказав: "О, діво, день погас.&lt;br /&gt;</w:t>
        <w:br/>
        <w:t>Під зорями Еллади голубими&lt;br /&gt;</w:t>
        <w:br/>
        <w:t>Як сонний лебідь нас несе Пегас".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Персей та Андромеда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