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Переваги окупаційного режиму</w:t>
      </w:r>
    </w:p>
    <w:p>
      <w:r>
        <w:br/>
        <w:t xml:space="preserve"> 1</w:t>
      </w:r>
    </w:p>
    <w:p>
      <w:r>
        <w:br/>
        <w:t>В один із днів повернеться весна.&lt;br /&gt;</w:t>
        <w:br/>
        <w:t>З південних регіонів батьківщини&lt;br /&gt;</w:t>
        <w:br/>
        <w:t>потягнуться птахи, і голосна&lt;br /&gt;</w:t>
        <w:br/>
        <w:t>свистулька вітчизняної пташини&lt;br /&gt;</w:t>
        <w:br/>
        <w:t>озвучить ферми і фабричні стіни,&lt;br /&gt;</w:t>
        <w:br/>
        <w:t>і грубий крій солдацького сукна,&lt;br /&gt;</w:t>
        <w:br/>
        <w:t>і ще багато всякого гівна.</w:t>
      </w:r>
    </w:p>
    <w:p>
      <w:r>
        <w:br/>
        <w:t>2</w:t>
      </w:r>
    </w:p>
    <w:p>
      <w:r>
        <w:br/>
        <w:t>Але печаль лягає на поля.&lt;br /&gt;</w:t>
        <w:br/>
        <w:t>Нужда голімі розправляє крила,&lt;br /&gt;</w:t>
        <w:br/>
        <w:t>докіль поет тривожно промовля:&lt;br /&gt;</w:t>
        <w:br/>
        <w:t>я є народ, якого правди сила;&lt;br /&gt;</w:t>
        <w:br/>
        <w:t>цю жінку я люблю, вона просила.</w:t>
      </w:r>
    </w:p>
    <w:p>
      <w:r>
        <w:br/>
        <w:t>3</w:t>
      </w:r>
    </w:p>
    <w:p>
      <w:r>
        <w:br/>
        <w:t>Сумна країна у години скрут.&lt;br /&gt;</w:t>
        <w:br/>
        <w:t>Блукає міщанин поміж споруд,&lt;br /&gt;</w:t>
        <w:br/>
        <w:t>з усталеним природнім артистизмом&lt;br /&gt;</w:t>
        <w:br/>
        <w:t>говорить і його словесний труд&lt;br /&gt;</w:t>
        <w:br/>
        <w:t>повніє нездоровим еротизмом&lt;br /&gt;</w:t>
        <w:br/>
        <w:t>і побутовим антисемітизмом.</w:t>
      </w:r>
    </w:p>
    <w:p>
      <w:r>
        <w:br/>
        <w:t>4</w:t>
      </w:r>
    </w:p>
    <w:p>
      <w:r>
        <w:br/>
        <w:t>Сколовши босі ноги об стерню,&lt;br /&gt;</w:t>
        <w:br/>
        <w:t>старенький Перебендя коло тину&lt;br /&gt;</w:t>
        <w:br/>
        <w:t>ячить собі, що, скурвившись на пню,&lt;br /&gt;</w:t>
        <w:br/>
        <w:t>лукаві діти в цю лиху годину&lt;br /&gt;</w:t>
        <w:br/>
        <w:t>забули встид, просрали Україну,&lt;br /&gt;</w:t>
        <w:br/>
        <w:t>забили на духовність і борню,&lt;br /&gt;</w:t>
        <w:br/>
        <w:t>і взагалі творять якусь фіґню.</w:t>
      </w:r>
    </w:p>
    <w:p>
      <w:r>
        <w:br/>
        <w:t>5</w:t>
      </w:r>
    </w:p>
    <w:p>
      <w:r>
        <w:br/>
        <w:t>Бідує місто. Кинувши фрезу,&lt;br /&gt;</w:t>
        <w:br/>
        <w:t>робітники на заводському ґанку&lt;br /&gt;</w:t>
        <w:br/>
        <w:t>лаштують косяки, бузять бузу,&lt;br /&gt;</w:t>
        <w:br/>
        <w:t>розводять спирт, заводять варшав'янку&lt;br /&gt;</w:t>
        <w:br/>
        <w:t>і, втерши соплі та скупу сльозу,&lt;br /&gt;</w:t>
        <w:br/>
        <w:t>майовку перетворюють на п'янку.</w:t>
      </w:r>
    </w:p>
    <w:p>
      <w:r>
        <w:br/>
        <w:t>6</w:t>
      </w:r>
    </w:p>
    <w:p>
      <w:r>
        <w:br/>
        <w:t>Село мине спокуту цю тяжку.&lt;br /&gt;</w:t>
        <w:br/>
        <w:t>Село — це корінь нації, це води,&lt;br /&gt;</w:t>
        <w:br/>
        <w:t>що рушать берег. Молодь на лужку,&lt;br /&gt;</w:t>
        <w:br/>
        <w:t>довірившись сільському ватажку,&lt;br /&gt;</w:t>
        <w:br/>
        <w:t>заводить, навернувшись до природи,&lt;br /&gt;</w:t>
        <w:br/>
        <w:t>народні сороміцькі хороводи.</w:t>
      </w:r>
    </w:p>
    <w:p>
      <w:r>
        <w:br/>
        <w:t>7</w:t>
      </w:r>
    </w:p>
    <w:p>
      <w:r>
        <w:br/>
        <w:t>Тому життя ніколи не втрача&lt;br /&gt;</w:t>
        <w:br/>
        <w:t>своїх прозорих гомінких проекцій.&lt;br /&gt;</w:t>
        <w:br/>
        <w:t>Стрімкий юнак, легке дитя ерекцій,&lt;br /&gt;</w:t>
        <w:br/>
        <w:t>хапа за руку втомлене дівча,&lt;br /&gt;</w:t>
        <w:br/>
        <w:t>і вже вони — аж дня не вистача —&lt;br /&gt;</w:t>
        <w:br/>
        <w:t>займаються конспектуванням лекцій,&lt;br /&gt;</w:t>
        <w:br/>
        <w:t>зневаживши вимоги контрацепцій.</w:t>
      </w:r>
    </w:p>
    <w:p>
      <w:r>
        <w:br/>
        <w:t>8</w:t>
      </w:r>
    </w:p>
    <w:p>
      <w:r>
        <w:br/>
        <w:t>І лиш зоря над містом пролягла,&lt;br /&gt;</w:t>
        <w:br/>
        <w:t>юнак змахне краплини із чола&lt;br /&gt;</w:t>
        <w:br/>
        <w:t>і молодечо усмішкою блисне.&lt;br /&gt;</w:t>
        <w:br/>
        <w:t>Бо попри те, дала чи не дала,&lt;br /&gt;</w:t>
        <w:br/>
        <w:t>у щастя людського два рівних є крила:&lt;br /&gt;</w:t>
        <w:br/>
        <w:t>троянди й виноград — красиве і корисне.</w:t>
      </w:r>
    </w:p>
    <w:p>
      <w:r>
        <w:br/>
        <w:t>1998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Переваги окупаційного режиму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