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Перепілка</w:t>
      </w:r>
    </w:p>
    <w:p>
      <w:r>
        <w:br/>
        <w:t xml:space="preserve"> &lt;p&gt;Чудесна пташка.</w:t>
      </w:r>
    </w:p>
    <w:p>
      <w:r>
        <w:br/>
        <w:t>Сіренька, з чорненькими на пір'ячку крапочками.</w:t>
      </w:r>
    </w:p>
    <w:p>
      <w:r>
        <w:br/>
        <w:t>Мініатюрна курочка.</w:t>
      </w:r>
    </w:p>
    <w:p>
      <w:r>
        <w:br/>
        <w:t>Вилупить свої жовтенькі пухнаті перепеленятка, отакусінькі, водить їх за собою й квокче.</w:t>
      </w:r>
    </w:p>
    <w:p>
      <w:r>
        <w:br/>
        <w:t>Ах ти ж моя матінко-квочечісо!</w:t>
      </w:r>
    </w:p>
    <w:p>
      <w:r>
        <w:br/>
        <w:t>Та де ж тобі квоктати, коли тії ж сама ще курчатко?</w:t>
      </w:r>
    </w:p>
    <w:p>
      <w:r>
        <w:br/>
        <w:t>А квокче! По-справжньому квокче і на ворога кидається, як він її дітонькам загрожує.</w:t>
      </w:r>
    </w:p>
    <w:p>
      <w:r>
        <w:br/>
        <w:t>Нічого не поробиш: мама! Мати!</w:t>
      </w:r>
    </w:p>
    <w:p>
      <w:r>
        <w:br/>
        <w:t>Ота мати, що про неї дітки наші співають:</w:t>
      </w:r>
    </w:p>
    <w:p>
      <w:r>
        <w:br/>
        <w:t>Десь була, десь була перепілочка, Десь була, десь була невеличенька. Ось вона впала, До землі припала...</w:t>
      </w:r>
    </w:p>
    <w:p>
      <w:r>
        <w:br/>
        <w:t>Любить наш народ перепілку: і в дитинстві любить, і в зрілих літах її він любить.</w:t>
      </w:r>
    </w:p>
    <w:p>
      <w:r>
        <w:br/>
        <w:t>От, приміром, іде полем заклопотаний голова артілі.</w:t>
      </w:r>
    </w:p>
    <w:p>
      <w:r>
        <w:br/>
        <w:t>Голова в голови розколюється од думок різних:</w:t>
      </w:r>
    </w:p>
    <w:p>
      <w:r>
        <w:br/>
        <w:t>"А чи закінчили сьогодні шаровку?</w:t>
      </w:r>
    </w:p>
    <w:p>
      <w:r>
        <w:br/>
        <w:t>А чи пропололи озиму пшеницю?</w:t>
      </w:r>
    </w:p>
    <w:p>
      <w:r>
        <w:br/>
        <w:t>А чи...</w:t>
      </w:r>
    </w:p>
    <w:p>
      <w:r>
        <w:br/>
        <w:t>А чи..."</w:t>
      </w:r>
    </w:p>
    <w:p>
      <w:r>
        <w:br/>
        <w:t>Раптом із ярової пшениці стаккато:</w:t>
      </w:r>
    </w:p>
    <w:p>
      <w:r>
        <w:br/>
        <w:t>Пать-падьом! Пать-падьом! Пать-падьом!</w:t>
      </w:r>
    </w:p>
    <w:p>
      <w:r>
        <w:br/>
        <w:t>Зморшки на лобі в голови розгладжуються, очі яснішають, все обличчя лагіднішає, розгортаються на його вусах пелюстки усмішки, він зупиняється і починає рахувати:</w:t>
      </w:r>
    </w:p>
    <w:p>
      <w:r>
        <w:br/>
        <w:t>— Раз! Два! Три! Чотири! Ах, б'є! Ах сукин кот і б'є ж!</w:t>
      </w:r>
    </w:p>
    <w:p>
      <w:r>
        <w:br/>
        <w:t>От і відпочила в голови голова.</w:t>
      </w:r>
    </w:p>
    <w:p>
      <w:r>
        <w:br/>
        <w:t>Любить наш народ перепела і тоді, коли він у сітчаній клітці під стріхою у дворі б'є!</w:t>
      </w:r>
    </w:p>
    <w:p>
      <w:r>
        <w:br/>
        <w:t>Любить наш народ перепела і тоді, коли його повна ринка і коли він, присмачений сметаною, стоїть на столі, а хазяйка у вишиваній сорочці паляницю крає.</w:t>
      </w:r>
    </w:p>
    <w:p>
      <w:r>
        <w:br/>
        <w:t>Чудесна пташка!</w:t>
      </w:r>
    </w:p>
    <w:p>
      <w:r>
        <w:br/>
        <w:t>"Вечір.</w:t>
      </w:r>
    </w:p>
    <w:p>
      <w:r>
        <w:br/>
        <w:t>Ніч..."</w:t>
      </w:r>
    </w:p>
    <w:p>
      <w:r>
        <w:br/>
        <w:t>Хай дарує мені Павло Григорович Тичина за цей невеличкий плагіат, — я це роблю навмисне, щоб нагадати йому, що він укупі з усім радянським народом теж любить перепілку.</w:t>
      </w:r>
    </w:p>
    <w:p>
      <w:r>
        <w:br/>
        <w:t>От коли вже літній вечір настає — я у цей час до матері:</w:t>
      </w:r>
    </w:p>
    <w:p>
      <w:r>
        <w:br/>
        <w:t>— Мамо, я з дідом Махтеєм перепели піду ловити!</w:t>
      </w:r>
    </w:p>
    <w:p>
      <w:r>
        <w:br/>
        <w:t>— Ще не набігався?</w:t>
      </w:r>
    </w:p>
    <w:p>
      <w:r>
        <w:br/>
        <w:t>— Пустіть, мамо! Їй-бо, пустіть!</w:t>
      </w:r>
    </w:p>
    <w:p>
      <w:r>
        <w:br/>
        <w:t>— І коли воно набігається? Цілісінький божий день як та дзиґа!</w:t>
      </w:r>
    </w:p>
    <w:p>
      <w:r>
        <w:br/>
        <w:t>— Можна, мамо? Я слухатимусь, їй-бо, слухатимусь!</w:t>
      </w:r>
    </w:p>
    <w:p>
      <w:r>
        <w:br/>
        <w:t>Мати мовчать, і не сопуть, і не лаються!</w:t>
      </w:r>
    </w:p>
    <w:p>
      <w:r>
        <w:br/>
        <w:t>То вже я знаю, що можна!</w:t>
      </w:r>
    </w:p>
    <w:p>
      <w:r>
        <w:br/>
        <w:t>Зразу в хату, окраєць хліба за пазуху — і до воріт.</w:t>
      </w:r>
    </w:p>
    <w:p>
      <w:r>
        <w:br/>
        <w:t>А мати:</w:t>
      </w:r>
    </w:p>
    <w:p>
      <w:r>
        <w:br/>
        <w:t>— Ти хоч чумарчину накинь!</w:t>
      </w:r>
    </w:p>
    <w:p>
      <w:r>
        <w:br/>
        <w:t>— Ат! — кидаєте ви і вистрибом, вистрибом, не шляхом, а по зеленому споришу мчите до діда Махтея, що живуть у Василлі, на забаштах, і що їхній Павло нашу Степаниду держить.</w:t>
      </w:r>
    </w:p>
    <w:p>
      <w:r>
        <w:br/>
        <w:t>Біжиш і знаєш, що в діда Махтея в кишені вже манок отой, що так робить: "Сюр-сюр! Сюр-сюр!", — так, як перепілочка до себе перепела кличе.</w:t>
      </w:r>
    </w:p>
    <w:p>
      <w:r>
        <w:br/>
        <w:t>Так і дід Махтей сидітимуть і перепілок під сітку вабитимуть.</w:t>
      </w:r>
    </w:p>
    <w:p>
      <w:r>
        <w:br/>
        <w:t>А сітка токенька-тоненька (ой, як же ж чудесно дід Махтей уміють такі сітки виплітати — і на перепелів, і на рибу, і на метелика!) — така сітка, ніби найніжніше вирізування, що Ганна собі ним сорочки мережить, — вона вже у діда в кошику лежить, а біля кошика стоїть клітка, сіткою напнута.</w:t>
      </w:r>
    </w:p>
    <w:p>
      <w:r>
        <w:br/>
        <w:t>У ту клітку дід упійманого перепела пускатимуть. І не пруттям клітка заплетена, а напнута сіткою, щоб як битиметься в клітці впійманий перепел, так щоб він собі об пруття голівки не побив.</w:t>
      </w:r>
    </w:p>
    <w:p>
      <w:r>
        <w:br/>
        <w:t>Сильно дуже стрибають у клітці впіймані перепели, на волю хочуть вирватись, і до крові розбивають собі голівку об тверде пруття.</w:t>
      </w:r>
    </w:p>
    <w:p>
      <w:r>
        <w:br/>
        <w:t>А від сітки вони тільки одскакують, і нічого їм не робиться.</w:t>
      </w:r>
    </w:p>
    <w:p>
      <w:r>
        <w:br/>
        <w:t>— Драстуйте, дідусю! — хакаєте ви.</w:t>
      </w:r>
    </w:p>
    <w:p>
      <w:r>
        <w:br/>
        <w:t>— Здоров, здоров! — кажуть дід Махтей.</w:t>
      </w:r>
    </w:p>
    <w:p>
      <w:r>
        <w:br/>
        <w:t>— Підемо, дідусю? — боязко запитуєте ви, і так вам хочеться аж у самісіньку душу дідусеву вскочити. — Підемо? Ох, і патьпадьомкали, як з татком з сіножаті їхав! Штук сто! От патьпадьомкали!</w:t>
      </w:r>
    </w:p>
    <w:p>
      <w:r>
        <w:br/>
        <w:t>— Патьпадьомкали, кажеш?</w:t>
      </w:r>
    </w:p>
    <w:p>
      <w:r>
        <w:br/>
        <w:t>— Ой дідусю! І досі аж у вухах лящить!</w:t>
      </w:r>
    </w:p>
    <w:p>
      <w:r>
        <w:br/>
        <w:t>— Лящить, кажеш?</w:t>
      </w:r>
    </w:p>
    <w:p>
      <w:r>
        <w:br/>
        <w:t>— Ох, і лящить! Штук сто!</w:t>
      </w:r>
    </w:p>
    <w:p>
      <w:r>
        <w:br/>
        <w:t>— Сто, кажеш?</w:t>
      </w:r>
    </w:p>
    <w:p>
      <w:r>
        <w:br/>
        <w:t>— А мо' й ціла копа!</w:t>
      </w:r>
    </w:p>
    <w:p>
      <w:r>
        <w:br/>
        <w:t>— Копа, кажеш? А що більше — чи копа, чи сто?</w:t>
      </w:r>
    </w:p>
    <w:p>
      <w:r>
        <w:br/>
        <w:t>— Копа, дідусю, більша! Копа як яєць, то повнісінький кошик.</w:t>
      </w:r>
    </w:p>
    <w:p>
      <w:r>
        <w:br/>
        <w:t>— А як сто?</w:t>
      </w:r>
    </w:p>
    <w:p>
      <w:r>
        <w:br/>
        <w:t>— А як сто... Як сто? То то, мабуть, як яєць, то тільки на яєчню.</w:t>
      </w:r>
    </w:p>
    <w:p>
      <w:r>
        <w:br/>
        <w:t>— Ич як! Дуже багато патьпадьомкали? У клітку не влізуть!</w:t>
      </w:r>
    </w:p>
    <w:p>
      <w:r>
        <w:br/>
        <w:t>— Так ми не всіх ловитимемо!</w:t>
      </w:r>
    </w:p>
    <w:p>
      <w:r>
        <w:br/>
        <w:t>— Ага! Ну, тоді, мабуть, підемо! А я думав, що цілу копу треба ловити, та й злякався! А як можна не всіх, тоді підемо!</w:t>
      </w:r>
    </w:p>
    <w:p>
      <w:r>
        <w:br/>
        <w:t>Ну, тут уже такий іде вистрнб, що Бровко починає й собі стрибати, і вже ви на сіні біля хліва верхи на Бровкові сидите й того Бровка лоскочете.</w:t>
      </w:r>
    </w:p>
    <w:p>
      <w:r>
        <w:br/>
        <w:t>— Не пустуй, — кажуть дід, — бо ще вкусить!</w:t>
      </w:r>
    </w:p>
    <w:p>
      <w:r>
        <w:br/>
        <w:t>— Не вкусить! —ляскаєте ви й перекидом летите разом з Бровком із сіна на спориш.</w:t>
      </w:r>
    </w:p>
    <w:p>
      <w:r>
        <w:br/>
        <w:t>— Ну, збирайся, підемо! — кидають дід.</w:t>
      </w:r>
    </w:p>
    <w:p>
      <w:r>
        <w:br/>
        <w:t>— А ви, дідусю, оте, що "сюр-сюр", узяли?</w:t>
      </w:r>
    </w:p>
    <w:p>
      <w:r>
        <w:br/>
        <w:t>—— Взяв!</w:t>
      </w:r>
    </w:p>
    <w:p>
      <w:r>
        <w:br/>
        <w:t>— А дайте я сюркну! Один тільки раз!</w:t>
      </w:r>
    </w:p>
    <w:p>
      <w:r>
        <w:br/>
        <w:t>— Ходім, ходім! Потім сюркнеш!</w:t>
      </w:r>
    </w:p>
    <w:p>
      <w:r>
        <w:br/>
        <w:t>— Пішли...</w:t>
      </w:r>
    </w:p>
    <w:p>
      <w:r>
        <w:br/>
        <w:t>Ну, ще раз:</w:t>
      </w:r>
    </w:p>
    <w:p>
      <w:r>
        <w:br/>
        <w:t>"Вечір. Ніч..."</w:t>
      </w:r>
    </w:p>
    <w:p>
      <w:r>
        <w:br/>
        <w:t>Власне кажучи, вечір уже минув, і вже сама ніч! Я не буду ні в кого запитувати, що таке українська ніч, бо ще сто з гаком літ тому Микола Васильович Гоголь запитував усіх:</w:t>
      </w:r>
    </w:p>
    <w:p>
      <w:r>
        <w:br/>
        <w:t>"— Знаєте лн БЬІ украинскую ночь?!" І тут же з сумом дорікав усім:</w:t>
      </w:r>
    </w:p>
    <w:p>
      <w:r>
        <w:br/>
        <w:t>"— Нет, вьі не знаєте украинской ночи!" А за ці сто з гаком літ, я гадаю, ви вже придивилися і знаєте, що воно таке за українська ніч! Так що, по-моєму, пояснювати зайве. Якби тепер я йшов тої ночі з дідом Махтеєм перепели ловити, я б обов'язково дивився на діда й думав:</w:t>
      </w:r>
    </w:p>
    <w:p>
      <w:r>
        <w:br/>
        <w:t>"Та не викручуйтесь, дідусю, не викручуйтесь, бо співає у вас душа, їй-бо, співає:</w:t>
      </w:r>
    </w:p>
    <w:p>
      <w:r>
        <w:br/>
        <w:t>Ніч яка, господи, місячна, зоряна, Видно, хоч голки збирай...</w:t>
      </w:r>
    </w:p>
    <w:p>
      <w:r>
        <w:br/>
        <w:t>А як ваша, дідусю, душа цієї пісні проспіває, ви трохи замислитеся, тяженько зітхнете, а потім знову в душі вашій, дідусю, зривається:</w:t>
      </w:r>
    </w:p>
    <w:p>
      <w:r>
        <w:br/>
        <w:t>Місяченьку блідолиций, За хмару краще б ти сховавсь, Не світи, бо вже немає Тієї, з котрою кохавсь...</w:t>
      </w:r>
    </w:p>
    <w:p>
      <w:r>
        <w:br/>
        <w:t>Та не про те мені тої ночі думалось, не про те гадалось.</w:t>
      </w:r>
    </w:p>
    <w:p>
      <w:r>
        <w:br/>
        <w:t>Найголовніше, що мене цікавило:</w:t>
      </w:r>
    </w:p>
    <w:p>
      <w:r>
        <w:br/>
        <w:t>— Чи ж патьпадьомкають? І чи ціла копа патьпадьомкає?</w:t>
      </w:r>
    </w:p>
    <w:p>
      <w:r>
        <w:br/>
        <w:t>Тільки-но вийшли за село поза старою грушею,</w:t>
      </w:r>
    </w:p>
    <w:p>
      <w:r>
        <w:br/>
        <w:t>що над шляхом стоїть, звернули на межу, аж ось один:</w:t>
      </w:r>
    </w:p>
    <w:p>
      <w:r>
        <w:br/>
        <w:t>— Пать-падьом! Пать-падьом!</w:t>
      </w:r>
    </w:p>
    <w:p>
      <w:r>
        <w:br/>
        <w:t>За ним другий, а там іще, й ще, й ще!</w:t>
      </w:r>
    </w:p>
    <w:p>
      <w:r>
        <w:br/>
        <w:t>— Ага, дідусю, чуєте?</w:t>
      </w:r>
    </w:p>
    <w:p>
      <w:r>
        <w:br/>
        <w:t>— Чую!</w:t>
      </w:r>
    </w:p>
    <w:p>
      <w:r>
        <w:br/>
        <w:t>— А копа буде?</w:t>
      </w:r>
    </w:p>
    <w:p>
      <w:r>
        <w:br/>
        <w:t>— Дві копи!</w:t>
      </w:r>
    </w:p>
    <w:p>
      <w:r>
        <w:br/>
        <w:t>— Аж дві! Ого!..</w:t>
      </w:r>
    </w:p>
    <w:p>
      <w:r>
        <w:br/>
        <w:t>Проходимо далеко-далеко межею. Аж за могилу. А праворуч і ліворуч стіна озимої пшениці.</w:t>
      </w:r>
    </w:p>
    <w:p>
      <w:r>
        <w:br/>
        <w:t>А на межі ромашки, і молочай, і чебрець, і дзвоники...</w:t>
      </w:r>
    </w:p>
    <w:p>
      <w:r>
        <w:br/>
        <w:t>Тут уже дід Махтей зупиняються, витягають з кошика сітку.</w:t>
      </w:r>
    </w:p>
    <w:p>
      <w:r>
        <w:br/>
        <w:t>— Держи, — кажуть.</w:t>
      </w:r>
    </w:p>
    <w:p>
      <w:r>
        <w:br/>
        <w:t>Я держу з одного боку сітку, а дід Махтей її розгортають, розправляють.</w:t>
      </w:r>
    </w:p>
    <w:p>
      <w:r>
        <w:br/>
        <w:t>— Занось!</w:t>
      </w:r>
    </w:p>
    <w:p>
      <w:r>
        <w:br/>
        <w:t>От ми з дідом заносимо сітку й напинаємо її на пшеничні колоски біля межі.</w:t>
      </w:r>
    </w:p>
    <w:p>
      <w:r>
        <w:br/>
        <w:t>Дід тоді витягають манок і починають:</w:t>
      </w:r>
    </w:p>
    <w:p>
      <w:r>
        <w:br/>
        <w:t>— Сюр-сюр! Сюр-сюр! Сюр-сюр!</w:t>
      </w:r>
    </w:p>
    <w:p>
      <w:r>
        <w:br/>
        <w:t>Тихо.</w:t>
      </w:r>
    </w:p>
    <w:p>
      <w:r>
        <w:br/>
        <w:t>Дідусь ізнову:</w:t>
      </w:r>
    </w:p>
    <w:p>
      <w:r>
        <w:br/>
        <w:t>— Сюр-сюр! Сюр-сюр!</w:t>
      </w:r>
    </w:p>
    <w:p>
      <w:r>
        <w:br/>
        <w:t>Аж ось ліворуч, мов молотком:</w:t>
      </w:r>
    </w:p>
    <w:p>
      <w:r>
        <w:br/>
        <w:t>— Пать-падьом!</w:t>
      </w:r>
    </w:p>
    <w:p>
      <w:r>
        <w:br/>
        <w:t>— Сюр-сюр!</w:t>
      </w:r>
    </w:p>
    <w:p>
      <w:r>
        <w:br/>
        <w:t>— Пать-падьом!</w:t>
      </w:r>
    </w:p>
    <w:p>
      <w:r>
        <w:br/>
        <w:t>І на кожне дідове "сюр-сюр" — все ближче, все ближче нервове "пать-падьом".</w:t>
      </w:r>
    </w:p>
    <w:p>
      <w:r>
        <w:br/>
        <w:t>Уже чути й пожадливо-пристрасне:</w:t>
      </w:r>
    </w:p>
    <w:p>
      <w:r>
        <w:br/>
        <w:t>— Ха-вав! Ха-вав!</w:t>
      </w:r>
    </w:p>
    <w:p>
      <w:r>
        <w:br/>
        <w:t>А за ним одразу й бойове:</w:t>
      </w:r>
    </w:p>
    <w:p>
      <w:r>
        <w:br/>
        <w:t>— Пать-падьом!</w:t>
      </w:r>
    </w:p>
    <w:p>
      <w:r>
        <w:br/>
        <w:t>Ось-ось уже близенько він! Уже чутії, як шелестить пшениця, уже його "ха-вав" і "пать-падьом" ніби біля самісінького вашого вуха!</w:t>
      </w:r>
    </w:p>
    <w:p>
      <w:r>
        <w:br/>
        <w:t>— Ха-вав!</w:t>
      </w:r>
    </w:p>
    <w:p>
      <w:r>
        <w:br/>
        <w:t>Він уже під сіткою! Уже я його бачу! Я бачу, як крутить він голівкою сюди й туди, як на ніжки спинається, шукаючи чарівну спокусницю!</w:t>
      </w:r>
    </w:p>
    <w:p>
      <w:r>
        <w:br/>
        <w:t>— Ха-вав!</w:t>
      </w:r>
    </w:p>
    <w:p>
      <w:r>
        <w:br/>
        <w:t>Дід Махтей мовчать, вони теж уже його бачать, вони милуються з цього закоханого перелюбця.</w:t>
      </w:r>
    </w:p>
    <w:p>
      <w:r>
        <w:br/>
        <w:t>— Ха-вав!</w:t>
      </w:r>
    </w:p>
    <w:p>
      <w:r>
        <w:br/>
        <w:t>Дід Махтей раптом б'ють у долоні і встають. Переляканий коханець зривається, б'є головою в сітку й заплутується.</w:t>
      </w:r>
    </w:p>
    <w:p>
      <w:r>
        <w:br/>
        <w:t>— Ага, парубче, — посміхається дід Махтей, виплутуючи сіренького переляканого птаха з сітки. — А будеш до чужих молодиць, захекавшись, бігати? Будеш у гречку стрибати?!</w:t>
      </w:r>
    </w:p>
    <w:p>
      <w:r>
        <w:br/>
        <w:t>Єсть один!</w:t>
      </w:r>
    </w:p>
    <w:p>
      <w:r>
        <w:br/>
        <w:t>Він підстрибує в клітці, б'ється голівкою об м'яку сітку і падає на дно.</w:t>
      </w:r>
    </w:p>
    <w:p>
      <w:r>
        <w:br/>
        <w:t>Я не знаю, в кого дужче тріпоче серце — чи в переляканого перепела, чи в мене?</w:t>
      </w:r>
    </w:p>
    <w:p>
      <w:r>
        <w:br/>
        <w:t>— Та не стрибай, дурнику, не стрибай!—умовляє перепела дід Махтей і клітку прикриває свиткою. І знову:</w:t>
      </w:r>
    </w:p>
    <w:p>
      <w:r>
        <w:br/>
        <w:t>— Сюр-сюр! Сюр-сюр!</w:t>
      </w:r>
    </w:p>
    <w:p>
      <w:r>
        <w:br/>
        <w:t>І знову десь аж у гречці:</w:t>
      </w:r>
    </w:p>
    <w:p>
      <w:r>
        <w:br/>
        <w:t>— Пать-падьом!</w:t>
      </w:r>
    </w:p>
    <w:p>
      <w:r>
        <w:br/>
        <w:t>І другий уже в клітці...</w:t>
      </w:r>
    </w:p>
    <w:p>
      <w:r>
        <w:br/>
        <w:t>І третій!</w:t>
      </w:r>
    </w:p>
    <w:p>
      <w:r>
        <w:br/>
        <w:t>Я дивлюсь на небо, а воно глибоке-глибоке та синє-синє, а зірок тих, зірок! Скільки ж кіп тих зірок па небі?</w:t>
      </w:r>
    </w:p>
    <w:p>
      <w:r>
        <w:br/>
        <w:t>В очах у мене щось ніби полегесеньку свербить, я кулаками протираю очі і солодко-солодко позіхаю.</w:t>
      </w:r>
    </w:p>
    <w:p>
      <w:r>
        <w:br/>
        <w:t>І ледь-ледь чую, як дід Махтей говорить:</w:t>
      </w:r>
    </w:p>
    <w:p>
      <w:r>
        <w:br/>
        <w:t>— Е, парубче, заснув!</w:t>
      </w:r>
    </w:p>
    <w:p>
      <w:r>
        <w:br/>
        <w:t>А потім обгортає мене щось тепле. То дідів піджак.</w:t>
      </w:r>
    </w:p>
    <w:p>
      <w:r>
        <w:br/>
        <w:t>І я вже не чую ні "ха-вав", ні "пать-падьом".</w:t>
      </w:r>
    </w:p>
    <w:p>
      <w:r>
        <w:br/>
        <w:t>І тільки вже під ранок, коли дуже-дуже не хочеться з-під дідового піджака вилазити, чується:</w:t>
      </w:r>
    </w:p>
    <w:p>
      <w:r>
        <w:br/>
        <w:t>— Вставай, синку, вставай! Додому підемо! Там досипатимеш!</w:t>
      </w:r>
    </w:p>
    <w:p>
      <w:r>
        <w:br/>
        <w:t>Вискакую з-під піджака, до клітки, а там аж сім!</w:t>
      </w:r>
    </w:p>
    <w:p>
      <w:r>
        <w:br/>
        <w:t>— Ото!</w:t>
      </w:r>
    </w:p>
    <w:p>
      <w:r>
        <w:br/>
        <w:t>— Ну, пішли, синку, пішли...</w:t>
      </w:r>
    </w:p>
    <w:p>
      <w:r>
        <w:br/>
        <w:t>З рушницею полюють перепілок восени, коли в:ка просо вклоняється хазяїнові повними китицями пшоняної каші, а навкруги проса, куди оком кинеш, — самі стерні, та копи, та скирти...</w:t>
      </w:r>
    </w:p>
    <w:p>
      <w:r>
        <w:br/>
        <w:t>От тоді на просищі з собакою інтересно настріляти повнісінький ягдташ перепілок...</w:t>
      </w:r>
    </w:p>
    <w:p>
      <w:r>
        <w:br/>
        <w:t>Ситі вони тоді дуже...</w:t>
      </w:r>
    </w:p>
    <w:p>
      <w:r>
        <w:br/>
        <w:t>Вони запливають тоді жиром, і, коли БИ їх поскубете, перед вами не птиця, а грудка масла.</w:t>
      </w:r>
    </w:p>
    <w:p>
      <w:r>
        <w:br/>
        <w:t>Коли полюєте перепілок з вашим власним собакою, то це найвища насолода.</w:t>
      </w:r>
    </w:p>
    <w:p>
      <w:r>
        <w:br/>
        <w:t>— Піль!</w:t>
      </w:r>
    </w:p>
    <w:p>
      <w:r>
        <w:br/>
        <w:t>— Бах! Єсть!</w:t>
      </w:r>
    </w:p>
    <w:p>
      <w:r>
        <w:br/>
        <w:t>— Піль!</w:t>
      </w:r>
    </w:p>
    <w:p>
      <w:r>
        <w:br/>
        <w:t>— Бах! Єсть!</w:t>
      </w:r>
    </w:p>
    <w:p>
      <w:r>
        <w:br/>
        <w:t>Так що ви маєте повне право потім усім гозоритя:</w:t>
      </w:r>
    </w:p>
    <w:p>
      <w:r>
        <w:br/>
        <w:t>— За якусь годину-півтори мій Ральф подав мені шістдесят сім перепілок! Насилу встигав.</w:t>
      </w:r>
    </w:p>
    <w:p>
      <w:r>
        <w:br/>
        <w:t>— Піль!</w:t>
      </w:r>
    </w:p>
    <w:p>
      <w:r>
        <w:br/>
        <w:t>— Бах! Єсть!</w:t>
      </w:r>
    </w:p>
    <w:p>
      <w:r>
        <w:br/>
        <w:t>— Піль!</w:t>
      </w:r>
    </w:p>
    <w:p>
      <w:r>
        <w:br/>
        <w:t>— Бах! Єсть!</w:t>
      </w:r>
    </w:p>
    <w:p>
      <w:r>
        <w:br/>
        <w:t>От собака! Ах, і собака ж!</w:t>
      </w:r>
    </w:p>
    <w:p>
      <w:r>
        <w:br/>
        <w:t>Коли ви прийдете з полювання додому й принесете шістдесят сім перепілок, не забувайте двох правил після перепелячої охоти.</w:t>
      </w:r>
    </w:p>
    <w:p>
      <w:r>
        <w:br/>
        <w:t>Перше: обов'язково почистіть рушницю!</w:t>
      </w:r>
    </w:p>
    <w:p>
      <w:r>
        <w:br/>
        <w:t>Друге: не об'їдайтесь!</w:t>
      </w:r>
    </w:p>
    <w:p>
      <w:r>
        <w:br/>
        <w:t>1950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Перепілка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